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  <w:rtl/>
        </w:rPr>
        <w:t>מתמטיקה · כיתה ו'   |   מחוון למבחן</w:t>
      </w:r>
    </w:p>
    <w:p>
      <w:pPr>
        <w:bidi/>
        <w:spacing w:before="0" w:after="120"/>
        <w:jc w:val="both"/>
      </w:pPr>
      <w:r>
        <w:rPr>
          <w:rFonts w:ascii="Tahoma" w:hAnsi="Tahoma" w:cs="Tahoma"/>
          <w:b/>
          <w:bCs/>
          <w:color w:val="0F766E"/>
          <w:sz w:val="44"/>
          <w:szCs w:val="44"/>
          <w:rtl/>
        </w:rPr>
        <w:t>מבחן מסכם – רמה בסיסית – מחוון</w:t>
      </w:r>
    </w:p>
    <w:p>
      <w:pPr>
        <w:bidi/>
        <w:spacing w:before="0" w:after="120"/>
        <w:jc w:val="both"/>
      </w:pPr>
      <w:r>
        <w:rPr>
          <w:color w:val="5B6476"/>
          <w:sz w:val="22"/>
          <w:szCs w:val="22"/>
          <w:rtl/>
        </w:rPr>
        <w:t>משך המבחן: 90 דקות · סך הכול 100 נקודות · כתבו את דרך הפתרון בכל שאלה. מותר להשתמש בדף טיוטה, בלי מחשבון.</w:t>
      </w:r>
    </w:p>
    <w:p>
      <w:pPr>
        <w:bidi/>
        <w:spacing w:before="200" w:after="80"/>
        <w:jc w:val="both"/>
      </w:pPr>
      <w:r>
        <w:rPr>
          <w:rFonts w:ascii="Tahoma" w:hAnsi="Tahoma" w:cs="Tahoma"/>
          <w:b/>
          <w:bCs/>
          <w:color w:val="0F766E"/>
          <w:sz w:val="30"/>
          <w:szCs w:val="30"/>
          <w:rtl/>
        </w:rPr>
        <w:t>טבלת ניקוד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326"/>
        <w:gridCol w:w="3326"/>
        <w:gridCol w:w="3326"/>
      </w:tblGrid>
      <w:tr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חלק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מרבי</w:t>
            </w:r>
          </w:p>
        </w:tc>
        <w:tc>
          <w:tcPr>
            <w:tcW w:type="dxa" w:w="3326"/>
            <w:shd w:val="clear" w:color="auto" w:fill="0f766e"/>
          </w:tcPr>
          <w:p>
            <w:pPr>
              <w:bidi/>
              <w:spacing w:before="0" w:after="40"/>
              <w:jc w:val="both"/>
            </w:pPr>
            <w:r>
              <w:rPr>
                <w:b/>
                <w:bCs/>
                <w:color w:val="FFFFFF"/>
                <w:rtl/>
              </w:rPr>
              <w:t>ניקוד שהתקבל</w:t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א': חישובים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ב': בעיות מילוליות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40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חלק ג': חשיבה והסבר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20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  <w:tr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סה"כ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  <w:t>100</w:t>
            </w:r>
          </w:p>
        </w:tc>
        <w:tc>
          <w:tcPr>
            <w:tcW w:type="dxa" w:w="3326"/>
          </w:tcPr>
          <w:p>
            <w:pPr>
              <w:bidi/>
              <w:spacing w:before="0" w:after="40"/>
              <w:jc w:val="both"/>
            </w:pPr>
            <w:r>
              <w:rPr>
                <w:rtl/>
              </w:rPr>
            </w:r>
          </w:p>
        </w:tc>
      </w:tr>
    </w:tbl>
    <w:p>
      <w:pPr>
        <w:bidi/>
        <w:spacing w:before="0" w:after="40"/>
        <w:jc w:val="both"/>
      </w:pP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א': חישובים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חשבו. כתבו שבר מצומצם או מספר מעורב. (12 נק')</w:t>
      </w:r>
    </w:p>
    <w:p>
      <w:pPr>
        <w:bidi/>
        <w:spacing w:before="0" w:after="40"/>
        <w:jc w:val="both"/>
      </w:pPr>
      <w:r>
        <w:rPr>
          <w:rtl/>
        </w:rPr>
        <w:t>א. ‪7 : 3 = 2‬¹⁄₃</w:t>
      </w:r>
    </w:p>
    <w:p>
      <w:pPr>
        <w:bidi/>
        <w:spacing w:before="0" w:after="40"/>
        <w:jc w:val="both"/>
      </w:pPr>
      <w:r>
        <w:rPr>
          <w:rtl/>
        </w:rPr>
        <w:t>ב. 5 × ²⁄₉ = 1¹⁄₉</w:t>
      </w:r>
    </w:p>
    <w:p>
      <w:pPr>
        <w:bidi/>
        <w:spacing w:before="0" w:after="40"/>
        <w:jc w:val="both"/>
      </w:pPr>
      <w:r>
        <w:rPr>
          <w:rtl/>
        </w:rPr>
        <w:t>ג. ³⁄₄ × ²⁄₅ = ³⁄₁₀</w:t>
      </w:r>
    </w:p>
    <w:p>
      <w:pPr>
        <w:bidi/>
        <w:spacing w:before="0" w:after="40"/>
        <w:jc w:val="both"/>
      </w:pPr>
      <w:r>
        <w:rPr>
          <w:rtl/>
        </w:rPr>
        <w:t>ד. 1¹⁄₂ × 2²⁄₃ = 4</w:t>
      </w:r>
    </w:p>
    <w:p>
      <w:pPr>
        <w:bidi/>
        <w:spacing w:before="0" w:after="40"/>
        <w:jc w:val="both"/>
      </w:pPr>
      <w:r>
        <w:rPr>
          <w:rtl/>
        </w:rPr>
        <w:t>ה. ³⁄₅ : 3 = ¹⁄₅</w:t>
      </w:r>
    </w:p>
    <w:p>
      <w:pPr>
        <w:bidi/>
        <w:spacing w:before="0" w:after="40"/>
        <w:jc w:val="both"/>
      </w:pPr>
      <w:r>
        <w:rPr>
          <w:rtl/>
        </w:rPr>
        <w:t>ו. ²⁄₃ : ⁴⁄₉ = 1¹⁄₂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חשבו. (12 נק')</w:t>
      </w:r>
    </w:p>
    <w:p>
      <w:pPr>
        <w:bidi/>
        <w:spacing w:before="0" w:after="40"/>
        <w:jc w:val="both"/>
      </w:pPr>
      <w:r>
        <w:rPr>
          <w:rtl/>
        </w:rPr>
        <w:t>א. ‪0.56 × 100 = 56‬</w:t>
      </w:r>
    </w:p>
    <w:p>
      <w:pPr>
        <w:bidi/>
        <w:spacing w:before="0" w:after="40"/>
        <w:jc w:val="both"/>
      </w:pPr>
      <w:r>
        <w:rPr>
          <w:rtl/>
        </w:rPr>
        <w:t>ב. ‪4.3 : 10 = 0.43‬</w:t>
      </w:r>
    </w:p>
    <w:p>
      <w:pPr>
        <w:bidi/>
        <w:spacing w:before="0" w:after="40"/>
        <w:jc w:val="both"/>
      </w:pPr>
      <w:r>
        <w:rPr>
          <w:rtl/>
        </w:rPr>
        <w:t>ג. ‪6 × 0.35 = 2.1‬</w:t>
      </w:r>
    </w:p>
    <w:p>
      <w:pPr>
        <w:bidi/>
        <w:spacing w:before="0" w:after="40"/>
        <w:jc w:val="both"/>
      </w:pPr>
      <w:r>
        <w:rPr>
          <w:rtl/>
        </w:rPr>
        <w:t>ד. ‪0.4 × 0.8 = 0.32‬</w:t>
      </w:r>
    </w:p>
    <w:p>
      <w:pPr>
        <w:bidi/>
        <w:spacing w:before="0" w:after="40"/>
        <w:jc w:val="both"/>
      </w:pPr>
      <w:r>
        <w:rPr>
          <w:rtl/>
        </w:rPr>
        <w:t>ה. ‪7.2 : 8 = 0.9‬</w:t>
      </w:r>
    </w:p>
    <w:p>
      <w:pPr>
        <w:bidi/>
        <w:spacing w:before="0" w:after="40"/>
        <w:jc w:val="both"/>
      </w:pPr>
      <w:r>
        <w:rPr>
          <w:rtl/>
        </w:rPr>
        <w:t>ו. ‪2.4 : 0.3 = 8‬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פתרו במאונך: ‪4.25 × 3.6‬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‪425 × 36 = 15,300‬. בגורמים 3 ספרות אחרי הנקודה ‪(2 + 1): 15.300 = 15.3‬. אומדן: ‪4 × 4 = 16‬.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פתרו בחילוק ארוך ובדקו בכפל: ‪28.8 : 1.2‬ (8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כופלים את שניהם ב-‪10: 288 : 12 = 24‬. בדיקה: ‪24 × 1.2 = 28.8‬.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ב': בעיות מילוליות (40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בכיתה 30 תלמידים. ²⁄₅ מהם מגיעים לבית הספר באופניים. כמה תלמידים מגיעים באופניים?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²⁄₅ × ‪30 = 30 : 5 × 2 = 12‬. תשובה: 12 תלמידים מגיעים באופניים.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לכל עוגה צריך ³⁄₄ כוס סוכר. כמה עוגות אפשר להכין מ-6 כוסות סוכר?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6 : ³⁄₄ = 6 × ⁴⁄₃ = 8. תשובה: אפשר להכין 8 עוגות.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ק"ג ענבים עולה 14.80 ₪. אורי קנה 2.5 ק"ג ענבים ושילם בשטר של 50 ₪. כמה עודף קיבל?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‪14.80 × 2.5 = 37‬ ₪. ‪50 − 37 = 13‬. תשובה: אורי קיבל 13 ₪ עודף.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4. נועה רכבה על אופניים 18.6 ק"מ ב-3 ימים, ובכל יום אותו מרחק. כמה ק"מ רכבה בכל יום?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‪18.6 : 3 = 6.2‬. תשובה: נועה רכבה 6.2 ק"מ בכל יום.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5. אורכה של גינה מלבנית 6¹⁄₂ מטרים, ורוחבה 4 מטרים. ב-³⁄₄ מהשטח שתולים פרחים. כמה מ"ר שתולים בפרחים? (8 נק')</w:t>
      </w:r>
    </w:p>
    <w:p>
      <w:pPr>
        <w:bidi/>
        <w:spacing w:before="0" w:after="40"/>
        <w:jc w:val="both"/>
      </w:pPr>
      <w:r>
        <w:rPr>
          <w:color w:val="0F7A4F"/>
          <w:rtl/>
        </w:rPr>
        <w:t>דרך פתרון: שטח הגינה: ‪4 × 6‬¹⁄₂ = 26 מ"ר. פרחים: ³⁄₄ × 26 = ⁷⁸⁄₄ = 19¹⁄₂. תשובה: 19¹⁄₂ מ"ר שתולים בפרחים.</w:t>
      </w:r>
    </w:p>
    <w:p>
      <w:pPr>
        <w:bidi/>
        <w:spacing w:before="160" w:after="80"/>
        <w:jc w:val="both"/>
      </w:pPr>
      <w:r>
        <w:rPr>
          <w:rFonts w:ascii="Tahoma" w:hAnsi="Tahoma" w:cs="Tahoma"/>
          <w:b/>
          <w:bCs/>
          <w:color w:val="0F766E"/>
          <w:sz w:val="32"/>
          <w:szCs w:val="32"/>
          <w:rtl/>
        </w:rPr>
        <w:t>חלק ג': חשיבה והסבר (20 נק')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1. נכון או לא נכון? תקנו את המשפטים הלא נכונים והסבירו. (8 נק')</w:t>
      </w:r>
    </w:p>
    <w:p>
      <w:pPr>
        <w:bidi/>
        <w:spacing w:before="0" w:after="40"/>
        <w:jc w:val="both"/>
      </w:pPr>
      <w:r>
        <w:rPr>
          <w:rtl/>
        </w:rPr>
        <w:t>א. ‪5 : 0.5 = 10‬ – נכון</w:t>
      </w:r>
    </w:p>
    <w:p>
      <w:pPr>
        <w:bidi/>
        <w:spacing w:before="0" w:after="40"/>
        <w:jc w:val="both"/>
      </w:pPr>
      <w:r>
        <w:rPr>
          <w:rtl/>
        </w:rPr>
        <w:t>ב. המכפלה ³⁄₄ × ¹⁄₂ גדולה מ-³⁄₄. – לא נכון – כופלים בשבר קטן מ-1, ולכן המכפלה קטנה מ-³⁄₄: ³⁄₄ × ¹⁄₂ = ³⁄₈</w:t>
      </w:r>
    </w:p>
    <w:p>
      <w:pPr>
        <w:bidi/>
        <w:spacing w:before="0" w:after="40"/>
        <w:jc w:val="both"/>
      </w:pPr>
      <w:r>
        <w:rPr>
          <w:rtl/>
        </w:rPr>
        <w:t>ג. ‪0.2 × 0.3 = 0.6‬ – לא נכון – ‪0.2 × 0.3 = 0.06‬</w:t>
      </w:r>
    </w:p>
    <w:p>
      <w:pPr>
        <w:bidi/>
        <w:spacing w:before="0" w:after="40"/>
        <w:jc w:val="both"/>
      </w:pPr>
      <w:r>
        <w:rPr>
          <w:rtl/>
        </w:rPr>
        <w:t>ד. ‪9 : 4 = 2‬¹⁄₄ – נכון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2. תמר חישבה: 2¹⁄₂ × ‪4 = 8‬¹⁄₂. מצאו את הטעות ותקנו.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תמר כפלה רק את השלמים ושכחה לכפול את ¹⁄₂ ב-4. נכון: ‪2 × 4‬ + ¹⁄₂ × ‪4 = 8 + 2 = 10‬.</w:t>
      </w:r>
    </w:p>
    <w:p>
      <w:pPr>
        <w:bidi/>
        <w:spacing w:before="160" w:after="60"/>
        <w:jc w:val="both"/>
      </w:pPr>
      <w:r>
        <w:rPr>
          <w:b/>
          <w:bCs/>
          <w:sz w:val="26"/>
          <w:szCs w:val="26"/>
          <w:rtl/>
        </w:rPr>
        <w:t>3. בלי לחשב: מה גדול יותר, ‪24 × 0.8‬ או ‪24 : 0.8‬? הסבירו, ואחר כך חשבו ובדקו. (6 נק')</w:t>
      </w:r>
    </w:p>
    <w:p>
      <w:pPr>
        <w:bidi/>
        <w:spacing w:before="0" w:after="80"/>
        <w:jc w:val="both"/>
      </w:pPr>
      <w:r>
        <w:rPr>
          <w:color w:val="0F7A4F"/>
          <w:rtl/>
        </w:rPr>
        <w:t>תשובה אפשרית: כפל במספר קטן מ-1 מקטין, וחילוק במספר קטן מ-1 מגדיל, ולכן ‪24 : 0.8‬ גדול יותר. בדיקה: ‪24 × 0.8 = 19.2‬, ו-‪24 : 0.8 = 30‬.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bidi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FrankRuehl" w:hAnsi="FrankRuehl" w:cs="FrankRuehl"/>
      <w:sz w:val="25"/>
      <w:szCs w:val="25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