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מחוון למבחן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בשאלות של כמה שלבים כתבו כל שלב. בלי מחשבון.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כתבו שבר מצומצם או מספר מעורב. (12 נק')</w:t>
      </w:r>
    </w:p>
    <w:p>
      <w:pPr>
        <w:bidi/>
        <w:spacing w:before="0" w:after="40"/>
        <w:jc w:val="both"/>
      </w:pPr>
      <w:r>
        <w:rPr>
          <w:rtl/>
        </w:rPr>
        <w:t>א. ‪23 : 6 = 3‬⁵⁄₆</w:t>
      </w:r>
    </w:p>
    <w:p>
      <w:pPr>
        <w:bidi/>
        <w:spacing w:before="0" w:after="40"/>
        <w:jc w:val="both"/>
      </w:pPr>
      <w:r>
        <w:rPr>
          <w:rtl/>
        </w:rPr>
        <w:t>ב. ‪8 × 2‬⁵⁄₁₂ = 19¹⁄₃</w:t>
      </w:r>
    </w:p>
    <w:p>
      <w:pPr>
        <w:bidi/>
        <w:spacing w:before="0" w:after="40"/>
        <w:jc w:val="both"/>
      </w:pPr>
      <w:r>
        <w:rPr>
          <w:rtl/>
        </w:rPr>
        <w:t>ג. ⁵⁄₈ × ⁴⁄₁₅ = ¹⁄₆</w:t>
      </w:r>
    </w:p>
    <w:p>
      <w:pPr>
        <w:bidi/>
        <w:spacing w:before="0" w:after="40"/>
        <w:jc w:val="both"/>
      </w:pPr>
      <w:r>
        <w:rPr>
          <w:rtl/>
        </w:rPr>
        <w:t>ד. 2¹⁄₄ × 3¹⁄₃ = 7¹⁄₂</w:t>
      </w:r>
    </w:p>
    <w:p>
      <w:pPr>
        <w:bidi/>
        <w:spacing w:before="0" w:after="40"/>
        <w:jc w:val="both"/>
      </w:pPr>
      <w:r>
        <w:rPr>
          <w:rtl/>
        </w:rPr>
        <w:t>ה. 3³⁄₄ : 1⁷⁄₈ = 2</w:t>
      </w:r>
    </w:p>
    <w:p>
      <w:pPr>
        <w:bidi/>
        <w:spacing w:before="0" w:after="40"/>
        <w:jc w:val="both"/>
      </w:pPr>
      <w:r>
        <w:rPr>
          <w:rtl/>
        </w:rPr>
        <w:t>ו. 2¹⁄₃ : ³⁄₇ = 5⁴⁄₉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(12 נק')</w:t>
      </w:r>
    </w:p>
    <w:p>
      <w:pPr>
        <w:bidi/>
        <w:spacing w:before="0" w:after="40"/>
        <w:jc w:val="both"/>
      </w:pPr>
      <w:r>
        <w:rPr>
          <w:rtl/>
        </w:rPr>
        <w:t>א. ‪0.072 × 1,000 = 72‬</w:t>
      </w:r>
    </w:p>
    <w:p>
      <w:pPr>
        <w:bidi/>
        <w:spacing w:before="0" w:after="40"/>
        <w:jc w:val="both"/>
      </w:pPr>
      <w:r>
        <w:rPr>
          <w:rtl/>
        </w:rPr>
        <w:t>ב. ‪56 : 1,000 = 0.056‬</w:t>
      </w:r>
    </w:p>
    <w:p>
      <w:pPr>
        <w:bidi/>
        <w:spacing w:before="0" w:after="40"/>
        <w:jc w:val="both"/>
      </w:pPr>
      <w:r>
        <w:rPr>
          <w:rtl/>
        </w:rPr>
        <w:t>ג. ‪3.25 × 0.48 = 1.56‬</w:t>
      </w:r>
    </w:p>
    <w:p>
      <w:pPr>
        <w:bidi/>
        <w:spacing w:before="0" w:after="40"/>
        <w:jc w:val="both"/>
      </w:pPr>
      <w:r>
        <w:rPr>
          <w:rtl/>
        </w:rPr>
        <w:t>ד. ‪0.15 × 0.06 = 0.009‬</w:t>
      </w:r>
    </w:p>
    <w:p>
      <w:pPr>
        <w:bidi/>
        <w:spacing w:before="0" w:after="40"/>
        <w:jc w:val="both"/>
      </w:pPr>
      <w:r>
        <w:rPr>
          <w:rtl/>
        </w:rPr>
        <w:t>ה. ‪9.45 : 0.15 = 63‬</w:t>
      </w:r>
    </w:p>
    <w:p>
      <w:pPr>
        <w:bidi/>
        <w:spacing w:before="0" w:after="40"/>
        <w:jc w:val="both"/>
      </w:pPr>
      <w:r>
        <w:rPr>
          <w:rtl/>
        </w:rPr>
        <w:t>ו. ‪0.84 : 0.07 =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 ובדקו באומדן: ‪12.05 × 4.8‬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‪1,205 × 48 = 57,840‬. בגורמים 3 ספרות אחרי הנקודה ‪(2 + 1): 57.840 = 57.84‬. אומדן: ‪12 × 5 = 60‬.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ארוך: ‪7.98 : 0.35‬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כופלים את שניהם ב-‪100: 798 : 35‬. 35 נכנס ב-79 פעמיים (70), שארית 9; ב-98 פעמיים (70), שארית 28; מוסיפים 0: ב-280 שמונה פעמים. התשובה: 22.8. בדיקה: ‪22.8 × 0.35 = 7.98‬.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בספריית בית הספר 360 ספרים. ⁵⁄₁₂ מהם ספרי קריאה, ו-³⁄₇ מהספרים האחרים הם ספרי מדע. כמה ספרי מדע יש בספרייה?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ספרי קריאה: ⁵⁄₁₂ × ‪360 = 150‬. האחרים: ‪360 − 150 = 210‬. ספרי מדע: ³⁄₇ × ‪210 = 90‬. תשובה: בספרייה 90 ספרי מדע.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בכד 2¹⁄₄ ליטרים לימונדה. איתי מזג ³⁄₅ מהלימונדה לכוסות של ³⁄₂₀ ליטר. כמה כוסות מילא?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מזג: ³⁄₅ × ⁹⁄₄ = ²⁷⁄₂₀ ליטר. כוסות: ²⁷⁄₂₀ : ³⁄₂₀ = ‪27 : 3 = 9‬. תשובה: איתי מילא 9 כוסות.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נסיעה במונית עולה 12.30 ₪ בכניסה, ועוד 2.85 ₪ לכל ק"מ. עומר נסע 6.4 ק"מ. כמה שילם?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לפי ק"מ: ‪2.85 × 6.4 = 18.24‬ ₪. סך הכול: ‪12.30 + 18.24 = 30.54‬. תשובה: עומר שילם 30.54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תמר רצה 7.5 ק"מ ב-0.6 שעה. אם תמשיך לרוץ באותה מהירות, כמה ק"מ תרוץ ב-1.4 שעות?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מהירות: ‪7.5 : 0.6 = 75 : 6 = 12.5‬ ק"מ בשעה. ב-1.4 שעות: ‪12.5 × 1.4 = 17.5‬. תשובה: תמר תרוץ 17.5 ק"מ.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רצפת חדר מלבני היא 4.8 מטרים על 3.6 מטרים. מרצפים אותה באריחים ריבועיים שאורך הצלע שלהם 0.3 מטר. כמה אריחים צריך?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לאורך: ‪4.8 : 0.3 = 16‬ אריחים. לרוחב: ‪3.6 : 0.3 = 12‬ אריחים. ‪16 × 12 = 192‬. (או: ‪17.28 : 0.09 = 192‬.) תשובה: צריך 192 אריחים.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נכון או לא נכון? תקנו את המשפטים הלא נכונים והסבירו. (8 נק')</w:t>
      </w:r>
    </w:p>
    <w:p>
      <w:pPr>
        <w:bidi/>
        <w:spacing w:before="0" w:after="40"/>
        <w:jc w:val="both"/>
      </w:pPr>
      <w:r>
        <w:rPr>
          <w:rtl/>
        </w:rPr>
        <w:t>א. כשמחלקים מספר חיובי במספר קטן מ-1, המנה גדולה מהמחולק. – נכון</w:t>
      </w:r>
    </w:p>
    <w:p>
      <w:pPr>
        <w:bidi/>
        <w:spacing w:before="0" w:after="40"/>
        <w:jc w:val="both"/>
      </w:pPr>
      <w:r>
        <w:rPr>
          <w:rtl/>
        </w:rPr>
        <w:t>ב. ²⁄₃ : ³⁄₂ = 1 – לא נכון – ²⁄₃ : ³⁄₂ = ²⁄₃ × ²⁄₃ = ⁴⁄₉</w:t>
      </w:r>
    </w:p>
    <w:p>
      <w:pPr>
        <w:bidi/>
        <w:spacing w:before="0" w:after="40"/>
        <w:jc w:val="both"/>
      </w:pPr>
      <w:r>
        <w:rPr>
          <w:rtl/>
        </w:rPr>
        <w:t>ג. המכפלה ‪0.99 × 0.99‬ קטנה מ-1. – נכון</w:t>
      </w:r>
    </w:p>
    <w:p>
      <w:pPr>
        <w:bidi/>
        <w:spacing w:before="0" w:after="40"/>
        <w:jc w:val="both"/>
      </w:pPr>
      <w:r>
        <w:rPr>
          <w:rtl/>
        </w:rPr>
        <w:t>ד. ‪4.5 : 0.09 = 5‬ – לא נכון – ‪4.5 : 0.09 = 450 : 9 = 50‬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אריאל חישב: 1¹⁄₂ : ¹⁄₂ = ³⁄₄. מצאו את הטעות, ופתרו נכון בשתי דרכים.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אריאל כפל ב-¹⁄₂ במקום לחלק. דרך א: כמה חצאים יש ב-1¹⁄₂? שלושה. דרך ב: ³⁄₂ : ¹⁄₂ = ³⁄₂ × ‪2 = 3‬. התשובה: 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מצאו את המספר: אם מחלקים אותו ב-0.25, ואת התוצאה כופלים ב-0.4, מקבלים 6. הסבירו איך מצאתם.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הולכים אחורה: ‪6 : 0.4 = 15‬, ו-‪15 × 0.25 = 3.75‬. בדיקה: ‪3.75 : 0.25 = 15‬, ו-‪15 × 0.4 = 6‬. המספר הוא 3.75.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