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שבר כמנת חילוק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שבר הוא תרגיל חילוק – כך כותבים מנה כשבר, כמספר מעורב וכשבר עשרוני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קו השבר הוא סימן חילוק</w:t>
      </w:r>
    </w:p>
    <w:p>
      <w:pPr>
        <w:bidi/>
        <w:spacing w:before="0" w:after="40"/>
        <w:jc w:val="both"/>
      </w:pPr>
      <w:r>
        <w:rPr>
          <w:rtl/>
        </w:rPr>
        <w:t>המחולק נעשה למונה, והמחלק נעשה למכנה.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‪3 : 4‬ = ³⁄₄ · ‪5 : 8‬ = ⁵⁄₈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מנה גדולה מ-1</w:t>
      </w:r>
    </w:p>
    <w:p>
      <w:pPr>
        <w:bidi/>
        <w:spacing w:before="0" w:after="20"/>
        <w:jc w:val="both"/>
      </w:pPr>
      <w:r>
        <w:rPr>
          <w:rtl/>
        </w:rPr>
        <w:t>1. כשהמחולק גדול מהמחלק, המנה גדולה מ-1.</w:t>
      </w:r>
    </w:p>
    <w:p>
      <w:pPr>
        <w:bidi/>
        <w:spacing w:before="0" w:after="20"/>
        <w:jc w:val="both"/>
      </w:pPr>
      <w:r>
        <w:rPr>
          <w:rtl/>
        </w:rPr>
        <w:t>2. כותבים אותה כמספר מעורב: המנה היא השלמים, והשארית היא המונה.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‪17 : 5 = 3‬²⁄₅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משבר לשבר עשרוני</w:t>
      </w:r>
    </w:p>
    <w:p>
      <w:pPr>
        <w:bidi/>
        <w:spacing w:before="0" w:after="40"/>
        <w:jc w:val="both"/>
      </w:pPr>
      <w:r>
        <w:rPr>
          <w:rtl/>
        </w:rPr>
        <w:t>מחלקים את המונה במכנה, או מרחיבים למכנה 10, 100 או 1,000.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 עשרוני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0.75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⁷⁄₈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0.875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את קו השבר אפשר לקרוא כסימן חילוק: ⁵⁄₆ הוא ‪5 : 6‬. אם המונה גדול מהמכנה – המנה גדולה מ-1.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6 פיצות חולקו בשווה בין 4 קבוצות. כמה פיצה קיבלה כל קבוצה?</w:t>
      </w:r>
    </w:p>
    <w:p>
      <w:pPr>
        <w:bidi/>
        <w:spacing w:before="0" w:after="20"/>
        <w:jc w:val="both"/>
      </w:pPr>
      <w:r>
        <w:rPr>
          <w:rtl/>
        </w:rPr>
        <w:t>1. כותבים תרגיל חילוק: ‪6 : 4‬ = ⁶⁄₄</w:t>
      </w:r>
    </w:p>
    <w:p>
      <w:pPr>
        <w:bidi/>
        <w:spacing w:before="0" w:after="20"/>
        <w:jc w:val="both"/>
      </w:pPr>
      <w:r>
        <w:rPr>
          <w:rtl/>
        </w:rPr>
        <w:t>2. הופכים למספר מעורב ומצמצמים: ⁶⁄₄ = 1²⁄₄ = 1¹⁄₂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כל קבוצה קיבלה 1¹⁄₂ פיצות.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כתבו את המנה כשבר או כמספר מעורב:</w:t>
      </w:r>
    </w:p>
    <w:p>
      <w:pPr>
        <w:bidi/>
        <w:spacing w:before="0" w:after="60"/>
        <w:jc w:val="both"/>
      </w:pPr>
      <w:r>
        <w:rPr>
          <w:rtl/>
        </w:rPr>
        <w:t>א. ‪2 : 9 = __________‬</w:t>
      </w:r>
    </w:p>
    <w:p>
      <w:pPr>
        <w:bidi/>
        <w:spacing w:before="0" w:after="60"/>
        <w:jc w:val="both"/>
      </w:pPr>
      <w:r>
        <w:rPr>
          <w:rtl/>
        </w:rPr>
        <w:t>ב. ‪11 : 3 = __________‬</w:t>
      </w:r>
    </w:p>
    <w:p>
      <w:pPr>
        <w:bidi/>
        <w:spacing w:before="0" w:after="60"/>
        <w:jc w:val="both"/>
      </w:pPr>
      <w:r>
        <w:rPr>
          <w:rtl/>
        </w:rPr>
        <w:t>ג. ‪7 : 5 = __________‬</w:t>
      </w:r>
    </w:p>
    <w:p>
      <w:pPr>
        <w:bidi/>
        <w:spacing w:before="0" w:after="60"/>
        <w:jc w:val="both"/>
      </w:pPr>
      <w:r>
        <w:rPr>
          <w:rtl/>
        </w:rPr>
        <w:t>ד. ‪1 : 10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²⁄₉ · ב. 3²⁄₃ · ג. 1²⁄₅ · ד. ¹⁄₁₀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