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שבר כמנת חילוק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כל תרגיל חילוק הוא שבר: המחולק הוא המונה והמחלק הוא המכנה, למשל ‪3 : 8‬ = ³⁄₈.</w:t>
      </w:r>
    </w:p>
    <w:p>
      <w:pPr>
        <w:bidi/>
        <w:spacing w:before="0" w:after="20"/>
        <w:jc w:val="both"/>
      </w:pPr>
      <w:r>
        <w:rPr>
          <w:rtl/>
        </w:rPr>
        <w:t>2. אם המונה גדול מהמכנה – מוציאים שלמים: בודקים כמה פעמים המכנה נכנס במונה, ומה שנשאר הוא המונה של השבר.</w:t>
      </w:r>
    </w:p>
    <w:p>
      <w:pPr>
        <w:bidi/>
        <w:spacing w:before="0" w:after="20"/>
        <w:jc w:val="both"/>
      </w:pPr>
      <w:r>
        <w:rPr>
          <w:rtl/>
        </w:rPr>
        <w:t>3. מצמצמים את השבר כשאפשר, ואם צריך – כותבים אותו כשבר עשרוני (¹⁄₄ = 0.25, ¹⁄₂ = 0.5, ³⁄₄ = 0.75).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‪7 : 4 = ?‬</w:t>
      </w:r>
    </w:p>
    <w:p>
      <w:pPr>
        <w:bidi/>
        <w:spacing w:before="0" w:after="20"/>
        <w:jc w:val="both"/>
      </w:pPr>
      <w:r>
        <w:rPr>
          <w:rtl/>
        </w:rPr>
        <w:t>1. ‪7 : 4‬ = ⁷⁄₄</w:t>
      </w:r>
    </w:p>
    <w:p>
      <w:pPr>
        <w:bidi/>
        <w:spacing w:before="0" w:after="20"/>
        <w:jc w:val="both"/>
      </w:pPr>
      <w:r>
        <w:rPr>
          <w:rtl/>
        </w:rPr>
        <w:t>2. ‪4 × 1 = 4‬, ונשארו עוד 3 רבעים</w:t>
      </w:r>
    </w:p>
    <w:p>
      <w:pPr>
        <w:bidi/>
        <w:spacing w:before="0" w:after="20"/>
        <w:jc w:val="both"/>
      </w:pPr>
      <w:r>
        <w:rPr>
          <w:rtl/>
        </w:rPr>
        <w:t>3. ⁷⁄₄ = 1³⁄₄</w:t>
      </w:r>
    </w:p>
    <w:p>
      <w:pPr>
        <w:bidi/>
        <w:spacing w:before="0" w:after="20"/>
        <w:jc w:val="both"/>
      </w:pPr>
      <w:r>
        <w:rPr>
          <w:rtl/>
        </w:rPr>
        <w:t>4. ³⁄₄ = 0.75, ולכן ‪7 : 4 = 1.75‬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1³⁄₄ = 1.75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מנת החילוק כשבר.</w:t>
      </w:r>
    </w:p>
    <w:p>
      <w:pPr>
        <w:bidi/>
        <w:spacing w:before="0" w:after="60"/>
        <w:jc w:val="both"/>
      </w:pPr>
      <w:r>
        <w:rPr>
          <w:rtl/>
        </w:rPr>
        <w:t>א. ‪1 : 3 = __________‬</w:t>
      </w:r>
    </w:p>
    <w:p>
      <w:pPr>
        <w:bidi/>
        <w:spacing w:before="0" w:after="60"/>
        <w:jc w:val="both"/>
      </w:pPr>
      <w:r>
        <w:rPr>
          <w:rtl/>
        </w:rPr>
        <w:t>ב. ‪2 : 7 = __________‬</w:t>
      </w:r>
    </w:p>
    <w:p>
      <w:pPr>
        <w:bidi/>
        <w:spacing w:before="0" w:after="60"/>
        <w:jc w:val="both"/>
      </w:pPr>
      <w:r>
        <w:rPr>
          <w:rtl/>
        </w:rPr>
        <w:t>ג. ‪5 : 8 = __________‬</w:t>
      </w:r>
    </w:p>
    <w:p>
      <w:pPr>
        <w:bidi/>
        <w:spacing w:before="0" w:after="60"/>
        <w:jc w:val="both"/>
      </w:pPr>
      <w:r>
        <w:rPr>
          <w:rtl/>
        </w:rPr>
        <w:t>ד. ‪4 : 9 = __________‬</w:t>
      </w:r>
    </w:p>
    <w:p>
      <w:pPr>
        <w:bidi/>
        <w:spacing w:before="0" w:after="60"/>
        <w:jc w:val="both"/>
      </w:pPr>
      <w:r>
        <w:rPr>
          <w:rtl/>
        </w:rPr>
        <w:t>ה. ‪7 : 10 = __________‬</w:t>
      </w:r>
    </w:p>
    <w:p>
      <w:pPr>
        <w:bidi/>
        <w:spacing w:before="0" w:after="60"/>
        <w:jc w:val="both"/>
      </w:pPr>
      <w:r>
        <w:rPr>
          <w:rtl/>
        </w:rPr>
        <w:t>ו. ‪3 : 11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את השבר כתרגיל חילוק.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³⁄₅ = ‪__________ : 5‬</w:t>
      </w:r>
    </w:p>
    <w:p>
      <w:pPr>
        <w:bidi/>
        <w:spacing w:before="0" w:after="60"/>
        <w:jc w:val="both"/>
      </w:pPr>
      <w:r>
        <w:rPr>
          <w:rtl/>
        </w:rPr>
        <w:t>ב. ⁷⁄₁₂ = ‪7 : __________‬</w:t>
      </w:r>
    </w:p>
    <w:p>
      <w:pPr>
        <w:bidi/>
        <w:spacing w:before="0" w:after="60"/>
        <w:jc w:val="both"/>
      </w:pPr>
      <w:r>
        <w:rPr>
          <w:rtl/>
        </w:rPr>
        <w:t>ג. ⁹⁄₄ = ‪__________ : 4‬</w:t>
      </w:r>
    </w:p>
    <w:p>
      <w:pPr>
        <w:bidi/>
        <w:spacing w:before="0" w:after="60"/>
        <w:jc w:val="both"/>
      </w:pPr>
      <w:r>
        <w:rPr>
          <w:rtl/>
        </w:rPr>
        <w:t>ד. ¹¹⁄₆ = ‪11 :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וכתבו את המנה כמספר מעורב.</w:t>
      </w:r>
    </w:p>
    <w:p>
      <w:pPr>
        <w:bidi/>
        <w:spacing w:before="0" w:after="60"/>
        <w:jc w:val="both"/>
      </w:pPr>
      <w:r>
        <w:rPr>
          <w:rtl/>
        </w:rPr>
        <w:t>א. ‪7 : 2 = __________‬</w:t>
      </w:r>
    </w:p>
    <w:p>
      <w:pPr>
        <w:bidi/>
        <w:spacing w:before="0" w:after="60"/>
        <w:jc w:val="both"/>
      </w:pPr>
      <w:r>
        <w:rPr>
          <w:rtl/>
        </w:rPr>
        <w:t>ב. ‪10 : 3 = __________‬</w:t>
      </w:r>
    </w:p>
    <w:p>
      <w:pPr>
        <w:bidi/>
        <w:spacing w:before="0" w:after="60"/>
        <w:jc w:val="both"/>
      </w:pPr>
      <w:r>
        <w:rPr>
          <w:rtl/>
        </w:rPr>
        <w:t>ג. ‪9 : 4 = __________‬</w:t>
      </w:r>
    </w:p>
    <w:p>
      <w:pPr>
        <w:bidi/>
        <w:spacing w:before="0" w:after="60"/>
        <w:jc w:val="both"/>
      </w:pPr>
      <w:r>
        <w:rPr>
          <w:rtl/>
        </w:rPr>
        <w:t>ד. ‪13 : 5 = __________‬</w:t>
      </w:r>
    </w:p>
    <w:p>
      <w:pPr>
        <w:bidi/>
        <w:spacing w:before="0" w:after="60"/>
        <w:jc w:val="both"/>
      </w:pPr>
      <w:r>
        <w:rPr>
          <w:rtl/>
        </w:rPr>
        <w:t>ה. ‪17 : 6 = __________‬</w:t>
      </w:r>
    </w:p>
    <w:p>
      <w:pPr>
        <w:bidi/>
        <w:spacing w:before="0" w:after="60"/>
        <w:jc w:val="both"/>
      </w:pPr>
      <w:r>
        <w:rPr>
          <w:rtl/>
        </w:rPr>
        <w:t>ו. ‪23 :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 כתבו את המספר המעורב בצורה מצומצמת.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מעורב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¹⁴⁄₃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²⁵⁄₈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3¹⁄₇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3 עוגות חולקו בשווה בין 5 ילדים. כל ילד קיבל:</w:t>
      </w:r>
    </w:p>
    <w:p>
      <w:pPr>
        <w:bidi/>
        <w:spacing w:before="0" w:after="80"/>
        <w:jc w:val="both"/>
      </w:pPr>
      <w:r>
        <w:rPr>
          <w:rtl/>
        </w:rPr>
        <w:t xml:space="preserve">   ○ ⁵⁄₃ עוגה      ○ ³⁄₅ עוגה      ○ ¹⁄₃ עוגה      ○ ¹⁄₅ עוגה</w:t>
      </w:r>
    </w:p>
    <w:p>
      <w:pPr>
        <w:bidi/>
        <w:spacing w:before="0" w:after="20"/>
        <w:jc w:val="both"/>
      </w:pPr>
      <w:r>
        <w:rPr>
          <w:rtl/>
        </w:rPr>
        <w:t>ב. איזה תרגיל חילוק שווה ל-⁴⁄₇?</w:t>
      </w:r>
    </w:p>
    <w:p>
      <w:pPr>
        <w:bidi/>
        <w:spacing w:before="0" w:after="80"/>
        <w:jc w:val="both"/>
      </w:pPr>
      <w:r>
        <w:rPr>
          <w:rtl/>
        </w:rPr>
        <w:t xml:space="preserve">   ○ ‪7 : 4‬      ○ ‪4 × 7‬      ○ ‪4 : 7‬      ○ ‪7 : 7‬</w:t>
      </w:r>
    </w:p>
    <w:p>
      <w:pPr>
        <w:bidi/>
        <w:spacing w:before="0" w:after="20"/>
        <w:jc w:val="both"/>
      </w:pPr>
      <w:r>
        <w:rPr>
          <w:rtl/>
        </w:rPr>
        <w:t>ג. ‪9 : 2‬ שווה ל:</w:t>
      </w:r>
    </w:p>
    <w:p>
      <w:pPr>
        <w:bidi/>
        <w:spacing w:before="0" w:after="80"/>
        <w:jc w:val="both"/>
      </w:pPr>
      <w:r>
        <w:rPr>
          <w:rtl/>
        </w:rPr>
        <w:t xml:space="preserve">   ○ 4¹⁄₂      ○ 2¹⁄₉      ○ 4      ○ 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‪2 : 3‬ = ³⁄₂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המנה של ‪8 : 5‬ גדולה מ-1.      נכון / לא נכון</w:t>
      </w:r>
    </w:p>
    <w:p>
      <w:pPr>
        <w:bidi/>
        <w:spacing w:before="0" w:after="60"/>
        <w:jc w:val="both"/>
      </w:pPr>
      <w:r>
        <w:rPr>
          <w:rtl/>
        </w:rPr>
        <w:t>ג. ‪4 : 4 = 1‬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כשהמחולק קטן מהמחלק, המנה קטנה מ-1.      נכון / לא נכון</w:t>
      </w:r>
    </w:p>
    <w:p>
      <w:pPr>
        <w:bidi/>
        <w:spacing w:before="0" w:after="60"/>
        <w:jc w:val="both"/>
      </w:pPr>
      <w:r>
        <w:rPr>
          <w:rtl/>
        </w:rPr>
        <w:t>ה. ‪6 : 9‬ = ²⁄₃      נכון / לא נכון</w:t>
      </w:r>
    </w:p>
    <w:p>
      <w:pPr>
        <w:bidi/>
        <w:spacing w:before="0" w:after="60"/>
        <w:jc w:val="both"/>
      </w:pPr>
      <w:r>
        <w:rPr>
          <w:rtl/>
        </w:rPr>
        <w:t>ו. ‪1 : 6 = 6‬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⁴⁄₅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³⁄₁₀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‪12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2²⁄₅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כשבר עשרוני.</w:t>
      </w:r>
    </w:p>
    <w:p>
      <w:pPr>
        <w:bidi/>
        <w:spacing w:before="0" w:after="60"/>
        <w:jc w:val="both"/>
      </w:pPr>
      <w:r>
        <w:rPr>
          <w:rtl/>
        </w:rPr>
        <w:t>א. ¹⁄₂ = __________</w:t>
      </w:r>
    </w:p>
    <w:p>
      <w:pPr>
        <w:bidi/>
        <w:spacing w:before="0" w:after="60"/>
        <w:jc w:val="both"/>
      </w:pPr>
      <w:r>
        <w:rPr>
          <w:rtl/>
        </w:rPr>
        <w:t>ב. ¹⁄₄ = __________</w:t>
      </w:r>
    </w:p>
    <w:p>
      <w:pPr>
        <w:bidi/>
        <w:spacing w:before="0" w:after="60"/>
        <w:jc w:val="both"/>
      </w:pPr>
      <w:r>
        <w:rPr>
          <w:rtl/>
        </w:rPr>
        <w:t>ג. ³⁄₅ = __________</w:t>
      </w:r>
    </w:p>
    <w:p>
      <w:pPr>
        <w:bidi/>
        <w:spacing w:before="0" w:after="60"/>
        <w:jc w:val="both"/>
      </w:pPr>
      <w:r>
        <w:rPr>
          <w:rtl/>
        </w:rPr>
        <w:t>ד. ⁷⁄₂₀ = __________</w:t>
      </w:r>
    </w:p>
    <w:p>
      <w:pPr>
        <w:bidi/>
        <w:spacing w:before="0" w:after="60"/>
        <w:jc w:val="both"/>
      </w:pPr>
      <w:r>
        <w:rPr>
          <w:rtl/>
        </w:rPr>
        <w:t>ה. ³⁄₈ = __________</w:t>
      </w:r>
    </w:p>
    <w:p>
      <w:pPr>
        <w:bidi/>
        <w:spacing w:before="0" w:after="60"/>
        <w:jc w:val="both"/>
      </w:pPr>
      <w:r>
        <w:rPr>
          <w:rtl/>
        </w:rPr>
        <w:t>ו. ⁹⁄₄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תרגילי החילוק לפי המנה.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‪3 : 7‬  |  ‪9 : 7‬  |  ‪5 : 5‬  |  ‪12 : 12‬  |  ‪11 : 4‬  |  ‪2 : 9‬  |  ‪8 : 3‬  |  ‪1 : 2‬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קטנה מ-1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שווה ל-1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בחילוק ארוך, וכתבו את המנה כשבר עשרוני: ‪7 : 8‬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נועם אמר: «‪5 : 3‬ הוא ⁵⁄₃, וזה שווה ל-1²⁄₃». הסבירו בציור או במילים למה הוא צודק.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שלושה תרגילי חילוק שונים שהמנה של כל אחד מהם היא 2¹⁄₃. הסבירו איך מצאתם.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5 כיכרות לחם חולקו שווה בשווה בין 8 משפחות. איזה חלק מכיכר קיבלה כל משפחה?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סרט קישוט באורך 9 מטרים נחתך ל-4 חלקים שווים. מה אורכו של כל חלק? כתבו כמספר מעורב וכשבר עשרוני.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בבקבוק 3 ליטרים של מיץ. מוזגים את כל המיץ שווה בשווה ל-8 כוסות. כמה מיץ יש בכל כוס? כתבו כשבר וכשבר עשרוני.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אורי רץ 15 ק"מ במשך 6 ימים, אותו מרחק בכל יום. כמה קילומטרים רץ בכל יום?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לערב הכיתה הכינו ההורים 4 מגשי פשטידה ו-3 מגשי קיש. את כל המגשים חילקו שווה בשווה בין 12 שולחנות. איזה חלק ממגש קיבל כל שולחן? האם זה יותר מחצי מגש?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בקבוצה של יהונתן חילקו 5 פיצות בין 6 ילדים, ובקבוצה של דוד חילקו 7 פיצות בין 9 ילדים. באיזו קבוצה כל ילד קיבל יותר פיצה, ובכמה?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שבר כמנת 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מנת החילוק כשבר.</w:t>
      </w:r>
    </w:p>
    <w:p>
      <w:pPr>
        <w:bidi/>
        <w:spacing w:before="0" w:after="40"/>
        <w:jc w:val="both"/>
      </w:pPr>
      <w:r>
        <w:rPr>
          <w:rtl/>
        </w:rPr>
        <w:t>א. ‪1 : 3‬ = ¹⁄₃</w:t>
      </w:r>
    </w:p>
    <w:p>
      <w:pPr>
        <w:bidi/>
        <w:spacing w:before="0" w:after="40"/>
        <w:jc w:val="both"/>
      </w:pPr>
      <w:r>
        <w:rPr>
          <w:rtl/>
        </w:rPr>
        <w:t>ב. ‪2 : 7‬ = ²⁄₇</w:t>
      </w:r>
    </w:p>
    <w:p>
      <w:pPr>
        <w:bidi/>
        <w:spacing w:before="0" w:after="40"/>
        <w:jc w:val="both"/>
      </w:pPr>
      <w:r>
        <w:rPr>
          <w:rtl/>
        </w:rPr>
        <w:t>ג. ‪5 : 8‬ = ⁵⁄₈</w:t>
      </w:r>
    </w:p>
    <w:p>
      <w:pPr>
        <w:bidi/>
        <w:spacing w:before="0" w:after="40"/>
        <w:jc w:val="both"/>
      </w:pPr>
      <w:r>
        <w:rPr>
          <w:rtl/>
        </w:rPr>
        <w:t>ד. ‪4 : 9‬ = ⁴⁄₉</w:t>
      </w:r>
    </w:p>
    <w:p>
      <w:pPr>
        <w:bidi/>
        <w:spacing w:before="0" w:after="40"/>
        <w:jc w:val="both"/>
      </w:pPr>
      <w:r>
        <w:rPr>
          <w:rtl/>
        </w:rPr>
        <w:t>ה. ‪7 : 10‬ = ⁷⁄₁₀</w:t>
      </w:r>
    </w:p>
    <w:p>
      <w:pPr>
        <w:bidi/>
        <w:spacing w:before="0" w:after="40"/>
        <w:jc w:val="both"/>
      </w:pPr>
      <w:r>
        <w:rPr>
          <w:rtl/>
        </w:rPr>
        <w:t>ו. ‪3 : 11‬ = ³⁄₁₁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את השבר כתרגיל חילוק.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³⁄₅ = ‪3 : 5‬</w:t>
      </w:r>
    </w:p>
    <w:p>
      <w:pPr>
        <w:bidi/>
        <w:spacing w:before="0" w:after="40"/>
        <w:jc w:val="both"/>
      </w:pPr>
      <w:r>
        <w:rPr>
          <w:rtl/>
        </w:rPr>
        <w:t>ב. ⁷⁄₁₂ = ‪7 : 12‬</w:t>
      </w:r>
    </w:p>
    <w:p>
      <w:pPr>
        <w:bidi/>
        <w:spacing w:before="0" w:after="40"/>
        <w:jc w:val="both"/>
      </w:pPr>
      <w:r>
        <w:rPr>
          <w:rtl/>
        </w:rPr>
        <w:t>ג. ⁹⁄₄ = ‪9 : 4‬</w:t>
      </w:r>
    </w:p>
    <w:p>
      <w:pPr>
        <w:bidi/>
        <w:spacing w:before="0" w:after="40"/>
        <w:jc w:val="both"/>
      </w:pPr>
      <w:r>
        <w:rPr>
          <w:rtl/>
        </w:rPr>
        <w:t>ד. ¹¹⁄₆ = ‪11 :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וכתבו את המנה כמספר מעורב.</w:t>
      </w:r>
    </w:p>
    <w:p>
      <w:pPr>
        <w:bidi/>
        <w:spacing w:before="0" w:after="40"/>
        <w:jc w:val="both"/>
      </w:pPr>
      <w:r>
        <w:rPr>
          <w:rtl/>
        </w:rPr>
        <w:t>א. ‪7 : 2 = 3‬¹⁄₂</w:t>
      </w:r>
    </w:p>
    <w:p>
      <w:pPr>
        <w:bidi/>
        <w:spacing w:before="0" w:after="40"/>
        <w:jc w:val="both"/>
      </w:pPr>
      <w:r>
        <w:rPr>
          <w:rtl/>
        </w:rPr>
        <w:t>ב. ‪10 : 3 = 3‬¹⁄₃</w:t>
      </w:r>
    </w:p>
    <w:p>
      <w:pPr>
        <w:bidi/>
        <w:spacing w:before="0" w:after="40"/>
        <w:jc w:val="both"/>
      </w:pPr>
      <w:r>
        <w:rPr>
          <w:rtl/>
        </w:rPr>
        <w:t>ג. ‪9 : 4 = 2‬¹⁄₄</w:t>
      </w:r>
    </w:p>
    <w:p>
      <w:pPr>
        <w:bidi/>
        <w:spacing w:before="0" w:after="40"/>
        <w:jc w:val="both"/>
      </w:pPr>
      <w:r>
        <w:rPr>
          <w:rtl/>
        </w:rPr>
        <w:t>ד. ‪13 : 5 = 2‬³⁄₅</w:t>
      </w:r>
    </w:p>
    <w:p>
      <w:pPr>
        <w:bidi/>
        <w:spacing w:before="0" w:after="40"/>
        <w:jc w:val="both"/>
      </w:pPr>
      <w:r>
        <w:rPr>
          <w:rtl/>
        </w:rPr>
        <w:t>ה. ‪17 : 6 = 2‬⁵⁄₆</w:t>
      </w:r>
    </w:p>
    <w:p>
      <w:pPr>
        <w:bidi/>
        <w:spacing w:before="0" w:after="40"/>
        <w:jc w:val="both"/>
      </w:pPr>
      <w:r>
        <w:rPr>
          <w:rtl/>
        </w:rPr>
        <w:t>ו. ‪23 : 8 = 2‬⁷⁄₈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 כתבו את המספר המעורב בצורה מצומצמת.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מעורב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¹¹⁄₄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2³⁄₄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‪14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¹⁴⁄₃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4²⁄₃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‪25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²⁵⁄₈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3¹⁄₈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‪22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²²⁄₇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3¹⁄₇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¹⁵⁄₆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2¹⁄₂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3 עוגות חולקו בשווה בין 5 ילדים. כל ילד קיבל: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³⁄₅ עוגה</w:t>
      </w:r>
    </w:p>
    <w:p>
      <w:pPr>
        <w:bidi/>
        <w:spacing w:before="0" w:after="20"/>
        <w:jc w:val="both"/>
      </w:pPr>
      <w:r>
        <w:rPr>
          <w:rtl/>
        </w:rPr>
        <w:t>ב. איזה תרגיל חילוק שווה ל-⁴⁄₇?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‪4 : 7‬</w:t>
      </w:r>
    </w:p>
    <w:p>
      <w:pPr>
        <w:bidi/>
        <w:spacing w:before="0" w:after="20"/>
        <w:jc w:val="both"/>
      </w:pPr>
      <w:r>
        <w:rPr>
          <w:rtl/>
        </w:rPr>
        <w:t>ג. ‪9 : 2‬ שווה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‪2 : 3‬ = ³⁄₂ – לא נכון – ‪2 : 3‬ = ²⁄₃</w:t>
      </w:r>
    </w:p>
    <w:p>
      <w:pPr>
        <w:bidi/>
        <w:spacing w:before="0" w:after="40"/>
        <w:jc w:val="both"/>
      </w:pPr>
      <w:r>
        <w:rPr>
          <w:rtl/>
        </w:rPr>
        <w:t>ב. המנה של ‪8 : 5‬ גדולה מ-1. – נכון</w:t>
      </w:r>
    </w:p>
    <w:p>
      <w:pPr>
        <w:bidi/>
        <w:spacing w:before="0" w:after="40"/>
        <w:jc w:val="both"/>
      </w:pPr>
      <w:r>
        <w:rPr>
          <w:rtl/>
        </w:rPr>
        <w:t>ג. ‪4 : 4 = 1‬ – נכון</w:t>
      </w:r>
    </w:p>
    <w:p>
      <w:pPr>
        <w:bidi/>
        <w:spacing w:before="0" w:after="40"/>
        <w:jc w:val="both"/>
      </w:pPr>
      <w:r>
        <w:rPr>
          <w:rtl/>
        </w:rPr>
        <w:t>ד. כשהמחולק קטן מהמחלק, המנה קטנה מ-1. – נכון</w:t>
      </w:r>
    </w:p>
    <w:p>
      <w:pPr>
        <w:bidi/>
        <w:spacing w:before="0" w:after="40"/>
        <w:jc w:val="both"/>
      </w:pPr>
      <w:r>
        <w:rPr>
          <w:rtl/>
        </w:rPr>
        <w:t>ה. ‪6 : 9‬ = ²⁄₃ – נכון</w:t>
      </w:r>
    </w:p>
    <w:p>
      <w:pPr>
        <w:bidi/>
        <w:spacing w:before="0" w:after="40"/>
        <w:jc w:val="both"/>
      </w:pPr>
      <w:r>
        <w:rPr>
          <w:rtl/>
        </w:rPr>
        <w:t>ו. ‪1 : 6 = 6‬ – לא נכון – ‪1 : 6‬ = ¹⁄₆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⁴⁄₅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³⁄₁₀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‪12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‪3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2²⁄₅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כשבר עשרוני.</w:t>
      </w:r>
    </w:p>
    <w:p>
      <w:pPr>
        <w:bidi/>
        <w:spacing w:before="0" w:after="40"/>
        <w:jc w:val="both"/>
      </w:pPr>
      <w:r>
        <w:rPr>
          <w:rtl/>
        </w:rPr>
        <w:t>א. ¹⁄₂ = 0.5</w:t>
      </w:r>
    </w:p>
    <w:p>
      <w:pPr>
        <w:bidi/>
        <w:spacing w:before="0" w:after="40"/>
        <w:jc w:val="both"/>
      </w:pPr>
      <w:r>
        <w:rPr>
          <w:rtl/>
        </w:rPr>
        <w:t>ב. ¹⁄₄ = 0.25</w:t>
      </w:r>
    </w:p>
    <w:p>
      <w:pPr>
        <w:bidi/>
        <w:spacing w:before="0" w:after="40"/>
        <w:jc w:val="both"/>
      </w:pPr>
      <w:r>
        <w:rPr>
          <w:rtl/>
        </w:rPr>
        <w:t>ג. ³⁄₅ = 0.6</w:t>
      </w:r>
    </w:p>
    <w:p>
      <w:pPr>
        <w:bidi/>
        <w:spacing w:before="0" w:after="40"/>
        <w:jc w:val="both"/>
      </w:pPr>
      <w:r>
        <w:rPr>
          <w:rtl/>
        </w:rPr>
        <w:t>ד. ⁷⁄₂₀ = 0.35</w:t>
      </w:r>
    </w:p>
    <w:p>
      <w:pPr>
        <w:bidi/>
        <w:spacing w:before="0" w:after="40"/>
        <w:jc w:val="both"/>
      </w:pPr>
      <w:r>
        <w:rPr>
          <w:rtl/>
        </w:rPr>
        <w:t>ה. ³⁄₈ = 0.375</w:t>
      </w:r>
    </w:p>
    <w:p>
      <w:pPr>
        <w:bidi/>
        <w:spacing w:before="0" w:after="40"/>
        <w:jc w:val="both"/>
      </w:pPr>
      <w:r>
        <w:rPr>
          <w:rtl/>
        </w:rPr>
        <w:t>ו. ⁹⁄₄ = 2.25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תרגילי החילוק לפי המנה.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קטנה מ-1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שווה ל-1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 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7‬, ‪2 : 9‬, ‪1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: 5‬, ‪12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7‬, ‪11 : 4‬, ‪8 : 3‬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בחילוק ארוך, וכתבו את המנה כשבר עשרוני: ‪7 : 8‬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מחלקים 7.000 ב-8: ב-70 יש 8 פעמים 8 (64), שארית 6; ב-60 יש 7 פעמים 8 (56), שארית 4; ב-40 יש 5 פעמים 8. התשובה: ‪7 : 8 = 0.875‬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נועם אמר: «‪5 : 3‬ הוא ⁵⁄₃, וזה שווה ל-1²⁄₃». הסבירו בציור או במילים למה הוא צודק.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מחלקים 5 שלמים בין 3: כל אחד מקבל שלם אחד, ונשארים 2 שלמים. מחלקים כל אחד מהם ל-3 חלקים, וכל אחד מקבל עוד ²⁄₃. סך הכול 1²⁄₃.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שלושה תרגילי חילוק שונים שהמנה של כל אחד מהם היא 2¹⁄₃. הסבירו איך מצאתם.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2¹⁄₃ = ⁷⁄₃, ולכן ‪7 : 3‬. מרחיבים את השבר: ¹⁴⁄₆ ו-²¹⁄₉, ולכן גם ‪14 : 6‬ ו-‪21 : 9‬.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5 כיכרות לחם חולקו שווה בשווה בין 8 משפחות. איזה חלק מכיכר קיבלה כל משפחה?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: 8‬ = ⁵⁄₈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משפחה קיבלה ⁵⁄₈ כיכר.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סרט קישוט באורך 9 מטרים נחתך ל-4 חלקים שווים. מה אורכו של כל חלק? כתבו כמספר מעורב וכשבר עשרוני.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: 4‬ = ⁹⁄₄ ; ⁹⁄₄ = 2¹⁄₄ ; 2¹⁄₄ = 2.25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אורך כל חלק 2¹⁄₄ מטרים, כלומר 2.25 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בבקבוק 3 ליטרים של מיץ. מוזגים את כל המיץ שווה בשווה ל-8 כוסות. כמה מיץ יש בכל כוס? כתבו כשבר וכשבר עשרוני.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: 8‬ = ³⁄₈ ; ³⁄₈ = 0.375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כוס ³⁄₈ ליטר, כלומר 0.375 ליטר.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אורי רץ 15 ק"מ במשך 6 ימים, אותו מרחק בכל יום. כמה קילומטרים רץ בכל יום?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: 6‬ = ¹⁵⁄₆ ; ¹⁵⁄₆ = 2³⁄₆ = 2¹⁄₂ ; 2¹⁄₂ = 2.5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אורי רץ 2¹⁄₂ ק"מ (2.5 ק"מ) בכל 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לערב הכיתה הכינו ההורים 4 מגשי פשטידה ו-3 מגשי קיש. את כל המגשים חילקו שווה בשווה בין 12 שולחנות. איזה חלק ממגש קיבל כל שולחן? האם זה יותר מחצי מגש?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+ 3 = 7‬ ; ‪7 : 12‬ = ⁷⁄₁₂ ; ¹⁄₂ = ⁶⁄₁₂, ו-⁷⁄₁₂ &gt; ⁶⁄₁₂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שולחן קיבל ⁷⁄₁₂ מגש – יותר מחצי מגש.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בקבוצה של יהונתן חילקו 5 פיצות בין 6 ילדים, ובקבוצה של דוד חילקו 7 פיצות בין 9 ילדים. באיזו קבוצה כל ילד קיבל יותר פיצה, ובכמה?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: 6‬ = ⁵⁄₆ = ¹⁵⁄₁₈ ; ‪7 : 9‬ = ⁷⁄₉ = ¹⁴⁄₁₈ ; ¹⁵⁄₁₈ − ¹⁴⁄₁₈ = ¹⁄₁₈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בקבוצה של יהונתן כל ילד קיבל יותר – ב-¹⁄₁₈ פיצה.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