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כפל שלם בשבר ובמספר מעורב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כפל מספר שלם בשבר ובמספר מעורב, ומציאת שבר מכמות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6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כפל שלם בשבר</w:t>
      </w:r>
    </w:p>
    <w:p>
      <w:pPr>
        <w:bidi/>
        <w:spacing w:before="0" w:after="20"/>
        <w:jc w:val="both"/>
      </w:pPr>
      <w:r>
        <w:rPr>
          <w:rtl/>
        </w:rPr>
        <w:t>1. כופלים את השלם במונה, והמכנה נשאר.</w:t>
      </w:r>
    </w:p>
    <w:p>
      <w:pPr>
        <w:bidi/>
        <w:spacing w:before="0" w:after="20"/>
        <w:jc w:val="both"/>
      </w:pPr>
      <w:r>
        <w:rPr>
          <w:rtl/>
        </w:rPr>
        <w:t>2. בסוף מצמצמים או הופכים למספר מעורב.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4 × ²⁄₃ = ⁸⁄₃ = 2²⁄₃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שבר מכמות</w:t>
      </w:r>
    </w:p>
    <w:p>
      <w:pPr>
        <w:bidi/>
        <w:spacing w:before="0" w:after="40"/>
        <w:jc w:val="both"/>
      </w:pPr>
      <w:r>
        <w:rPr>
          <w:rtl/>
        </w:rPr>
        <w:t>³⁄₄ × 12 הוא ³⁄₄ מ-12: מחלקים במכנה, וכופלים במונה.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מחלקים במכנה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כופלים במונה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 × 12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‪12 : 4 = 3‬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3 = 9‬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²⁄₅ × 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‪20 : 5 = 4‬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2 = 8‬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כפל שלם במספר מעורב</w:t>
      </w:r>
    </w:p>
    <w:p>
      <w:pPr>
        <w:bidi/>
        <w:spacing w:before="0" w:after="20"/>
        <w:jc w:val="both"/>
      </w:pPr>
      <w:r>
        <w:rPr>
          <w:rtl/>
        </w:rPr>
        <w:t>1. לפי חוק הפילוג: כופלים את השלמים ואת השבר בנפרד, ומחברים.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‪3 × 2‬¹⁄₄ = 6 + ³⁄₄ = 6³⁄₄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כפל בשבר קטן מ-1 מקטין את המספר; כפל במספר גדול מ-1 מגדיל אותו. כך בודקים אם התוצאה הגיונית.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לכל עוגה צריך 1³⁄₄ כוסות סוכר. כמה סוכר צריך ל-6 עוגות?</w:t>
      </w:r>
    </w:p>
    <w:p>
      <w:pPr>
        <w:bidi/>
        <w:spacing w:before="0" w:after="20"/>
        <w:jc w:val="both"/>
      </w:pPr>
      <w:r>
        <w:rPr>
          <w:rtl/>
        </w:rPr>
        <w:t>1. ‪6 × 1‬³⁄₄ = ‪6 × 1 + 6‬ × ³⁄₄</w:t>
      </w:r>
    </w:p>
    <w:p>
      <w:pPr>
        <w:bidi/>
        <w:spacing w:before="0" w:after="20"/>
        <w:jc w:val="both"/>
      </w:pPr>
      <w:r>
        <w:rPr>
          <w:rtl/>
        </w:rPr>
        <w:t>2. = 6 + ¹⁸⁄₄ = ‪6 + 4‬¹⁄₂ = 10¹⁄₂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צריך 10¹⁄₂ כוסות סוכר.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חשבו. כתבו שבר מצומצם, מספר מעורב או מספר שלם:</w:t>
      </w:r>
    </w:p>
    <w:p>
      <w:pPr>
        <w:bidi/>
        <w:spacing w:before="0" w:after="60"/>
        <w:jc w:val="both"/>
      </w:pPr>
      <w:r>
        <w:rPr>
          <w:rtl/>
        </w:rPr>
        <w:t>א. 5 × ²⁄₇ = __________</w:t>
      </w:r>
    </w:p>
    <w:p>
      <w:pPr>
        <w:bidi/>
        <w:spacing w:before="0" w:after="60"/>
        <w:jc w:val="both"/>
      </w:pPr>
      <w:r>
        <w:rPr>
          <w:rtl/>
        </w:rPr>
        <w:t>ב. ²⁄₃ × ‪12 = __________‬</w:t>
      </w:r>
    </w:p>
    <w:p>
      <w:pPr>
        <w:bidi/>
        <w:spacing w:before="0" w:after="60"/>
        <w:jc w:val="both"/>
      </w:pPr>
      <w:r>
        <w:rPr>
          <w:rtl/>
        </w:rPr>
        <w:t>ג. ‪4 × 1‬³⁄₄ = __________</w:t>
      </w:r>
    </w:p>
    <w:p>
      <w:pPr>
        <w:bidi/>
        <w:spacing w:before="0" w:after="60"/>
        <w:jc w:val="both"/>
      </w:pPr>
      <w:r>
        <w:rPr>
          <w:rtl/>
        </w:rPr>
        <w:t>ד. ³⁄₈ × ‪16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1³⁄₇ · ב. 8 · ג. 7 · ד. 6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