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כפל שלם בשבר ובמספר מעורב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שלם × שבר: כופלים את השלם במונה ומשאירים את המכנה, למשל 6 × ³⁄₄ = ¹⁸⁄₄. אחר כך מצמצמים או מוציאים שלמים.</w:t>
      </w:r>
    </w:p>
    <w:p>
      <w:pPr>
        <w:bidi/>
        <w:spacing w:before="0" w:after="20"/>
        <w:jc w:val="both"/>
      </w:pPr>
      <w:r>
        <w:rPr>
          <w:rtl/>
        </w:rPr>
        <w:t>2. «³⁄₄ מ-20» פירושו ³⁄₄ × 20: מחלקים את 20 ל-4 חלקים שווים ‪(20 : 4 = 5)‬ ולוקחים 3 חלקים ‪(3 × 5 = 15)‬.</w:t>
      </w:r>
    </w:p>
    <w:p>
      <w:pPr>
        <w:bidi/>
        <w:spacing w:before="0" w:after="20"/>
        <w:jc w:val="both"/>
      </w:pPr>
      <w:r>
        <w:rPr>
          <w:rtl/>
        </w:rPr>
        <w:t>3. שלם × מספר מעורב: בעזרת חוק הפילוג כופלים את השלמים ואת השבר בנפרד ומחברים – או הופכים את המספר המעורב לשבר.</w:t>
      </w:r>
    </w:p>
    <w:p>
      <w:pPr>
        <w:bidi/>
        <w:spacing w:before="0" w:after="20"/>
        <w:jc w:val="both"/>
      </w:pPr>
      <w:r>
        <w:rPr>
          <w:rtl/>
        </w:rPr>
        <w:t>4. בודקים בעזרת אומדן: 6 × ³⁄₄ קטן מ-6, כי ³⁄₄ קטן מ-1.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‪5 × 2‬³⁄₄ = ?</w:t>
      </w:r>
    </w:p>
    <w:p>
      <w:pPr>
        <w:bidi/>
        <w:spacing w:before="0" w:after="20"/>
        <w:jc w:val="both"/>
      </w:pPr>
      <w:r>
        <w:rPr>
          <w:rtl/>
        </w:rPr>
        <w:t>1. לפי חוק הפילוג: ‪5 × 2‬³⁄₄ = ‪5 × 2 + 5‬ × ³⁄₄</w:t>
      </w:r>
    </w:p>
    <w:p>
      <w:pPr>
        <w:bidi/>
        <w:spacing w:before="0" w:after="20"/>
        <w:jc w:val="both"/>
      </w:pPr>
      <w:r>
        <w:rPr>
          <w:rtl/>
        </w:rPr>
        <w:t>2. ‪5 × 2 = 10‬</w:t>
      </w:r>
    </w:p>
    <w:p>
      <w:pPr>
        <w:bidi/>
        <w:spacing w:before="0" w:after="20"/>
        <w:jc w:val="both"/>
      </w:pPr>
      <w:r>
        <w:rPr>
          <w:rtl/>
        </w:rPr>
        <w:t>3. 5 × ³⁄₄ = ¹⁵⁄₄ = 3³⁄₄</w:t>
      </w:r>
    </w:p>
    <w:p>
      <w:pPr>
        <w:bidi/>
        <w:spacing w:before="0" w:after="20"/>
        <w:jc w:val="both"/>
      </w:pPr>
      <w:r>
        <w:rPr>
          <w:rtl/>
        </w:rPr>
        <w:t>4. ‪10 + 3‬³⁄₄ = 13³⁄₄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13³⁄₄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 כתבו את התוצאה כשבר מצומצם או כמספר מעורב.</w:t>
      </w:r>
    </w:p>
    <w:p>
      <w:pPr>
        <w:bidi/>
        <w:spacing w:before="0" w:after="60"/>
        <w:jc w:val="both"/>
      </w:pPr>
      <w:r>
        <w:rPr>
          <w:rtl/>
        </w:rPr>
        <w:t>א. 3 × ¹⁄₅ = __________</w:t>
      </w:r>
    </w:p>
    <w:p>
      <w:pPr>
        <w:bidi/>
        <w:spacing w:before="0" w:after="60"/>
        <w:jc w:val="both"/>
      </w:pPr>
      <w:r>
        <w:rPr>
          <w:rtl/>
        </w:rPr>
        <w:t>ב. 2 × ³⁄₇ = __________</w:t>
      </w:r>
    </w:p>
    <w:p>
      <w:pPr>
        <w:bidi/>
        <w:spacing w:before="0" w:after="60"/>
        <w:jc w:val="both"/>
      </w:pPr>
      <w:r>
        <w:rPr>
          <w:rtl/>
        </w:rPr>
        <w:t>ג. 4 × ²⁄₉ = __________</w:t>
      </w:r>
    </w:p>
    <w:p>
      <w:pPr>
        <w:bidi/>
        <w:spacing w:before="0" w:after="60"/>
        <w:jc w:val="both"/>
      </w:pPr>
      <w:r>
        <w:rPr>
          <w:rtl/>
        </w:rPr>
        <w:t>ד. 5 × ³⁄₄ = __________</w:t>
      </w:r>
    </w:p>
    <w:p>
      <w:pPr>
        <w:bidi/>
        <w:spacing w:before="0" w:after="60"/>
        <w:jc w:val="both"/>
      </w:pPr>
      <w:r>
        <w:rPr>
          <w:rtl/>
        </w:rPr>
        <w:t>ה. 6 × ²⁄₅ = __________</w:t>
      </w:r>
    </w:p>
    <w:p>
      <w:pPr>
        <w:bidi/>
        <w:spacing w:before="0" w:after="60"/>
        <w:jc w:val="both"/>
      </w:pPr>
      <w:r>
        <w:rPr>
          <w:rtl/>
        </w:rPr>
        <w:t>ו. 3 × ⁵⁄₆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¹⁄₃ × ‪12 = __________‬</w:t>
      </w:r>
    </w:p>
    <w:p>
      <w:pPr>
        <w:bidi/>
        <w:spacing w:before="0" w:after="60"/>
        <w:jc w:val="both"/>
      </w:pPr>
      <w:r>
        <w:rPr>
          <w:rtl/>
        </w:rPr>
        <w:t>ב. ³⁄₄ × ‪20 = __________‬</w:t>
      </w:r>
    </w:p>
    <w:p>
      <w:pPr>
        <w:bidi/>
        <w:spacing w:before="0" w:after="60"/>
        <w:jc w:val="both"/>
      </w:pPr>
      <w:r>
        <w:rPr>
          <w:rtl/>
        </w:rPr>
        <w:t>ג. ²⁄₅ × ‪15 = __________‬</w:t>
      </w:r>
    </w:p>
    <w:p>
      <w:pPr>
        <w:bidi/>
        <w:spacing w:before="0" w:after="60"/>
        <w:jc w:val="both"/>
      </w:pPr>
      <w:r>
        <w:rPr>
          <w:rtl/>
        </w:rPr>
        <w:t>ד. ⁵⁄₆ × ‪18 = __________‬</w:t>
      </w:r>
    </w:p>
    <w:p>
      <w:pPr>
        <w:bidi/>
        <w:spacing w:before="0" w:after="60"/>
        <w:jc w:val="both"/>
      </w:pPr>
      <w:r>
        <w:rPr>
          <w:rtl/>
        </w:rPr>
        <w:t>ה. ³⁄₈ × ‪24 = __________‬</w:t>
      </w:r>
    </w:p>
    <w:p>
      <w:pPr>
        <w:bidi/>
        <w:spacing w:before="0" w:after="60"/>
        <w:jc w:val="both"/>
      </w:pPr>
      <w:r>
        <w:rPr>
          <w:rtl/>
        </w:rPr>
        <w:t>ו. ⁷⁄₁₀ × ‪50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כפלו שלם במספר מעורב. היעזרו בחוק הפילוג.</w:t>
      </w:r>
    </w:p>
    <w:p>
      <w:pPr>
        <w:bidi/>
        <w:spacing w:before="0" w:after="60"/>
        <w:jc w:val="both"/>
      </w:pPr>
      <w:r>
        <w:rPr>
          <w:rtl/>
        </w:rPr>
        <w:t>א. ‪2 × 1‬¹⁄₃ = __________</w:t>
      </w:r>
    </w:p>
    <w:p>
      <w:pPr>
        <w:bidi/>
        <w:spacing w:before="0" w:after="60"/>
        <w:jc w:val="both"/>
      </w:pPr>
      <w:r>
        <w:rPr>
          <w:rtl/>
        </w:rPr>
        <w:t>ב. ‪3 × 2‬¹⁄₄ = __________</w:t>
      </w:r>
    </w:p>
    <w:p>
      <w:pPr>
        <w:bidi/>
        <w:spacing w:before="0" w:after="60"/>
        <w:jc w:val="both"/>
      </w:pPr>
      <w:r>
        <w:rPr>
          <w:rtl/>
        </w:rPr>
        <w:t>ג. ‪4 × 1‬²⁄₅ = __________</w:t>
      </w:r>
    </w:p>
    <w:p>
      <w:pPr>
        <w:bidi/>
        <w:spacing w:before="0" w:after="60"/>
        <w:jc w:val="both"/>
      </w:pPr>
      <w:r>
        <w:rPr>
          <w:rtl/>
        </w:rPr>
        <w:t>ד. ‪5 × 3‬¹⁄₂ = __________</w:t>
      </w:r>
    </w:p>
    <w:p>
      <w:pPr>
        <w:bidi/>
        <w:spacing w:before="0" w:after="60"/>
        <w:jc w:val="both"/>
      </w:pPr>
      <w:r>
        <w:rPr>
          <w:rtl/>
        </w:rPr>
        <w:t>ה. ‪6 × 2‬²⁄₃ = __________</w:t>
      </w:r>
    </w:p>
    <w:p>
      <w:pPr>
        <w:bidi/>
        <w:spacing w:before="0" w:after="60"/>
        <w:jc w:val="both"/>
      </w:pPr>
      <w:r>
        <w:rPr>
          <w:rtl/>
        </w:rPr>
        <w:t>ו. ‪3 × 4‬³⁄₈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כחיבור חוזר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חיבור חוזר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 × ²⁄₅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 × ³⁄₈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 × ¹⁄₆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4 × ²⁄₃ = ⁸⁄₁₂      נכון / לא נכון</w:t>
      </w:r>
    </w:p>
    <w:p>
      <w:pPr>
        <w:bidi/>
        <w:spacing w:before="0" w:after="60"/>
        <w:jc w:val="both"/>
      </w:pPr>
      <w:r>
        <w:rPr>
          <w:rtl/>
        </w:rPr>
        <w:t>ב. ³⁄₄ × ‪8 = 8‬ × ³⁄₄      נכון / לא נכון</w:t>
      </w:r>
    </w:p>
    <w:p>
      <w:pPr>
        <w:bidi/>
        <w:spacing w:before="0" w:after="60"/>
        <w:jc w:val="both"/>
      </w:pPr>
      <w:r>
        <w:rPr>
          <w:rtl/>
        </w:rPr>
        <w:t>ג. 5 × ³⁄₅ = 3      נכון / לא נכון</w:t>
      </w:r>
    </w:p>
    <w:p>
      <w:pPr>
        <w:bidi/>
        <w:spacing w:before="0" w:after="60"/>
        <w:jc w:val="both"/>
      </w:pPr>
      <w:r>
        <w:rPr>
          <w:rtl/>
        </w:rPr>
        <w:t>ד. כשכופלים 10 ב-⁴⁄₅, התוצאה גדולה מ-10.      נכון / לא נכון</w:t>
      </w:r>
    </w:p>
    <w:p>
      <w:pPr>
        <w:bidi/>
        <w:spacing w:before="0" w:after="60"/>
        <w:jc w:val="both"/>
      </w:pPr>
      <w:r>
        <w:rPr>
          <w:rtl/>
        </w:rPr>
        <w:t>ה. ‪2 × 3‬¹⁄₂ = 6¹⁄₂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2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× ²⁄₉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¹⁄₄ × 36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‪5 × 1‬¹⁄₅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6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²⁄₃ × 21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4¹⁄₂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מתאים ל-«²⁄₃ מ-15»?</w:t>
      </w:r>
    </w:p>
    <w:p>
      <w:pPr>
        <w:bidi/>
        <w:spacing w:before="0" w:after="80"/>
        <w:jc w:val="both"/>
      </w:pPr>
      <w:r>
        <w:rPr>
          <w:rtl/>
        </w:rPr>
        <w:t xml:space="preserve">   ○ 15 : ²⁄₃      ○ ²⁄₃ × 15      ○ 15 + ²⁄₃      ○ 15 − ²⁄₃</w:t>
      </w:r>
    </w:p>
    <w:p>
      <w:pPr>
        <w:bidi/>
        <w:spacing w:before="0" w:after="20"/>
        <w:jc w:val="both"/>
      </w:pPr>
      <w:r>
        <w:rPr>
          <w:rtl/>
        </w:rPr>
        <w:t>ב. התוצאה של 7 × ³⁄₇ היא:</w:t>
      </w:r>
    </w:p>
    <w:p>
      <w:pPr>
        <w:bidi/>
        <w:spacing w:before="0" w:after="80"/>
        <w:jc w:val="both"/>
      </w:pPr>
      <w:r>
        <w:rPr>
          <w:rtl/>
        </w:rPr>
        <w:t xml:space="preserve">   ○ ²¹⁄₄₉      ○ 1      ○ 7³⁄₇      ○ 3</w:t>
      </w:r>
    </w:p>
    <w:p>
      <w:pPr>
        <w:bidi/>
        <w:spacing w:before="0" w:after="20"/>
        <w:jc w:val="both"/>
      </w:pPr>
      <w:r>
        <w:rPr>
          <w:rtl/>
        </w:rPr>
        <w:t>ג. איזו מכפלה גדולה מ-20?</w:t>
      </w:r>
    </w:p>
    <w:p>
      <w:pPr>
        <w:bidi/>
        <w:spacing w:before="0" w:after="80"/>
        <w:jc w:val="both"/>
      </w:pPr>
      <w:r>
        <w:rPr>
          <w:rtl/>
        </w:rPr>
        <w:t xml:space="preserve">   ○ 20 × ¹⁄₂      ○ 20 × ⁹⁄₁₀      ○ ‪20 × 1‬¹⁄₄      ○ ‪20 ×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התוצאה קטנה מ-12, שווה ל-12 או גדולה מ-12? מיינו.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12 × ³⁄₄  |  12 × ⁵⁄₅  |  ‪12 × 1‬¹⁄₃  |  12 × ⁷⁄₈  |  ‪12 × 2‬¹⁄₂  |  12 × ⁹⁄₉  |  12 × ¹⁄₆  |  12 × ¹³⁄₁₂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מ-12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ל-12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__________ × ¹⁄₄ = 2</w:t>
      </w:r>
    </w:p>
    <w:p>
      <w:pPr>
        <w:bidi/>
        <w:spacing w:before="0" w:after="60"/>
        <w:jc w:val="both"/>
      </w:pPr>
      <w:r>
        <w:rPr>
          <w:rtl/>
        </w:rPr>
        <w:t>ב. __________ × ²⁄₃ = 4</w:t>
      </w:r>
    </w:p>
    <w:p>
      <w:pPr>
        <w:bidi/>
        <w:spacing w:before="0" w:after="60"/>
        <w:jc w:val="both"/>
      </w:pPr>
      <w:r>
        <w:rPr>
          <w:rtl/>
        </w:rPr>
        <w:t>ג. ‪5 × __________ = 3‬³⁄₄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בשתי דרכים: ‪4 × 2‬³⁄₈. דרך א: חוק הפילוג. דרך ב: הפיכת המספר המעורב לשבר.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הסבירו: למה ³⁄₄ × 16 שווה ל-12?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עומר אמר: «כשכופלים מספר שלם בשבר, התוצאה תמיד קטנה מהמספר השלם». תנו דוגמה שמראה שהוא טועה, והסבירו מתי הוא צודק.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בכל בקבוק ³⁄₄ ליטר מים. כמה ליטרים מים יש ב-6 בקבוקים?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בכיתה של איתי 24 תלמידים. ²⁄₃ מהם הצטרפו לטיול האופניים. כמה תלמידים הצטרפו לטיול?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דוד רוכב על אופניים 2¹⁄₂ ק"מ בכל יום. כמה קילומטרים ירכב ב-6 ימים?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לנועם היו 40 ₪. הוא הוציא ³⁄₅ מהכסף על משחק. כמה כסף נשאר לו?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בכיתה ו' 32 תלמידים. ³⁄₈ מהם משתתפים בחוג שחמט, ¹⁄₄ מהם בחוג רובוטיקה, וכל השאר לא משתתפים בחוג. כמה תלמידים לא משתתפים בחוג?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במאפייה משתמשים ב-1³⁄₄ ק"ג קמח לכל עוגה גדולה. היום אפו 8 עוגות משק קמח של 25 ק"ג. כמה קמח נשאר בשק?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כפל שלם בשבר ובמספר מעורב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 כתבו את התוצאה כשבר מצומצם או כמספר מעורב.</w:t>
      </w:r>
    </w:p>
    <w:p>
      <w:pPr>
        <w:bidi/>
        <w:spacing w:before="0" w:after="40"/>
        <w:jc w:val="both"/>
      </w:pPr>
      <w:r>
        <w:rPr>
          <w:rtl/>
        </w:rPr>
        <w:t>א. 3 × ¹⁄₅ = ³⁄₅</w:t>
      </w:r>
    </w:p>
    <w:p>
      <w:pPr>
        <w:bidi/>
        <w:spacing w:before="0" w:after="40"/>
        <w:jc w:val="both"/>
      </w:pPr>
      <w:r>
        <w:rPr>
          <w:rtl/>
        </w:rPr>
        <w:t>ב. 2 × ³⁄₇ = ⁶⁄₇</w:t>
      </w:r>
    </w:p>
    <w:p>
      <w:pPr>
        <w:bidi/>
        <w:spacing w:before="0" w:after="40"/>
        <w:jc w:val="both"/>
      </w:pPr>
      <w:r>
        <w:rPr>
          <w:rtl/>
        </w:rPr>
        <w:t>ג. 4 × ²⁄₉ = ⁸⁄₉</w:t>
      </w:r>
    </w:p>
    <w:p>
      <w:pPr>
        <w:bidi/>
        <w:spacing w:before="0" w:after="40"/>
        <w:jc w:val="both"/>
      </w:pPr>
      <w:r>
        <w:rPr>
          <w:rtl/>
        </w:rPr>
        <w:t>ד. 5 × ³⁄₄ = 3³⁄₄</w:t>
      </w:r>
    </w:p>
    <w:p>
      <w:pPr>
        <w:bidi/>
        <w:spacing w:before="0" w:after="40"/>
        <w:jc w:val="both"/>
      </w:pPr>
      <w:r>
        <w:rPr>
          <w:rtl/>
        </w:rPr>
        <w:t>ה. 6 × ²⁄₅ = 2²⁄₅</w:t>
      </w:r>
    </w:p>
    <w:p>
      <w:pPr>
        <w:bidi/>
        <w:spacing w:before="0" w:after="40"/>
        <w:jc w:val="both"/>
      </w:pPr>
      <w:r>
        <w:rPr>
          <w:rtl/>
        </w:rPr>
        <w:t>ו. 3 × ⁵⁄₆ = 2¹⁄₂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¹⁄₃ × ‪12 = 4‬</w:t>
      </w:r>
    </w:p>
    <w:p>
      <w:pPr>
        <w:bidi/>
        <w:spacing w:before="0" w:after="40"/>
        <w:jc w:val="both"/>
      </w:pPr>
      <w:r>
        <w:rPr>
          <w:rtl/>
        </w:rPr>
        <w:t>ב. ³⁄₄ × ‪20 = 15‬</w:t>
      </w:r>
    </w:p>
    <w:p>
      <w:pPr>
        <w:bidi/>
        <w:spacing w:before="0" w:after="40"/>
        <w:jc w:val="both"/>
      </w:pPr>
      <w:r>
        <w:rPr>
          <w:rtl/>
        </w:rPr>
        <w:t>ג. ²⁄₅ × ‪15 = 6‬</w:t>
      </w:r>
    </w:p>
    <w:p>
      <w:pPr>
        <w:bidi/>
        <w:spacing w:before="0" w:after="40"/>
        <w:jc w:val="both"/>
      </w:pPr>
      <w:r>
        <w:rPr>
          <w:rtl/>
        </w:rPr>
        <w:t>ד. ⁵⁄₆ × ‪18 = 15‬</w:t>
      </w:r>
    </w:p>
    <w:p>
      <w:pPr>
        <w:bidi/>
        <w:spacing w:before="0" w:after="40"/>
        <w:jc w:val="both"/>
      </w:pPr>
      <w:r>
        <w:rPr>
          <w:rtl/>
        </w:rPr>
        <w:t>ה. ³⁄₈ × ‪24 = 9‬</w:t>
      </w:r>
    </w:p>
    <w:p>
      <w:pPr>
        <w:bidi/>
        <w:spacing w:before="0" w:after="40"/>
        <w:jc w:val="both"/>
      </w:pPr>
      <w:r>
        <w:rPr>
          <w:rtl/>
        </w:rPr>
        <w:t>ו. ⁷⁄₁₀ × ‪50 = 35‬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כפלו שלם במספר מעורב. היעזרו בחוק הפילוג.</w:t>
      </w:r>
    </w:p>
    <w:p>
      <w:pPr>
        <w:bidi/>
        <w:spacing w:before="0" w:after="40"/>
        <w:jc w:val="both"/>
      </w:pPr>
      <w:r>
        <w:rPr>
          <w:rtl/>
        </w:rPr>
        <w:t>א. ‪2 × 1‬¹⁄₃ = 2²⁄₃</w:t>
      </w:r>
    </w:p>
    <w:p>
      <w:pPr>
        <w:bidi/>
        <w:spacing w:before="0" w:after="40"/>
        <w:jc w:val="both"/>
      </w:pPr>
      <w:r>
        <w:rPr>
          <w:rtl/>
        </w:rPr>
        <w:t>ב. ‪3 × 2‬¹⁄₄ = 6³⁄₄</w:t>
      </w:r>
    </w:p>
    <w:p>
      <w:pPr>
        <w:bidi/>
        <w:spacing w:before="0" w:after="40"/>
        <w:jc w:val="both"/>
      </w:pPr>
      <w:r>
        <w:rPr>
          <w:rtl/>
        </w:rPr>
        <w:t>ג. ‪4 × 1‬²⁄₅ = 5³⁄₅</w:t>
      </w:r>
    </w:p>
    <w:p>
      <w:pPr>
        <w:bidi/>
        <w:spacing w:before="0" w:after="40"/>
        <w:jc w:val="both"/>
      </w:pPr>
      <w:r>
        <w:rPr>
          <w:rtl/>
        </w:rPr>
        <w:t>ד. ‪5 × 3‬¹⁄₂ = 17¹⁄₂</w:t>
      </w:r>
    </w:p>
    <w:p>
      <w:pPr>
        <w:bidi/>
        <w:spacing w:before="0" w:after="40"/>
        <w:jc w:val="both"/>
      </w:pPr>
      <w:r>
        <w:rPr>
          <w:rtl/>
        </w:rPr>
        <w:t>ה. ‪6 × 2‬²⁄₃ = 16</w:t>
      </w:r>
    </w:p>
    <w:p>
      <w:pPr>
        <w:bidi/>
        <w:spacing w:before="0" w:after="40"/>
        <w:jc w:val="both"/>
      </w:pPr>
      <w:r>
        <w:rPr>
          <w:rtl/>
        </w:rPr>
        <w:t>ו. ‪3 × 4‬³⁄₈ = 13¹⁄₈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כחיבור חוזר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חיבור חוזר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 × ²⁄₅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²⁄₅ + ²⁄₅ + ²⁄₅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1¹⁄₅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 × ³⁄₈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³⁄₈ + ³⁄₈ + ³⁄₈ + ³⁄₈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1¹⁄₂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 × ¹⁄₆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¹⁄₆ + ¹⁄₆ + ¹⁄₆ + ¹⁄₆ + ¹⁄₆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⁵⁄₆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4 × ²⁄₃ = ⁸⁄₁₂ – לא נכון – כופלים רק את המונה: 4 × ²⁄₃ = ⁸⁄₃ = 2²⁄₃</w:t>
      </w:r>
    </w:p>
    <w:p>
      <w:pPr>
        <w:bidi/>
        <w:spacing w:before="0" w:after="40"/>
        <w:jc w:val="both"/>
      </w:pPr>
      <w:r>
        <w:rPr>
          <w:rtl/>
        </w:rPr>
        <w:t>ב. ³⁄₄ × ‪8 = 8‬ × ³⁄₄ – נכון</w:t>
      </w:r>
    </w:p>
    <w:p>
      <w:pPr>
        <w:bidi/>
        <w:spacing w:before="0" w:after="40"/>
        <w:jc w:val="both"/>
      </w:pPr>
      <w:r>
        <w:rPr>
          <w:rtl/>
        </w:rPr>
        <w:t>ג. 5 × ³⁄₅ = 3 – נכון</w:t>
      </w:r>
    </w:p>
    <w:p>
      <w:pPr>
        <w:bidi/>
        <w:spacing w:before="0" w:after="40"/>
        <w:jc w:val="both"/>
      </w:pPr>
      <w:r>
        <w:rPr>
          <w:rtl/>
        </w:rPr>
        <w:t>ד. כשכופלים 10 ב-⁴⁄₅, התוצאה גדולה מ-10. – לא נכון – התוצאה קטנה מ-‪10: 10‬ × ⁴⁄₅ = 8</w:t>
      </w:r>
    </w:p>
    <w:p>
      <w:pPr>
        <w:bidi/>
        <w:spacing w:before="0" w:after="40"/>
        <w:jc w:val="both"/>
      </w:pPr>
      <w:r>
        <w:rPr>
          <w:rtl/>
        </w:rPr>
        <w:t>ה. ‪2 × 3‬¹⁄₂ = 6¹⁄₂ – לא נכון – ‪2 × 3‬¹⁄₂ = ‪6 + 1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2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× ²⁄₉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¹⁄₄ × 36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‪5 × 1‬¹⁄₅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6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²⁄₃ × 21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4¹⁄₂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מתאים ל-«²⁄₃ מ-15»?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²⁄₃ × 15</w:t>
      </w:r>
    </w:p>
    <w:p>
      <w:pPr>
        <w:bidi/>
        <w:spacing w:before="0" w:after="20"/>
        <w:jc w:val="both"/>
      </w:pPr>
      <w:r>
        <w:rPr>
          <w:rtl/>
        </w:rPr>
        <w:t>ב. התוצאה של 7 × ³⁄₇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</w:t>
      </w:r>
    </w:p>
    <w:p>
      <w:pPr>
        <w:bidi/>
        <w:spacing w:before="0" w:after="20"/>
        <w:jc w:val="both"/>
      </w:pPr>
      <w:r>
        <w:rPr>
          <w:rtl/>
        </w:rPr>
        <w:t>ג. איזו מכפלה גדולה מ-20?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‪20 × 1‬¹⁄₄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התוצאה קטנה מ-12, שווה ל-12 או גדולה מ-12?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מ-12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ל-12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 × ³⁄₄, 12 × ⁷⁄₈, 12 × ¹⁄₆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 × ⁵⁄₅, 12 × ⁹⁄₉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× 1‬¹⁄₃, ‪12 × 2‬¹⁄₂, 12 × ¹³⁄₁₂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8 × ¹⁄₄ = 2</w:t>
      </w:r>
    </w:p>
    <w:p>
      <w:pPr>
        <w:bidi/>
        <w:spacing w:before="0" w:after="40"/>
        <w:jc w:val="both"/>
      </w:pPr>
      <w:r>
        <w:rPr>
          <w:rtl/>
        </w:rPr>
        <w:t>ב. 6 × ²⁄₃ = 4</w:t>
      </w:r>
    </w:p>
    <w:p>
      <w:pPr>
        <w:bidi/>
        <w:spacing w:before="0" w:after="40"/>
        <w:jc w:val="both"/>
      </w:pPr>
      <w:r>
        <w:rPr>
          <w:rtl/>
        </w:rPr>
        <w:t>ג. 5 × ³⁄₄ = 3³⁄₄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בשתי דרכים: ‪4 × 2‬³⁄₈. דרך א: חוק הפילוג. דרך ב: הפיכת המספר המעורב לשבר.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א: ‪4 × 2 + 4‬ × ³⁄₈ = 8 + ¹²⁄₈ = ‪8 + 1‬¹⁄₂ = 9¹⁄₂. ב: 2³⁄₈ = ¹⁹⁄₈, ו-4 × ¹⁹⁄₈ = ⁷⁶⁄₈ = 9¹⁄₂.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הסבירו: למה ³⁄₄ × 16 שווה ל-12?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³⁄₄ מ-16 פירושו: מחלקים את 16 ל-4 חלקים שווים – בכל חלק 4 – ולוקחים 3 חלקים: ‪3 × 4 = 12‬.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עומר אמר: «כשכופלים מספר שלם בשבר, התוצאה תמיד קטנה מהמספר השלם». תנו דוגמה שמראה שהוא טועה, והסבירו מתי הוא צודק.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לדוגמה: 6 × ⁵⁄₄ = ³⁰⁄₄ = 7¹⁄₂, וזה גדול מ-6. עומר צודק רק כשהשבר קטן מ-1.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בכל בקבוק ³⁄₄ ליטר מים. כמה ליטרים מים יש ב-6 בקבוקים?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6 × ³⁄₄ = ¹⁸⁄₄ ; ¹⁸⁄₄ = 4²⁄₄ = 4¹⁄₂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ב-6 בקבוקים 4¹⁄₂ ליטרים 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בכיתה של איתי 24 תלמידים. ²⁄₃ מהם הצטרפו לטיול האופניים. כמה תלמידים הצטרפו לטיול?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 : 3 = 8‬ ; ‪2 × 8 = 16‬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16 תלמידים הצטרפו לטיול.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דוד רוכב על אופניים 2¹⁄₂ ק"מ בכל יום. כמה קילומטרים ירכב ב-6 ימים?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2 = 12‬ ; 6 × ¹⁄₂ = 3 ; ‪12 + 3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ירכב 15 ק"מ.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לנועם היו 40 ₪. הוא הוציא ³⁄₅ מהכסף על משחק. כמה כסף נשאר 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‪40 : 5 = 8‬ ; ‪3 × 8 = 24‬ – זה המחיר של המשחק ; ‪40 − 24 = 16‬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לנועם נשארו 16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בכיתה ו' 32 תלמידים. ³⁄₈ מהם משתתפים בחוג שחמט, ¹⁄₄ מהם בחוג רובוטיקה, וכל השאר לא משתתפים בחוג. כמה תלמידים לא משתתפים בחוג?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³⁄₈ × ‪32 = 12‬ – בשחמט ; ¹⁄₄ × ‪32 = 8‬ – ברובוטיקה ; ‪12 + 8 = 20‬ ; ‪32 − 20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12 תלמידים לא משתתפים בחוג.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במאפייה משתמשים ב-1³⁄₄ ק"ג קמח לכל עוגה גדולה. היום אפו 8 עוגות משק קמח של 25 ק"ג. כמה קמח נשאר בשק?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1‬³⁄₄ = ‪8 × 1 + 8‬ × ³⁄₄ ; ‪8 × 1 = 8‬, ו-8 × ³⁄₄ = 6 ; ‪8 + 6 = 14‬ ; ‪25 − 14 = 11‬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11 ק"ג קמח.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