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כפל שבר בשבר ומספרים מעורבים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כפל שבר בשבר וכפל מספרים מעורבים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כפל שבר בשבר</w:t>
      </w:r>
    </w:p>
    <w:p>
      <w:pPr>
        <w:bidi/>
        <w:spacing w:before="0" w:after="20"/>
        <w:jc w:val="both"/>
      </w:pPr>
      <w:r>
        <w:rPr>
          <w:rtl/>
        </w:rPr>
        <w:t>1. כופלים מונה במונה ומכנה במכנה.</w:t>
      </w:r>
    </w:p>
    <w:p>
      <w:pPr>
        <w:bidi/>
        <w:spacing w:before="0" w:after="20"/>
        <w:jc w:val="both"/>
      </w:pPr>
      <w:r>
        <w:rPr>
          <w:rtl/>
        </w:rPr>
        <w:t>2. מצמצמים לפני הכפל או אחריו.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²⁄₃ × ³⁄₄ = ⁶⁄₁₂ = ¹⁄₂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מודל השטח</w:t>
      </w:r>
    </w:p>
    <w:p>
      <w:pPr>
        <w:bidi/>
        <w:spacing w:before="0" w:after="40"/>
        <w:jc w:val="both"/>
      </w:pPr>
      <w:r>
        <w:rPr>
          <w:rtl/>
        </w:rPr>
        <w:t>¹⁄₂ × ¹⁄₃ הוא חצי משליש. מחלקים מלבן ל-3 עמודות ול-2 שורות: משבצת אחת מתוך 6 מסומנת פעמיים, ולכן התוצאה ¹⁄₆.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מספרים מעורבים</w:t>
      </w:r>
    </w:p>
    <w:p>
      <w:pPr>
        <w:bidi/>
        <w:spacing w:before="0" w:after="20"/>
        <w:jc w:val="both"/>
      </w:pPr>
      <w:r>
        <w:rPr>
          <w:rtl/>
        </w:rPr>
        <w:t>1. הופכים כל מספר מעורב לשבר.</w:t>
      </w:r>
    </w:p>
    <w:p>
      <w:pPr>
        <w:bidi/>
        <w:spacing w:before="0" w:after="20"/>
        <w:jc w:val="both"/>
      </w:pPr>
      <w:r>
        <w:rPr>
          <w:rtl/>
        </w:rPr>
        <w:t>2. כופלים ומצמצמים.</w:t>
      </w:r>
    </w:p>
    <w:p>
      <w:pPr>
        <w:bidi/>
        <w:spacing w:before="0" w:after="20"/>
        <w:jc w:val="both"/>
      </w:pPr>
      <w:r>
        <w:rPr>
          <w:rtl/>
        </w:rPr>
        <w:t>3. חוזרים למספר מעורב, ובודקים באומדן.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1¹⁄₂ × 2²⁄₃ = ³⁄₂ × ⁸⁄₃ = 4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צמצמו לפני שכופלים! מונה ומכנה שמתחלקים באותו מספר – גם כשהם בשברים שונים – הופכים את החישוב לקצר.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אורכה של ערוגה מלבנית 2¹⁄₂ מטרים, ורוחבה 1¹⁄₅ מטרים. מה שטחה?</w:t>
      </w:r>
    </w:p>
    <w:p>
      <w:pPr>
        <w:bidi/>
        <w:spacing w:before="0" w:after="20"/>
        <w:jc w:val="both"/>
      </w:pPr>
      <w:r>
        <w:rPr>
          <w:rtl/>
        </w:rPr>
        <w:t>1. 2¹⁄₂ × 1¹⁄₅ = ⁵⁄₂ × ⁶⁄₅</w:t>
      </w:r>
    </w:p>
    <w:p>
      <w:pPr>
        <w:bidi/>
        <w:spacing w:before="0" w:after="20"/>
        <w:jc w:val="both"/>
      </w:pPr>
      <w:r>
        <w:rPr>
          <w:rtl/>
        </w:rPr>
        <w:t>2. מצמצמים 5 עם 5 ו-6 עם 2: ¹⁄₁ × ³⁄₁ = 3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שטח הערוגה 3 מ"ר.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חשבו וצמצמו:</w:t>
      </w:r>
    </w:p>
    <w:p>
      <w:pPr>
        <w:bidi/>
        <w:spacing w:before="0" w:after="60"/>
        <w:jc w:val="both"/>
      </w:pPr>
      <w:r>
        <w:rPr>
          <w:rtl/>
        </w:rPr>
        <w:t>א. ²⁄₃ × ⁴⁄₅ = __________</w:t>
      </w:r>
    </w:p>
    <w:p>
      <w:pPr>
        <w:bidi/>
        <w:spacing w:before="0" w:after="60"/>
        <w:jc w:val="both"/>
      </w:pPr>
      <w:r>
        <w:rPr>
          <w:rtl/>
        </w:rPr>
        <w:t>ב. ³⁄₄ × ²⁄₉ = __________</w:t>
      </w:r>
    </w:p>
    <w:p>
      <w:pPr>
        <w:bidi/>
        <w:spacing w:before="0" w:after="60"/>
        <w:jc w:val="both"/>
      </w:pPr>
      <w:r>
        <w:rPr>
          <w:rtl/>
        </w:rPr>
        <w:t>ג. 1¹⁄₂ × 1¹⁄₃ = __________</w:t>
      </w:r>
    </w:p>
    <w:p>
      <w:pPr>
        <w:bidi/>
        <w:spacing w:before="0" w:after="60"/>
        <w:jc w:val="both"/>
      </w:pPr>
      <w:r>
        <w:rPr>
          <w:rtl/>
        </w:rPr>
        <w:t>ד. ⁵⁄₆ × ³⁄₅ = __________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⁸⁄₁₅ · ב. ¹⁄₆ · ג. 2 · ד. ¹⁄₂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