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כפל שבר בשבר ומספרים מעורבים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שבר × שבר: כופלים מונה במונה ומכנה במכנה, למשל ²⁄₃ × ³⁄₄ = ⁶⁄₁₂.</w:t>
      </w:r>
    </w:p>
    <w:p>
      <w:pPr>
        <w:bidi/>
        <w:spacing w:before="0" w:after="20"/>
        <w:jc w:val="both"/>
      </w:pPr>
      <w:r>
        <w:rPr>
          <w:rtl/>
        </w:rPr>
        <w:t>2. מצמצמים את התוצאה – או מצמצמים עוד לפני הכפל (מונה של שבר אחד עם מכנה של השני).</w:t>
      </w:r>
    </w:p>
    <w:p>
      <w:pPr>
        <w:bidi/>
        <w:spacing w:before="0" w:after="20"/>
        <w:jc w:val="both"/>
      </w:pPr>
      <w:r>
        <w:rPr>
          <w:rtl/>
        </w:rPr>
        <w:t>3. מספר מעורב: קודם הופכים אותו לשבר (2²⁄₃ = ⁸⁄₃), ורק אז כופלים.</w:t>
      </w:r>
    </w:p>
    <w:p>
      <w:pPr>
        <w:bidi/>
        <w:spacing w:before="0" w:after="20"/>
        <w:jc w:val="both"/>
      </w:pPr>
      <w:r>
        <w:rPr>
          <w:rtl/>
        </w:rPr>
        <w:t>4. «¹⁄₂ מתוך ³⁄₄» פירושו ¹⁄₂ × ³⁄₄. כשכופלים בשבר קטן מ-1, התוצאה קטנה מהמספר שהתחלנו בו.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²⁄₃ × ³⁄₄ = ?</w:t>
      </w:r>
    </w:p>
    <w:p>
      <w:pPr>
        <w:bidi/>
        <w:spacing w:before="0" w:after="20"/>
        <w:jc w:val="both"/>
      </w:pPr>
      <w:r>
        <w:rPr>
          <w:rtl/>
        </w:rPr>
        <w:t>1. מונה כפול מונה: ‪2 × 3 = 6‬</w:t>
      </w:r>
    </w:p>
    <w:p>
      <w:pPr>
        <w:bidi/>
        <w:spacing w:before="0" w:after="20"/>
        <w:jc w:val="both"/>
      </w:pPr>
      <w:r>
        <w:rPr>
          <w:rtl/>
        </w:rPr>
        <w:t>2. מכנה כפול מכנה: ‪3 × 4 = 12‬</w:t>
      </w:r>
    </w:p>
    <w:p>
      <w:pPr>
        <w:bidi/>
        <w:spacing w:before="0" w:after="20"/>
        <w:jc w:val="both"/>
      </w:pPr>
      <w:r>
        <w:rPr>
          <w:rtl/>
        </w:rPr>
        <w:t>3. ²⁄₃ × ³⁄₄ = ⁶⁄₁₂</w:t>
      </w:r>
    </w:p>
    <w:p>
      <w:pPr>
        <w:bidi/>
        <w:spacing w:before="0" w:after="20"/>
        <w:jc w:val="both"/>
      </w:pPr>
      <w:r>
        <w:rPr>
          <w:rtl/>
        </w:rPr>
        <w:t>4. מצמצמים: ⁶⁄₁₂ = ¹⁄₂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¹⁄₂ × ¹⁄₄ = __________</w:t>
      </w:r>
    </w:p>
    <w:p>
      <w:pPr>
        <w:bidi/>
        <w:spacing w:before="0" w:after="60"/>
        <w:jc w:val="both"/>
      </w:pPr>
      <w:r>
        <w:rPr>
          <w:rtl/>
        </w:rPr>
        <w:t>ב. ¹⁄₃ × ¹⁄₅ = __________</w:t>
      </w:r>
    </w:p>
    <w:p>
      <w:pPr>
        <w:bidi/>
        <w:spacing w:before="0" w:after="60"/>
        <w:jc w:val="both"/>
      </w:pPr>
      <w:r>
        <w:rPr>
          <w:rtl/>
        </w:rPr>
        <w:t>ג. ²⁄₃ × ¹⁄₅ = __________</w:t>
      </w:r>
    </w:p>
    <w:p>
      <w:pPr>
        <w:bidi/>
        <w:spacing w:before="0" w:after="60"/>
        <w:jc w:val="both"/>
      </w:pPr>
      <w:r>
        <w:rPr>
          <w:rtl/>
        </w:rPr>
        <w:t>ד. ³⁄₄ × ³⁄₅ = __________</w:t>
      </w:r>
    </w:p>
    <w:p>
      <w:pPr>
        <w:bidi/>
        <w:spacing w:before="0" w:after="60"/>
        <w:jc w:val="both"/>
      </w:pPr>
      <w:r>
        <w:rPr>
          <w:rtl/>
        </w:rPr>
        <w:t>ה. ²⁄₇ × ³⁄₅ = __________</w:t>
      </w:r>
    </w:p>
    <w:p>
      <w:pPr>
        <w:bidi/>
        <w:spacing w:before="0" w:after="60"/>
        <w:jc w:val="both"/>
      </w:pPr>
      <w:r>
        <w:rPr>
          <w:rtl/>
        </w:rPr>
        <w:t>ו. ⁵⁄₆ × ¹⁄₂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וצמצמו.</w:t>
      </w:r>
    </w:p>
    <w:p>
      <w:pPr>
        <w:bidi/>
        <w:spacing w:before="0" w:after="60"/>
        <w:jc w:val="both"/>
      </w:pPr>
      <w:r>
        <w:rPr>
          <w:rtl/>
        </w:rPr>
        <w:t>א. ²⁄₃ × ³⁄₄ = __________</w:t>
      </w:r>
    </w:p>
    <w:p>
      <w:pPr>
        <w:bidi/>
        <w:spacing w:before="0" w:after="60"/>
        <w:jc w:val="both"/>
      </w:pPr>
      <w:r>
        <w:rPr>
          <w:rtl/>
        </w:rPr>
        <w:t>ב. ⁴⁄₅ × ⁵⁄₈ = __________</w:t>
      </w:r>
    </w:p>
    <w:p>
      <w:pPr>
        <w:bidi/>
        <w:spacing w:before="0" w:after="60"/>
        <w:jc w:val="both"/>
      </w:pPr>
      <w:r>
        <w:rPr>
          <w:rtl/>
        </w:rPr>
        <w:t>ג. ³⁄₁₀ × ⁵⁄₆ = __________</w:t>
      </w:r>
    </w:p>
    <w:p>
      <w:pPr>
        <w:bidi/>
        <w:spacing w:before="0" w:after="60"/>
        <w:jc w:val="both"/>
      </w:pPr>
      <w:r>
        <w:rPr>
          <w:rtl/>
        </w:rPr>
        <w:t>ד. ⁶⁄₇ × ⁷⁄₉ = __________</w:t>
      </w:r>
    </w:p>
    <w:p>
      <w:pPr>
        <w:bidi/>
        <w:spacing w:before="0" w:after="60"/>
        <w:jc w:val="both"/>
      </w:pPr>
      <w:r>
        <w:rPr>
          <w:rtl/>
        </w:rPr>
        <w:t>ה. ⁵⁄₉ × ³⁄₁₀ = __________</w:t>
      </w:r>
    </w:p>
    <w:p>
      <w:pPr>
        <w:bidi/>
        <w:spacing w:before="0" w:after="60"/>
        <w:jc w:val="both"/>
      </w:pPr>
      <w:r>
        <w:rPr>
          <w:rtl/>
        </w:rPr>
        <w:t>ו. ⁸⁄₁₅ × ⁵⁄₁₂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הפכו את המספרים המעורבים לשברים וחשבו.</w:t>
      </w:r>
    </w:p>
    <w:p>
      <w:pPr>
        <w:bidi/>
        <w:spacing w:before="0" w:after="60"/>
        <w:jc w:val="both"/>
      </w:pPr>
      <w:r>
        <w:rPr>
          <w:rtl/>
        </w:rPr>
        <w:t>א. 1¹⁄₂ × ²⁄₃ = __________</w:t>
      </w:r>
    </w:p>
    <w:p>
      <w:pPr>
        <w:bidi/>
        <w:spacing w:before="0" w:after="60"/>
        <w:jc w:val="both"/>
      </w:pPr>
      <w:r>
        <w:rPr>
          <w:rtl/>
        </w:rPr>
        <w:t>ב. 2¹⁄₄ × ²⁄₃ = __________</w:t>
      </w:r>
    </w:p>
    <w:p>
      <w:pPr>
        <w:bidi/>
        <w:spacing w:before="0" w:after="60"/>
        <w:jc w:val="both"/>
      </w:pPr>
      <w:r>
        <w:rPr>
          <w:rtl/>
        </w:rPr>
        <w:t>ג. 1²⁄₃ × ³⁄₄ = __________</w:t>
      </w:r>
    </w:p>
    <w:p>
      <w:pPr>
        <w:bidi/>
        <w:spacing w:before="0" w:after="60"/>
        <w:jc w:val="both"/>
      </w:pPr>
      <w:r>
        <w:rPr>
          <w:rtl/>
        </w:rPr>
        <w:t>ד. 2¹⁄₂ × 1¹⁄₅ = __________</w:t>
      </w:r>
    </w:p>
    <w:p>
      <w:pPr>
        <w:bidi/>
        <w:spacing w:before="0" w:after="60"/>
        <w:jc w:val="both"/>
      </w:pPr>
      <w:r>
        <w:rPr>
          <w:rtl/>
        </w:rPr>
        <w:t>ה. 1³⁄₄ × 2²⁄₇ = __________</w:t>
      </w:r>
    </w:p>
    <w:p>
      <w:pPr>
        <w:bidi/>
        <w:spacing w:before="0" w:after="60"/>
        <w:jc w:val="both"/>
      </w:pPr>
      <w:r>
        <w:rPr>
          <w:rtl/>
        </w:rPr>
        <w:t>ו. 3¹⁄₃ × 1¹⁄₄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ציירו מודל שטח לכל תרגיל והשלימו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משבצות שמסומנות פעמיים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המשבצות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(מצומצמת)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¹⁄₂ × 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²⁄₅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¹⁄₃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הפירוש של ¹⁄₂ × ¹⁄₃?</w:t>
      </w:r>
    </w:p>
    <w:p>
      <w:pPr>
        <w:bidi/>
        <w:spacing w:before="0" w:after="80"/>
        <w:jc w:val="both"/>
      </w:pPr>
      <w:r>
        <w:rPr>
          <w:rtl/>
        </w:rPr>
        <w:t xml:space="preserve">   ○ שליש מתוך 2      ○ חצי משליש      ○ חצי ועוד שליש      ○ שליש פחות חצי</w:t>
      </w:r>
    </w:p>
    <w:p>
      <w:pPr>
        <w:bidi/>
        <w:spacing w:before="0" w:after="20"/>
        <w:jc w:val="both"/>
      </w:pPr>
      <w:r>
        <w:rPr>
          <w:rtl/>
        </w:rPr>
        <w:t>ב. איזו מכפלה גדולה מ-1?</w:t>
      </w:r>
    </w:p>
    <w:p>
      <w:pPr>
        <w:bidi/>
        <w:spacing w:before="0" w:after="80"/>
        <w:jc w:val="both"/>
      </w:pPr>
      <w:r>
        <w:rPr>
          <w:rtl/>
        </w:rPr>
        <w:t xml:space="preserve">   ○ ³⁄₄ × ²⁄₃      ○ ¹⁄₂ × 1¹⁄₂      ○ 1¹⁄₂ × 1¹⁄₂      ○ ⁵⁄₆ ×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¹⁄₃ × ¹⁄₄ = ¹⁄₇      נכון / לא נכון</w:t>
      </w:r>
    </w:p>
    <w:p>
      <w:pPr>
        <w:bidi/>
        <w:spacing w:before="0" w:after="60"/>
        <w:jc w:val="both"/>
      </w:pPr>
      <w:r>
        <w:rPr>
          <w:rtl/>
        </w:rPr>
        <w:t>ב. ²⁄₅ × ⁵⁄₂ = 1      נכון / לא נכון</w:t>
      </w:r>
    </w:p>
    <w:p>
      <w:pPr>
        <w:bidi/>
        <w:spacing w:before="0" w:after="60"/>
        <w:jc w:val="both"/>
      </w:pPr>
      <w:r>
        <w:rPr>
          <w:rtl/>
        </w:rPr>
        <w:t>ג. מכפלה של שני שברים שקטנים מ-1 קטנה מכל אחד מהם.      נכון / לא נכון</w:t>
      </w:r>
    </w:p>
    <w:p>
      <w:pPr>
        <w:bidi/>
        <w:spacing w:before="0" w:after="60"/>
        <w:jc w:val="both"/>
      </w:pPr>
      <w:r>
        <w:rPr>
          <w:rtl/>
        </w:rPr>
        <w:t>ד. 1¹⁄₂ × 1¹⁄₂ = 1¹⁄₄      נכון / לא נכון</w:t>
      </w:r>
    </w:p>
    <w:p>
      <w:pPr>
        <w:bidi/>
        <w:spacing w:before="0" w:after="60"/>
        <w:jc w:val="both"/>
      </w:pPr>
      <w:r>
        <w:rPr>
          <w:rtl/>
        </w:rPr>
        <w:t>ה. ³⁄₄ × ⁸⁄₉ = ²⁄₃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¹⁄₂ × 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²⁄₃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³⁄₅ × ⁵⁄₉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1¹⁄₂ ×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1¹⁄₃ × 1¹⁄₂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2¹⁄₂ × 2¹⁄₂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6¹⁄₄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מ-⁴⁄₅ או גדולה ממנו? מיינו.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⁴⁄₅ × ¹⁄₂  |  ⁴⁄₅ × 1¹⁄₃  |  ⁴⁄₅ × ⁹⁄₁₀  |  ⁴⁄₅ × 2¹⁄₂  |  ⁴⁄₅ × ³⁄₇  |  ⁴⁄₅ × ⁵⁄₄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מ-⁴⁄₅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מ-⁴⁄₅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השבר החסר.</w:t>
      </w:r>
    </w:p>
    <w:p>
      <w:pPr>
        <w:bidi/>
        <w:spacing w:before="0" w:after="60"/>
        <w:jc w:val="both"/>
      </w:pPr>
      <w:r>
        <w:rPr>
          <w:rtl/>
        </w:rPr>
        <w:t>א. ²⁄₃ × __________ = ⁸⁄₁₅</w:t>
      </w:r>
    </w:p>
    <w:p>
      <w:pPr>
        <w:bidi/>
        <w:spacing w:before="0" w:after="60"/>
        <w:jc w:val="both"/>
      </w:pPr>
      <w:r>
        <w:rPr>
          <w:rtl/>
        </w:rPr>
        <w:t>ב. __________ × ³⁄₄ = ³⁄₈</w:t>
      </w:r>
    </w:p>
    <w:p>
      <w:pPr>
        <w:bidi/>
        <w:spacing w:before="0" w:after="60"/>
        <w:jc w:val="both"/>
      </w:pPr>
      <w:r>
        <w:rPr>
          <w:rtl/>
        </w:rPr>
        <w:t>ג. ⁵⁄₆ × ‪__________ =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וצמצמו לפני הכפל: 2²⁄₅ × 1⁷⁄₈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בעזרת ציור של מלבן (מודל השטח) למה ²⁄₃ × ³⁄₄ = ¹⁄₂.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שני תרגילי כפל של שני שברים שהמכפלה שלהם ¹⁄₆, בלי להשתמש בשברים ¹⁄₂ ו-¹⁄₃.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לאורי נשארו ³⁄₄ פיצה. הוא אכל ¹⁄₂ מהחלק שנשאר. איזה חלק מפיצה שלמה אכל אורי?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בגינה הקהילתית ²⁄₃ מהשטח מיועדים לירקות, ו-¹⁄₂ משטח הירקות שתול בעגבניות. איזה חלק מכל הגינה שתול בעגבניות?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ערוגה מלבנית אורכה 2¹⁄₂ מטרים ורוחבה 1¹⁄₅ מטרים. מה שטח הערוגה?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בבקבוק היו 1¹⁄₂ ליטרים של מיץ. הילדים שתו ²⁄₃ מהמיץ. כמה ליטרים שתו?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בשקית היו 2¹⁄₄ ק"ג אגוזים. ¹⁄₃ מהאגוזים נתנו לשכנים, ומחצית מהאגוזים שנשארו נתנו לסבא. כמה קילוגרמים של אגוזים נשארו בשקית?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אורך החדר של דניאל 4¹⁄₂ מטרים ורוחבו 3¹⁄₃ מטרים. מרצפים אותו באריחים שעולים 80 ₪ לכל מ"ר. מה שטח החדר, וכמה יעלו האריחים?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כפל שבר בשבר ומספרים מעורבים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¹⁄₂ × ¹⁄₄ = ¹⁄₈</w:t>
      </w:r>
    </w:p>
    <w:p>
      <w:pPr>
        <w:bidi/>
        <w:spacing w:before="0" w:after="40"/>
        <w:jc w:val="both"/>
      </w:pPr>
      <w:r>
        <w:rPr>
          <w:rtl/>
        </w:rPr>
        <w:t>ב. ¹⁄₃ × ¹⁄₅ = ¹⁄₁₅</w:t>
      </w:r>
    </w:p>
    <w:p>
      <w:pPr>
        <w:bidi/>
        <w:spacing w:before="0" w:after="40"/>
        <w:jc w:val="both"/>
      </w:pPr>
      <w:r>
        <w:rPr>
          <w:rtl/>
        </w:rPr>
        <w:t>ג. ²⁄₃ × ¹⁄₅ = ²⁄₁₅</w:t>
      </w:r>
    </w:p>
    <w:p>
      <w:pPr>
        <w:bidi/>
        <w:spacing w:before="0" w:after="40"/>
        <w:jc w:val="both"/>
      </w:pPr>
      <w:r>
        <w:rPr>
          <w:rtl/>
        </w:rPr>
        <w:t>ד. ³⁄₄ × ³⁄₅ = ⁹⁄₂₀</w:t>
      </w:r>
    </w:p>
    <w:p>
      <w:pPr>
        <w:bidi/>
        <w:spacing w:before="0" w:after="40"/>
        <w:jc w:val="both"/>
      </w:pPr>
      <w:r>
        <w:rPr>
          <w:rtl/>
        </w:rPr>
        <w:t>ה. ²⁄₇ × ³⁄₅ = ⁶⁄₃₅</w:t>
      </w:r>
    </w:p>
    <w:p>
      <w:pPr>
        <w:bidi/>
        <w:spacing w:before="0" w:after="40"/>
        <w:jc w:val="both"/>
      </w:pPr>
      <w:r>
        <w:rPr>
          <w:rtl/>
        </w:rPr>
        <w:t>ו. ⁵⁄₆ × ¹⁄₂ = ⁵⁄₁₂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וצמצמו.</w:t>
      </w:r>
    </w:p>
    <w:p>
      <w:pPr>
        <w:bidi/>
        <w:spacing w:before="0" w:after="40"/>
        <w:jc w:val="both"/>
      </w:pPr>
      <w:r>
        <w:rPr>
          <w:rtl/>
        </w:rPr>
        <w:t>א. ²⁄₃ × ³⁄₄ = ¹⁄₂</w:t>
      </w:r>
    </w:p>
    <w:p>
      <w:pPr>
        <w:bidi/>
        <w:spacing w:before="0" w:after="40"/>
        <w:jc w:val="both"/>
      </w:pPr>
      <w:r>
        <w:rPr>
          <w:rtl/>
        </w:rPr>
        <w:t>ב. ⁴⁄₅ × ⁵⁄₈ = ¹⁄₂</w:t>
      </w:r>
    </w:p>
    <w:p>
      <w:pPr>
        <w:bidi/>
        <w:spacing w:before="0" w:after="40"/>
        <w:jc w:val="both"/>
      </w:pPr>
      <w:r>
        <w:rPr>
          <w:rtl/>
        </w:rPr>
        <w:t>ג. ³⁄₁₀ × ⁵⁄₆ = ¹⁄₄</w:t>
      </w:r>
    </w:p>
    <w:p>
      <w:pPr>
        <w:bidi/>
        <w:spacing w:before="0" w:after="40"/>
        <w:jc w:val="both"/>
      </w:pPr>
      <w:r>
        <w:rPr>
          <w:rtl/>
        </w:rPr>
        <w:t>ד. ⁶⁄₇ × ⁷⁄₉ = ²⁄₃</w:t>
      </w:r>
    </w:p>
    <w:p>
      <w:pPr>
        <w:bidi/>
        <w:spacing w:before="0" w:after="40"/>
        <w:jc w:val="both"/>
      </w:pPr>
      <w:r>
        <w:rPr>
          <w:rtl/>
        </w:rPr>
        <w:t>ה. ⁵⁄₉ × ³⁄₁₀ = ¹⁄₆</w:t>
      </w:r>
    </w:p>
    <w:p>
      <w:pPr>
        <w:bidi/>
        <w:spacing w:before="0" w:after="40"/>
        <w:jc w:val="both"/>
      </w:pPr>
      <w:r>
        <w:rPr>
          <w:rtl/>
        </w:rPr>
        <w:t>ו. ⁸⁄₁₅ × ⁵⁄₁₂ = ²⁄₉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הפכו את המספרים המעורבים לשברים וחשבו.</w:t>
      </w:r>
    </w:p>
    <w:p>
      <w:pPr>
        <w:bidi/>
        <w:spacing w:before="0" w:after="40"/>
        <w:jc w:val="both"/>
      </w:pPr>
      <w:r>
        <w:rPr>
          <w:rtl/>
        </w:rPr>
        <w:t>א. 1¹⁄₂ × ²⁄₃ = 1</w:t>
      </w:r>
    </w:p>
    <w:p>
      <w:pPr>
        <w:bidi/>
        <w:spacing w:before="0" w:after="40"/>
        <w:jc w:val="both"/>
      </w:pPr>
      <w:r>
        <w:rPr>
          <w:rtl/>
        </w:rPr>
        <w:t>ב. 2¹⁄₄ × ²⁄₃ = 1¹⁄₂</w:t>
      </w:r>
    </w:p>
    <w:p>
      <w:pPr>
        <w:bidi/>
        <w:spacing w:before="0" w:after="40"/>
        <w:jc w:val="both"/>
      </w:pPr>
      <w:r>
        <w:rPr>
          <w:rtl/>
        </w:rPr>
        <w:t>ג. 1²⁄₃ × ³⁄₄ = 1¹⁄₄</w:t>
      </w:r>
    </w:p>
    <w:p>
      <w:pPr>
        <w:bidi/>
        <w:spacing w:before="0" w:after="40"/>
        <w:jc w:val="both"/>
      </w:pPr>
      <w:r>
        <w:rPr>
          <w:rtl/>
        </w:rPr>
        <w:t>ד. 2¹⁄₂ × 1¹⁄₅ = 3</w:t>
      </w:r>
    </w:p>
    <w:p>
      <w:pPr>
        <w:bidi/>
        <w:spacing w:before="0" w:after="40"/>
        <w:jc w:val="both"/>
      </w:pPr>
      <w:r>
        <w:rPr>
          <w:rtl/>
        </w:rPr>
        <w:t>ה. 1³⁄₄ × 2²⁄₇ = 4</w:t>
      </w:r>
    </w:p>
    <w:p>
      <w:pPr>
        <w:bidi/>
        <w:spacing w:before="0" w:after="40"/>
        <w:jc w:val="both"/>
      </w:pPr>
      <w:r>
        <w:rPr>
          <w:rtl/>
        </w:rPr>
        <w:t>ו. 3¹⁄₃ × 1¹⁄₄ = 4¹⁄₆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ציירו מודל שטח לכל תרגיל והשלימו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משבצות שמסומנות פעמיים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כל המשבצות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 (מצומצמת)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¹⁄₂ × ³⁄₄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³⁄₈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²⁄₅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⁴⁄₁₅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¹⁄₃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¹⁄₄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הפירוש של ¹⁄₂ × ¹⁄₃?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חצי משליש</w:t>
      </w:r>
    </w:p>
    <w:p>
      <w:pPr>
        <w:bidi/>
        <w:spacing w:before="0" w:after="20"/>
        <w:jc w:val="both"/>
      </w:pPr>
      <w:r>
        <w:rPr>
          <w:rtl/>
        </w:rPr>
        <w:t>ב. איזו מכפלה גדולה מ-1?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1¹⁄₂ × 1¹⁄₂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¹⁄₃ × ¹⁄₄ = ¹⁄₇ – לא נכון – ¹⁄₃ × ¹⁄₄ = ¹⁄₁₂</w:t>
      </w:r>
    </w:p>
    <w:p>
      <w:pPr>
        <w:bidi/>
        <w:spacing w:before="0" w:after="40"/>
        <w:jc w:val="both"/>
      </w:pPr>
      <w:r>
        <w:rPr>
          <w:rtl/>
        </w:rPr>
        <w:t>ב. ²⁄₅ × ⁵⁄₂ = 1 – נכון</w:t>
      </w:r>
    </w:p>
    <w:p>
      <w:pPr>
        <w:bidi/>
        <w:spacing w:before="0" w:after="40"/>
        <w:jc w:val="both"/>
      </w:pPr>
      <w:r>
        <w:rPr>
          <w:rtl/>
        </w:rPr>
        <w:t>ג. מכפלה של שני שברים שקטנים מ-1 קטנה מכל אחד מהם. – נכון</w:t>
      </w:r>
    </w:p>
    <w:p>
      <w:pPr>
        <w:bidi/>
        <w:spacing w:before="0" w:after="40"/>
        <w:jc w:val="both"/>
      </w:pPr>
      <w:r>
        <w:rPr>
          <w:rtl/>
        </w:rPr>
        <w:t>ד. 1¹⁄₂ × 1¹⁄₂ = 1¹⁄₄ – לא נכון – ³⁄₂ × ³⁄₂ = ⁹⁄₄ = 2¹⁄₄</w:t>
      </w:r>
    </w:p>
    <w:p>
      <w:pPr>
        <w:bidi/>
        <w:spacing w:before="0" w:after="40"/>
        <w:jc w:val="both"/>
      </w:pPr>
      <w:r>
        <w:rPr>
          <w:rtl/>
        </w:rPr>
        <w:t>ה. ³⁄₄ × ⁸⁄₉ = ²⁄₃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¹⁄₂ × 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²⁄₃ × ³⁄₄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¹⁄₄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³⁄₅ × ⁵⁄₉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2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1¹⁄₂ × ²⁄₃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¹⁄₃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1¹⁄₃ × 1¹⁄₂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¹⁄₂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2¹⁄₂ × 2¹⁄₂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6¹⁄₄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מ-⁴⁄₅ או גדולה ממנו?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מ-⁴⁄₅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מ-⁴⁄₅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⁴⁄₅ × ¹⁄₂, ⁴⁄₅ × ⁹⁄₁₀, ⁴⁄₅ × ³⁄₇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⁴⁄₅ × 1¹⁄₃, ⁴⁄₅ × 2¹⁄₂, ⁴⁄₅ × ⁵⁄₄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השבר החסר.</w:t>
      </w:r>
    </w:p>
    <w:p>
      <w:pPr>
        <w:bidi/>
        <w:spacing w:before="0" w:after="40"/>
        <w:jc w:val="both"/>
      </w:pPr>
      <w:r>
        <w:rPr>
          <w:rtl/>
        </w:rPr>
        <w:t>א. ²⁄₃ × ⁴⁄₅ = ⁸⁄₁₅</w:t>
      </w:r>
    </w:p>
    <w:p>
      <w:pPr>
        <w:bidi/>
        <w:spacing w:before="0" w:after="40"/>
        <w:jc w:val="both"/>
      </w:pPr>
      <w:r>
        <w:rPr>
          <w:rtl/>
        </w:rPr>
        <w:t>ב. ¹⁄₂ × ³⁄₄ = ³⁄₈</w:t>
      </w:r>
    </w:p>
    <w:p>
      <w:pPr>
        <w:bidi/>
        <w:spacing w:before="0" w:after="40"/>
        <w:jc w:val="both"/>
      </w:pPr>
      <w:r>
        <w:rPr>
          <w:rtl/>
        </w:rPr>
        <w:t>ג. ⁵⁄₆ × 1¹⁄₅ = 1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חשבו וצמצמו לפני הכפל: 2²⁄₅ × 1⁷⁄₈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2²⁄₅ = ¹²⁄₅, 1⁷⁄₈ = ¹⁵⁄₈. מצמצמים 12 ו-8 ב-4, ו-15 ו-5 ב-5: ³⁄₁ × ³⁄₂ = ⁹⁄₂ = 4¹⁄₂.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בעזרת ציור של מלבן (מודל השטח) למה ²⁄₃ × ³⁄₄ = ¹⁄₂.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מחלקים מלבן ל-4 עמודות וצובעים 3 מהן (³⁄₄). מחלקים אותו ל-3 שורות ומסמנים 2 שורות (²⁄₃ מהצבוע). 6 משבצות מתוך 12 מסומנות פעמיים: ⁶⁄₁₂ = ¹⁄₂.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שני תרגילי כפל של שני שברים שהמכפלה שלהם ¹⁄₆, בלי להשתמש בשברים ¹⁄₂ ו-¹⁄₃.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²⁄₃ × ¹⁄₄ = ²⁄₁₂ = ¹⁄₆; ³⁄₄ × ²⁄₉ = ⁶⁄₃₆ = ¹⁄₆.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לאורי נשארו ³⁄₄ פיצה. הוא אכל ¹⁄₂ מהחלק שנשאר. איזה חלק מפיצה שלמה אכל אורי?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¹⁄₂ × ³⁄₄ = ³⁄₈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אורי אכל ³⁄₈ 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בגינה הקהילתית ²⁄₃ מהשטח מיועדים לירקות, ו-¹⁄₂ משטח הירקות שתול בעגבניות. איזה חלק מכל הגינה שתול בעגבניות?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¹⁄₂ × ²⁄₃ = ²⁄₆ ; ²⁄₆ = ¹⁄₃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¹⁄₃ מהגינה שתול בעגבניות.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ערוגה מלבנית אורכה 2¹⁄₂ מטרים ורוחבה 1¹⁄₅ מטרים. מה שטח הערוגה?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2¹⁄₂ = ⁵⁄₂, ו-1¹⁄₅ = ⁶⁄₅ ; ⁵⁄₂ × ⁶⁄₅ = ³⁰⁄₁₀ ; ³⁰⁄₁₀ = 3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הערוגה 3 מ"ר.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בבקבוק היו 1¹⁄₂ ליטרים של מיץ. הילדים שתו ²⁄₃ מהמיץ. כמה ליטרים שתו?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1¹⁄₂ = ³⁄₂ ; ²⁄₃ × ³⁄₂ = ⁶⁄₆ ; ⁶⁄₆ = 1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הילדים שתו 1 ליטר מיץ.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בשקית היו 2¹⁄₄ ק"ג אגוזים. ¹⁄₃ מהאגוזים נתנו לשכנים, ומחצית מהאגוזים שנשארו נתנו לסבא. כמה קילוגרמים של אגוזים נשארו בשקית?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¹⁄₃ × 2¹⁄₄ = ¹⁄₃ × ⁹⁄₄ = ³⁄₄ – לשכנים ; 2¹⁄₄ − ³⁄₄ = 1¹⁄₂ – נשארו ; ¹⁄₂ × 1¹⁄₂ = ³⁄₄ – לסבא ; 1¹⁄₂ − ³⁄₄ = ³⁄₄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בשקית נשארו ³⁄₄ ק"ג אגוזים.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אורך החדר של דניאל 4¹⁄₂ מטרים ורוחבו 3¹⁄₃ מטרים. מרצפים אותו באריחים שעולים 80 ₪ לכל מ"ר. מה שטח החדר, וכמה יעלו האריחים?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4¹⁄₂ = ⁹⁄₂, ו-3¹⁄₃ = ¹⁰⁄₃ ; ⁹⁄₂ × ¹⁰⁄₃ = ⁹⁰⁄₆ = 15 ; ‪15 × 80 = 1,200‬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החדר 15 מ"ר, והאריחים יעלו 1,200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