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חילוק שברים פשוטים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דף סיכום: חילוק שבר במספר שלם, חילוק בשבר ובמספר מעורב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6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כמה פעמים נכנס?</w:t>
      </w:r>
    </w:p>
    <w:p>
      <w:pPr>
        <w:bidi/>
        <w:spacing w:before="0" w:after="40"/>
        <w:jc w:val="both"/>
      </w:pPr>
      <w:r>
        <w:rPr>
          <w:rtl/>
        </w:rPr>
        <w:t>3 : ¹⁄₄ שואל כמה רבעים יש ב-3. בכל שלם 4 רבעים, ולכן התשובה 12.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3 : ¹⁄₄ = ‪12 · 2‬ : ¹⁄₃ = 6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חילוק שבר במספר שלם</w:t>
      </w:r>
    </w:p>
    <w:p>
      <w:pPr>
        <w:bidi/>
        <w:spacing w:before="0" w:after="20"/>
        <w:jc w:val="both"/>
      </w:pPr>
      <w:r>
        <w:rPr>
          <w:rtl/>
        </w:rPr>
        <w:t>1. אם אפשר – מחלקים את המונה: ⁶⁄₇ : 3 = ²⁄₇</w:t>
      </w:r>
    </w:p>
    <w:p>
      <w:pPr>
        <w:bidi/>
        <w:spacing w:before="0" w:after="20"/>
        <w:jc w:val="both"/>
      </w:pPr>
      <w:r>
        <w:rPr>
          <w:rtl/>
        </w:rPr>
        <w:t>2. אחרת – כופלים את המכנה: ²⁄₅ : 4 = ²⁄₂₀ = ¹⁄₁₀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חילוק בשבר = כפל בשבר ההפוך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חילוק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כפל בשבר ההפוך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²⁄₃ : ⁴⁄₅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²⁄₃ × ⁵⁄₄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⁵⁄₆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 : ¹⁄₄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³⁄₄ × 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1¹⁄₂ : ³⁄₄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³⁄₂ × ⁴⁄₃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בדקו בכפל: אם ²⁄₃ : ⁴⁄₅ = ⁵⁄₆, אז ⁵⁄₆ × ⁴⁄₅ = ²⁄₃. וזכרו: חילוק בשבר קטן מ-1 מגדיל את המספר.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בבקבוק ³⁄₄ ליטר מים. כמה כוסות של ¹⁄₈ ליטר אפשר למלא?</w:t>
      </w:r>
    </w:p>
    <w:p>
      <w:pPr>
        <w:bidi/>
        <w:spacing w:before="0" w:after="20"/>
        <w:jc w:val="both"/>
      </w:pPr>
      <w:r>
        <w:rPr>
          <w:rtl/>
        </w:rPr>
        <w:t>1. ³⁄₄ : ¹⁄₈ = ³⁄₄ × 8</w:t>
      </w:r>
    </w:p>
    <w:p>
      <w:pPr>
        <w:bidi/>
        <w:spacing w:before="0" w:after="20"/>
        <w:jc w:val="both"/>
      </w:pPr>
      <w:r>
        <w:rPr>
          <w:rtl/>
        </w:rPr>
        <w:t>2. = ²⁴⁄₄ = 6</w:t>
      </w:r>
    </w:p>
    <w:p>
      <w:pPr>
        <w:bidi/>
        <w:spacing w:before="0" w:after="20"/>
        <w:jc w:val="both"/>
      </w:pPr>
      <w:r>
        <w:rPr>
          <w:rtl/>
        </w:rPr>
        <w:t>3. בדיקה: 6 × ¹⁄₈ = ⁶⁄₈ = ³⁄₄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אפשר למלא 6 כוסות.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בודקים את עצמנו – חשבו וצמצמו:</w:t>
      </w:r>
    </w:p>
    <w:p>
      <w:pPr>
        <w:bidi/>
        <w:spacing w:before="0" w:after="60"/>
        <w:jc w:val="both"/>
      </w:pPr>
      <w:r>
        <w:rPr>
          <w:rtl/>
        </w:rPr>
        <w:t>א. 4 : ¹⁄₃ = __________</w:t>
      </w:r>
    </w:p>
    <w:p>
      <w:pPr>
        <w:bidi/>
        <w:spacing w:before="0" w:after="60"/>
        <w:jc w:val="both"/>
      </w:pPr>
      <w:r>
        <w:rPr>
          <w:rtl/>
        </w:rPr>
        <w:t>ב. ³⁄₅ : ‪3 = __________‬</w:t>
      </w:r>
    </w:p>
    <w:p>
      <w:pPr>
        <w:bidi/>
        <w:spacing w:before="0" w:after="60"/>
        <w:jc w:val="both"/>
      </w:pPr>
      <w:r>
        <w:rPr>
          <w:rtl/>
        </w:rPr>
        <w:t>ג. ³⁄₄ : ³⁄₈ = __________</w:t>
      </w:r>
    </w:p>
    <w:p>
      <w:pPr>
        <w:bidi/>
        <w:spacing w:before="0" w:after="60"/>
        <w:jc w:val="both"/>
      </w:pPr>
      <w:r>
        <w:rPr>
          <w:rtl/>
        </w:rPr>
        <w:t>ד. ²⁄₃ : ⁴⁄₉ = __________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12 · ב. ¹⁄₅ · ג. 2 · ד. 1¹⁄₂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