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חילוק שברים פשוטים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חילוק בשבר הוא כפל בשבר ההפוך: הופכים את המחלק (מונה ומכנה מתחלפים) וכופלים, למשל ³⁄₄ : ¹⁄₈ = ³⁄₄ × ⁸⁄₁.</w:t>
      </w:r>
    </w:p>
    <w:p>
      <w:pPr>
        <w:bidi/>
        <w:spacing w:before="0" w:after="20"/>
        <w:jc w:val="both"/>
      </w:pPr>
      <w:r>
        <w:rPr>
          <w:rtl/>
        </w:rPr>
        <w:t>2. בבעיה: «כמה פעמים ¹⁄₄ ליטר נכנס ב-3 ליטרים?» – זה 3 : ¹⁄₄ = 12.</w:t>
      </w:r>
    </w:p>
    <w:p>
      <w:pPr>
        <w:bidi/>
        <w:spacing w:before="0" w:after="20"/>
        <w:jc w:val="both"/>
      </w:pPr>
      <w:r>
        <w:rPr>
          <w:rtl/>
        </w:rPr>
        <w:t>3. מספר מעורב הופכים קודם לשבר (2¹⁄₂ = ⁵⁄₂), ורק אחר כך מחלקים.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המחלק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³⁄₄ : ¹⁄₈ = ?</w:t>
      </w:r>
    </w:p>
    <w:p>
      <w:pPr>
        <w:bidi/>
        <w:spacing w:before="0" w:after="20"/>
        <w:jc w:val="both"/>
      </w:pPr>
      <w:r>
        <w:rPr>
          <w:rtl/>
        </w:rPr>
        <w:t>1. הופכים את המחלק וכופלים: ³⁄₄ : ¹⁄₈ = ³⁄₄ × ⁸⁄₁</w:t>
      </w:r>
    </w:p>
    <w:p>
      <w:pPr>
        <w:bidi/>
        <w:spacing w:before="0" w:after="20"/>
        <w:jc w:val="both"/>
      </w:pPr>
      <w:r>
        <w:rPr>
          <w:rtl/>
        </w:rPr>
        <w:t>2. ³⁄₄ × 8 = ²⁴⁄₄</w:t>
      </w:r>
    </w:p>
    <w:p>
      <w:pPr>
        <w:bidi/>
        <w:spacing w:before="0" w:after="20"/>
        <w:jc w:val="both"/>
      </w:pPr>
      <w:r>
        <w:rPr>
          <w:rtl/>
        </w:rPr>
        <w:t>3. ²⁴⁄₄ = 6</w:t>
      </w:r>
    </w:p>
    <w:p>
      <w:pPr>
        <w:bidi/>
        <w:spacing w:before="0" w:after="20"/>
        <w:jc w:val="both"/>
      </w:pPr>
      <w:r>
        <w:rPr>
          <w:rtl/>
        </w:rPr>
        <w:t>4. בדיקה: 6 × ¹⁄₈ = ⁶⁄₈ = ³⁄₄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כמה פעמים נכנס? חשבו.</w:t>
      </w:r>
    </w:p>
    <w:p>
      <w:pPr>
        <w:bidi/>
        <w:spacing w:before="0" w:after="60"/>
        <w:jc w:val="both"/>
      </w:pPr>
      <w:r>
        <w:rPr>
          <w:rtl/>
        </w:rPr>
        <w:t>א. 2 : ¹⁄₂ = __________</w:t>
      </w:r>
    </w:p>
    <w:p>
      <w:pPr>
        <w:bidi/>
        <w:spacing w:before="0" w:after="60"/>
        <w:jc w:val="both"/>
      </w:pPr>
      <w:r>
        <w:rPr>
          <w:rtl/>
        </w:rPr>
        <w:t>ב. 3 : ¹⁄₅ = __________</w:t>
      </w:r>
    </w:p>
    <w:p>
      <w:pPr>
        <w:bidi/>
        <w:spacing w:before="0" w:after="60"/>
        <w:jc w:val="both"/>
      </w:pPr>
      <w:r>
        <w:rPr>
          <w:rtl/>
        </w:rPr>
        <w:t>ג. 4 : ¹⁄₃ = __________</w:t>
      </w:r>
    </w:p>
    <w:p>
      <w:pPr>
        <w:bidi/>
        <w:spacing w:before="0" w:after="60"/>
        <w:jc w:val="both"/>
      </w:pPr>
      <w:r>
        <w:rPr>
          <w:rtl/>
        </w:rPr>
        <w:t>ד. 5 : ¹⁄₄ = __________</w:t>
      </w:r>
    </w:p>
    <w:p>
      <w:pPr>
        <w:bidi/>
        <w:spacing w:before="0" w:after="60"/>
        <w:jc w:val="both"/>
      </w:pPr>
      <w:r>
        <w:rPr>
          <w:rtl/>
        </w:rPr>
        <w:t>ה. 6 : ²⁄₃ = __________</w:t>
      </w:r>
    </w:p>
    <w:p>
      <w:pPr>
        <w:bidi/>
        <w:spacing w:before="0" w:after="60"/>
        <w:jc w:val="both"/>
      </w:pPr>
      <w:r>
        <w:rPr>
          <w:rtl/>
        </w:rPr>
        <w:t>ו. 3 : ³⁄₄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חלקו שבר במספר שלם.</w:t>
      </w:r>
    </w:p>
    <w:p>
      <w:pPr>
        <w:bidi/>
        <w:spacing w:before="0" w:after="60"/>
        <w:jc w:val="both"/>
      </w:pPr>
      <w:r>
        <w:rPr>
          <w:rtl/>
        </w:rPr>
        <w:t>א. ⁴⁄₅ : ‪2 = __________‬</w:t>
      </w:r>
    </w:p>
    <w:p>
      <w:pPr>
        <w:bidi/>
        <w:spacing w:before="0" w:after="60"/>
        <w:jc w:val="both"/>
      </w:pPr>
      <w:r>
        <w:rPr>
          <w:rtl/>
        </w:rPr>
        <w:t>ב. ⁶⁄₇ : ‪3 = __________‬</w:t>
      </w:r>
    </w:p>
    <w:p>
      <w:pPr>
        <w:bidi/>
        <w:spacing w:before="0" w:after="60"/>
        <w:jc w:val="both"/>
      </w:pPr>
      <w:r>
        <w:rPr>
          <w:rtl/>
        </w:rPr>
        <w:t>ג. ¹⁄₂ : ‪4 = __________‬</w:t>
      </w:r>
    </w:p>
    <w:p>
      <w:pPr>
        <w:bidi/>
        <w:spacing w:before="0" w:after="60"/>
        <w:jc w:val="both"/>
      </w:pPr>
      <w:r>
        <w:rPr>
          <w:rtl/>
        </w:rPr>
        <w:t>ד. ³⁄₄ : ‪2 = __________‬</w:t>
      </w:r>
    </w:p>
    <w:p>
      <w:pPr>
        <w:bidi/>
        <w:spacing w:before="0" w:after="60"/>
        <w:jc w:val="both"/>
      </w:pPr>
      <w:r>
        <w:rPr>
          <w:rtl/>
        </w:rPr>
        <w:t>ה. ²⁄₃ : ‪5 = __________‬</w:t>
      </w:r>
    </w:p>
    <w:p>
      <w:pPr>
        <w:bidi/>
        <w:spacing w:before="0" w:after="60"/>
        <w:jc w:val="both"/>
      </w:pPr>
      <w:r>
        <w:rPr>
          <w:rtl/>
        </w:rPr>
        <w:t>ו. ⁹⁄₁₀ : ‪6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המכנים שווים: חלקו מונה במונה.</w:t>
      </w:r>
    </w:p>
    <w:p>
      <w:pPr>
        <w:bidi/>
        <w:spacing w:before="0" w:after="60"/>
        <w:jc w:val="both"/>
      </w:pPr>
      <w:r>
        <w:rPr>
          <w:rtl/>
        </w:rPr>
        <w:t>א. ³⁄₄ : ¹⁄₄ = __________</w:t>
      </w:r>
    </w:p>
    <w:p>
      <w:pPr>
        <w:bidi/>
        <w:spacing w:before="0" w:after="60"/>
        <w:jc w:val="both"/>
      </w:pPr>
      <w:r>
        <w:rPr>
          <w:rtl/>
        </w:rPr>
        <w:t>ב. ⁵⁄₆ : ¹⁄₆ = __________</w:t>
      </w:r>
    </w:p>
    <w:p>
      <w:pPr>
        <w:bidi/>
        <w:spacing w:before="0" w:after="60"/>
        <w:jc w:val="both"/>
      </w:pPr>
      <w:r>
        <w:rPr>
          <w:rtl/>
        </w:rPr>
        <w:t>ג. ⁴⁄₅ : ²⁄₅ = __________</w:t>
      </w:r>
    </w:p>
    <w:p>
      <w:pPr>
        <w:bidi/>
        <w:spacing w:before="0" w:after="60"/>
        <w:jc w:val="both"/>
      </w:pPr>
      <w:r>
        <w:rPr>
          <w:rtl/>
        </w:rPr>
        <w:t>ד. ⁷⁄₈ : ³⁄₈ = __________</w:t>
      </w:r>
    </w:p>
    <w:p>
      <w:pPr>
        <w:bidi/>
        <w:spacing w:before="0" w:after="60"/>
        <w:jc w:val="both"/>
      </w:pPr>
      <w:r>
        <w:rPr>
          <w:rtl/>
        </w:rPr>
        <w:t>ה. ⁹⁄₁₀ : ³⁄₁₀ = __________</w:t>
      </w:r>
    </w:p>
    <w:p>
      <w:pPr>
        <w:bidi/>
        <w:spacing w:before="0" w:after="60"/>
        <w:jc w:val="both"/>
      </w:pPr>
      <w:r>
        <w:rPr>
          <w:rtl/>
        </w:rPr>
        <w:t>ו. ⁵⁄₁₂ : ⁷⁄₁₂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חלקו בעזרת כפל בשבר ההפוך. צמצמו.</w:t>
      </w:r>
    </w:p>
    <w:p>
      <w:pPr>
        <w:bidi/>
        <w:spacing w:before="0" w:after="60"/>
        <w:jc w:val="both"/>
      </w:pPr>
      <w:r>
        <w:rPr>
          <w:rtl/>
        </w:rPr>
        <w:t>א. ¹⁄₂ : ³⁄₄ = __________</w:t>
      </w:r>
    </w:p>
    <w:p>
      <w:pPr>
        <w:bidi/>
        <w:spacing w:before="0" w:after="60"/>
        <w:jc w:val="both"/>
      </w:pPr>
      <w:r>
        <w:rPr>
          <w:rtl/>
        </w:rPr>
        <w:t>ב. ²⁄₃ : ¹⁄₆ = __________</w:t>
      </w:r>
    </w:p>
    <w:p>
      <w:pPr>
        <w:bidi/>
        <w:spacing w:before="0" w:after="60"/>
        <w:jc w:val="both"/>
      </w:pPr>
      <w:r>
        <w:rPr>
          <w:rtl/>
        </w:rPr>
        <w:t>ג. ³⁄₅ : ³⁄₁₀ = __________</w:t>
      </w:r>
    </w:p>
    <w:p>
      <w:pPr>
        <w:bidi/>
        <w:spacing w:before="0" w:after="60"/>
        <w:jc w:val="both"/>
      </w:pPr>
      <w:r>
        <w:rPr>
          <w:rtl/>
        </w:rPr>
        <w:t>ד. ⁵⁄₈ : ¹⁄₄ = __________</w:t>
      </w:r>
    </w:p>
    <w:p>
      <w:pPr>
        <w:bidi/>
        <w:spacing w:before="0" w:after="60"/>
        <w:jc w:val="both"/>
      </w:pPr>
      <w:r>
        <w:rPr>
          <w:rtl/>
        </w:rPr>
        <w:t>ה. ⁴⁄₉ : ⁵⁄₆ = __________</w:t>
      </w:r>
    </w:p>
    <w:p>
      <w:pPr>
        <w:bidi/>
        <w:spacing w:before="0" w:after="60"/>
        <w:jc w:val="both"/>
      </w:pPr>
      <w:r>
        <w:rPr>
          <w:rtl/>
        </w:rPr>
        <w:t>ו. ⁷⁄₁₂ : ⁵⁄₆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כתבו תרגיל כפל מתאים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כפל בשבר ההפוך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: 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⁵⁄₆ : ¹⁄₃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 : ⁴⁄₇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1¹⁄₄ : ⁵⁄₈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חצאים יש ב-4?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4¹⁄₂      ○ 8      ○ ¹⁄₈</w:t>
      </w:r>
    </w:p>
    <w:p>
      <w:pPr>
        <w:bidi/>
        <w:spacing w:before="0" w:after="20"/>
        <w:jc w:val="both"/>
      </w:pPr>
      <w:r>
        <w:rPr>
          <w:rtl/>
        </w:rPr>
        <w:t>ב. איזה תרגיל שווה ל-²⁄₃ : ⁵⁄₇?</w:t>
      </w:r>
    </w:p>
    <w:p>
      <w:pPr>
        <w:bidi/>
        <w:spacing w:before="0" w:after="80"/>
        <w:jc w:val="both"/>
      </w:pPr>
      <w:r>
        <w:rPr>
          <w:rtl/>
        </w:rPr>
        <w:t xml:space="preserve">   ○ ³⁄₂ × ⁷⁄₅      ○ ²⁄₃ × ⁷⁄₅      ○ ²⁄₃ × ⁵⁄₇      ○ ³⁄₂ × ⁵⁄₇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6 : ¹⁄₂ = 3      נכון / לא נכון</w:t>
      </w:r>
    </w:p>
    <w:p>
      <w:pPr>
        <w:bidi/>
        <w:spacing w:before="0" w:after="60"/>
        <w:jc w:val="both"/>
      </w:pPr>
      <w:r>
        <w:rPr>
          <w:rtl/>
        </w:rPr>
        <w:t>ב. חילוק ב-¹⁄₄ שווה לכפל ב-4.      נכון / לא נכון</w:t>
      </w:r>
    </w:p>
    <w:p>
      <w:pPr>
        <w:bidi/>
        <w:spacing w:before="0" w:after="60"/>
        <w:jc w:val="both"/>
      </w:pPr>
      <w:r>
        <w:rPr>
          <w:rtl/>
        </w:rPr>
        <w:t>ג. ⁴⁄₅ : 4 = ¹⁄₅      נכון / לא נכון</w:t>
      </w:r>
    </w:p>
    <w:p>
      <w:pPr>
        <w:bidi/>
        <w:spacing w:before="0" w:after="60"/>
        <w:jc w:val="both"/>
      </w:pPr>
      <w:r>
        <w:rPr>
          <w:rtl/>
        </w:rPr>
        <w:t>ד. כשמחלקים מספר בשבר קטן מ-1, המנה קטנה מהמחולק.      נכון / לא נכון</w:t>
      </w:r>
    </w:p>
    <w:p>
      <w:pPr>
        <w:bidi/>
        <w:spacing w:before="0" w:after="60"/>
        <w:jc w:val="both"/>
      </w:pPr>
      <w:r>
        <w:rPr>
          <w:rtl/>
        </w:rPr>
        <w:t>ה. השבר ההפוך של 2¹⁄₂ הוא ²⁄₅.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מספר את השבר ההפוך לו (המכפלה שלהם 1).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⁴⁄₃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¹⁄₅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2¹⁄₃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³⁄₇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⁵⁄₈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1¹⁄₂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1³⁄₅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האם המנה גדולה מ-1, שווה ל-1 או קטנה מ-1? מיינו.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¹⁄₂ : ¹⁄₄  |  ¹⁄₄ : ¹⁄₂  |  ³⁄₅ : ³⁄₅  |  ²⁄₃ : ³⁄₄  |  ⁷⁄₈ : ¹⁄₈  |  ⁵⁄₉ : ⁵⁄₆  |  ⁴⁄₇ : ⁴⁄₇  |  3 : ³⁄₂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__________ : ¹⁄₃ = 9</w:t>
      </w:r>
    </w:p>
    <w:p>
      <w:pPr>
        <w:bidi/>
        <w:spacing w:before="0" w:after="60"/>
        <w:jc w:val="both"/>
      </w:pPr>
      <w:r>
        <w:rPr>
          <w:rtl/>
        </w:rPr>
        <w:t>ב. ³⁄₄ : ‪__________ = 3‬</w:t>
      </w:r>
    </w:p>
    <w:p>
      <w:pPr>
        <w:bidi/>
        <w:spacing w:before="0" w:after="60"/>
        <w:jc w:val="both"/>
      </w:pPr>
      <w:r>
        <w:rPr>
          <w:rtl/>
        </w:rPr>
        <w:t>ג. ‪__________ : 2‬ = ³⁄₁₀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חשבו ובדקו בכפל: 2¹⁄₄ : ³⁄₈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חשבו את ¹⁄₂ : ¹⁄₄ : ¹⁄₈ משמאל לימין. אחר כך חשבו קודם את ¹⁄₄ : ¹⁄₈. האם קיבלתם אותה תוצאה? מה זה מלמד על חילוק?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בבקבוק 3 ליטרים של מיץ. מוזגים אותו לכוסות של ¹⁄₄ ליטר. כמה כוסות אפשר למלא?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נשארה ¹⁄₂ פיצה, ושלושה ילדים חילקו אותה שווה בשווה ביניהם. איזה חלק מפיצה שלמה קיבל כל ילד?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סרט באורך 6 מטרים חותכים לחתיכות של ³⁄₄ מטר. כמה חתיכות יתקבלו?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במחסן הקהילה 4¹⁄₂ ק"ג אורז. אורזים אותו בשקיות של ³⁄₄ ק"ג. כמה שקיות יתמלאו?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יואב קנה 2 ק"ג סוכריות ועוד 1¹⁄₂ ק"ג סוכריות. הוא ארז את כולן בשקיות של ¹⁄₄ ק"ג ומכר כל שקית ב-5 ₪ ביריד. כמה שקיות ארז, וכמה כסף קיבל אם מכר את כולן?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נועם הולך ³⁄₄ ק"מ בכל רבע שעה (¹⁄₄ שעה). כמה קילומטרים הוא הולך בשעה? כמה שעות ייקח לו ללכת 6 ק"מ באותו קצב?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חילוק שברים פשוטים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כמה פעמים נכנס? חשבו.</w:t>
      </w:r>
    </w:p>
    <w:p>
      <w:pPr>
        <w:bidi/>
        <w:spacing w:before="0" w:after="40"/>
        <w:jc w:val="both"/>
      </w:pPr>
      <w:r>
        <w:rPr>
          <w:rtl/>
        </w:rPr>
        <w:t>א. 2 : ¹⁄₂ = 4</w:t>
      </w:r>
    </w:p>
    <w:p>
      <w:pPr>
        <w:bidi/>
        <w:spacing w:before="0" w:after="40"/>
        <w:jc w:val="both"/>
      </w:pPr>
      <w:r>
        <w:rPr>
          <w:rtl/>
        </w:rPr>
        <w:t>ב. 3 : ¹⁄₅ = 15</w:t>
      </w:r>
    </w:p>
    <w:p>
      <w:pPr>
        <w:bidi/>
        <w:spacing w:before="0" w:after="40"/>
        <w:jc w:val="both"/>
      </w:pPr>
      <w:r>
        <w:rPr>
          <w:rtl/>
        </w:rPr>
        <w:t>ג. 4 : ¹⁄₃ = 12</w:t>
      </w:r>
    </w:p>
    <w:p>
      <w:pPr>
        <w:bidi/>
        <w:spacing w:before="0" w:after="40"/>
        <w:jc w:val="both"/>
      </w:pPr>
      <w:r>
        <w:rPr>
          <w:rtl/>
        </w:rPr>
        <w:t>ד. 5 : ¹⁄₄ = 20</w:t>
      </w:r>
    </w:p>
    <w:p>
      <w:pPr>
        <w:bidi/>
        <w:spacing w:before="0" w:after="40"/>
        <w:jc w:val="both"/>
      </w:pPr>
      <w:r>
        <w:rPr>
          <w:rtl/>
        </w:rPr>
        <w:t>ה. 6 : ²⁄₃ = 9</w:t>
      </w:r>
    </w:p>
    <w:p>
      <w:pPr>
        <w:bidi/>
        <w:spacing w:before="0" w:after="40"/>
        <w:jc w:val="both"/>
      </w:pPr>
      <w:r>
        <w:rPr>
          <w:rtl/>
        </w:rPr>
        <w:t>ו. 3 : ³⁄₄ =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חלקו שבר במספר שלם.</w:t>
      </w:r>
    </w:p>
    <w:p>
      <w:pPr>
        <w:bidi/>
        <w:spacing w:before="0" w:after="40"/>
        <w:jc w:val="both"/>
      </w:pPr>
      <w:r>
        <w:rPr>
          <w:rtl/>
        </w:rPr>
        <w:t>א. ⁴⁄₅ : 2 = ²⁄₅</w:t>
      </w:r>
    </w:p>
    <w:p>
      <w:pPr>
        <w:bidi/>
        <w:spacing w:before="0" w:after="40"/>
        <w:jc w:val="both"/>
      </w:pPr>
      <w:r>
        <w:rPr>
          <w:rtl/>
        </w:rPr>
        <w:t>ב. ⁶⁄₇ : 3 = ²⁄₇</w:t>
      </w:r>
    </w:p>
    <w:p>
      <w:pPr>
        <w:bidi/>
        <w:spacing w:before="0" w:after="40"/>
        <w:jc w:val="both"/>
      </w:pPr>
      <w:r>
        <w:rPr>
          <w:rtl/>
        </w:rPr>
        <w:t>ג. ¹⁄₂ : 4 = ¹⁄₈</w:t>
      </w:r>
    </w:p>
    <w:p>
      <w:pPr>
        <w:bidi/>
        <w:spacing w:before="0" w:after="40"/>
        <w:jc w:val="both"/>
      </w:pPr>
      <w:r>
        <w:rPr>
          <w:rtl/>
        </w:rPr>
        <w:t>ד. ³⁄₄ : 2 = ³⁄₈</w:t>
      </w:r>
    </w:p>
    <w:p>
      <w:pPr>
        <w:bidi/>
        <w:spacing w:before="0" w:after="40"/>
        <w:jc w:val="both"/>
      </w:pPr>
      <w:r>
        <w:rPr>
          <w:rtl/>
        </w:rPr>
        <w:t>ה. ²⁄₃ : 5 = ²⁄₁₅</w:t>
      </w:r>
    </w:p>
    <w:p>
      <w:pPr>
        <w:bidi/>
        <w:spacing w:before="0" w:after="40"/>
        <w:jc w:val="both"/>
      </w:pPr>
      <w:r>
        <w:rPr>
          <w:rtl/>
        </w:rPr>
        <w:t>ו. ⁹⁄₁₀ : 6 = ³⁄₂₀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המכנים שווים: חלקו מונה במונה.</w:t>
      </w:r>
    </w:p>
    <w:p>
      <w:pPr>
        <w:bidi/>
        <w:spacing w:before="0" w:after="40"/>
        <w:jc w:val="both"/>
      </w:pPr>
      <w:r>
        <w:rPr>
          <w:rtl/>
        </w:rPr>
        <w:t>א. ³⁄₄ : ¹⁄₄ = 3</w:t>
      </w:r>
    </w:p>
    <w:p>
      <w:pPr>
        <w:bidi/>
        <w:spacing w:before="0" w:after="40"/>
        <w:jc w:val="both"/>
      </w:pPr>
      <w:r>
        <w:rPr>
          <w:rtl/>
        </w:rPr>
        <w:t>ב. ⁵⁄₆ : ¹⁄₆ = 5</w:t>
      </w:r>
    </w:p>
    <w:p>
      <w:pPr>
        <w:bidi/>
        <w:spacing w:before="0" w:after="40"/>
        <w:jc w:val="both"/>
      </w:pPr>
      <w:r>
        <w:rPr>
          <w:rtl/>
        </w:rPr>
        <w:t>ג. ⁴⁄₅ : ²⁄₅ = 2</w:t>
      </w:r>
    </w:p>
    <w:p>
      <w:pPr>
        <w:bidi/>
        <w:spacing w:before="0" w:after="40"/>
        <w:jc w:val="both"/>
      </w:pPr>
      <w:r>
        <w:rPr>
          <w:rtl/>
        </w:rPr>
        <w:t>ד. ⁷⁄₈ : ³⁄₈ = 2¹⁄₃</w:t>
      </w:r>
    </w:p>
    <w:p>
      <w:pPr>
        <w:bidi/>
        <w:spacing w:before="0" w:after="40"/>
        <w:jc w:val="both"/>
      </w:pPr>
      <w:r>
        <w:rPr>
          <w:rtl/>
        </w:rPr>
        <w:t>ה. ⁹⁄₁₀ : ³⁄₁₀ = 3</w:t>
      </w:r>
    </w:p>
    <w:p>
      <w:pPr>
        <w:bidi/>
        <w:spacing w:before="0" w:after="40"/>
        <w:jc w:val="both"/>
      </w:pPr>
      <w:r>
        <w:rPr>
          <w:rtl/>
        </w:rPr>
        <w:t>ו. ⁵⁄₁₂ : ⁷⁄₁₂ = ⁵⁄₇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חלקו בעזרת כפל בשבר ההפוך. צמצמו.</w:t>
      </w:r>
    </w:p>
    <w:p>
      <w:pPr>
        <w:bidi/>
        <w:spacing w:before="0" w:after="40"/>
        <w:jc w:val="both"/>
      </w:pPr>
      <w:r>
        <w:rPr>
          <w:rtl/>
        </w:rPr>
        <w:t>א. ¹⁄₂ : ³⁄₄ = ²⁄₃</w:t>
      </w:r>
    </w:p>
    <w:p>
      <w:pPr>
        <w:bidi/>
        <w:spacing w:before="0" w:after="40"/>
        <w:jc w:val="both"/>
      </w:pPr>
      <w:r>
        <w:rPr>
          <w:rtl/>
        </w:rPr>
        <w:t>ב. ²⁄₃ : ¹⁄₆ = 4</w:t>
      </w:r>
    </w:p>
    <w:p>
      <w:pPr>
        <w:bidi/>
        <w:spacing w:before="0" w:after="40"/>
        <w:jc w:val="both"/>
      </w:pPr>
      <w:r>
        <w:rPr>
          <w:rtl/>
        </w:rPr>
        <w:t>ג. ³⁄₅ : ³⁄₁₀ = 2</w:t>
      </w:r>
    </w:p>
    <w:p>
      <w:pPr>
        <w:bidi/>
        <w:spacing w:before="0" w:after="40"/>
        <w:jc w:val="both"/>
      </w:pPr>
      <w:r>
        <w:rPr>
          <w:rtl/>
        </w:rPr>
        <w:t>ד. ⁵⁄₈ : ¹⁄₄ = 2¹⁄₂</w:t>
      </w:r>
    </w:p>
    <w:p>
      <w:pPr>
        <w:bidi/>
        <w:spacing w:before="0" w:after="40"/>
        <w:jc w:val="both"/>
      </w:pPr>
      <w:r>
        <w:rPr>
          <w:rtl/>
        </w:rPr>
        <w:t>ה. ⁴⁄₉ : ⁵⁄₆ = ⁸⁄₁₅</w:t>
      </w:r>
    </w:p>
    <w:p>
      <w:pPr>
        <w:bidi/>
        <w:spacing w:before="0" w:after="40"/>
        <w:jc w:val="both"/>
      </w:pPr>
      <w:r>
        <w:rPr>
          <w:rtl/>
        </w:rPr>
        <w:t>ו. ⁷⁄₁₂ : ⁵⁄₆ = ⁷⁄₁₀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כתבו תרגיל כפל מתאים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כפל בשבר ההפוך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: 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³⁄₄ × ⁵⁄₂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1⁷⁄₈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⁵⁄₆ : ¹⁄₃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⁵⁄₆ × 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2¹⁄₂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 : ⁴⁄₇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 × ⁷⁄₄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3¹⁄₂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1¹⁄₄ : ⁵⁄₈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⁵⁄₄ × ⁸⁄₅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חצאים יש ב-4?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</w:t>
      </w:r>
    </w:p>
    <w:p>
      <w:pPr>
        <w:bidi/>
        <w:spacing w:before="0" w:after="20"/>
        <w:jc w:val="both"/>
      </w:pPr>
      <w:r>
        <w:rPr>
          <w:rtl/>
        </w:rPr>
        <w:t>ב. איזה תרגיל שווה ל-²⁄₃ : ⁵⁄₇?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²⁄₃ × ⁷⁄₅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6 : ¹⁄₂ = 3 – לא נכון – 6 : ¹⁄₂ = 12, כי ב-6 יש 12 חצאים</w:t>
      </w:r>
    </w:p>
    <w:p>
      <w:pPr>
        <w:bidi/>
        <w:spacing w:before="0" w:after="40"/>
        <w:jc w:val="both"/>
      </w:pPr>
      <w:r>
        <w:rPr>
          <w:rtl/>
        </w:rPr>
        <w:t>ב. חילוק ב-¹⁄₄ שווה לכפל ב-4. – נכון</w:t>
      </w:r>
    </w:p>
    <w:p>
      <w:pPr>
        <w:bidi/>
        <w:spacing w:before="0" w:after="40"/>
        <w:jc w:val="both"/>
      </w:pPr>
      <w:r>
        <w:rPr>
          <w:rtl/>
        </w:rPr>
        <w:t>ג. ⁴⁄₅ : 4 = ¹⁄₅ – נכון</w:t>
      </w:r>
    </w:p>
    <w:p>
      <w:pPr>
        <w:bidi/>
        <w:spacing w:before="0" w:after="40"/>
        <w:jc w:val="both"/>
      </w:pPr>
      <w:r>
        <w:rPr>
          <w:rtl/>
        </w:rPr>
        <w:t>ד. כשמחלקים מספר בשבר קטן מ-1, המנה קטנה מהמחולק. – לא נכון – המנה גדולה מהמחולק, למשל 3 : ¹⁄₂ = 6</w:t>
      </w:r>
    </w:p>
    <w:p>
      <w:pPr>
        <w:bidi/>
        <w:spacing w:before="0" w:after="40"/>
        <w:jc w:val="both"/>
      </w:pPr>
      <w:r>
        <w:rPr>
          <w:rtl/>
        </w:rPr>
        <w:t>ה. השבר ההפוך של 2¹⁄₂ הוא ²⁄₅.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מספר את השבר ההפוך לו (המכפלה שלהם 1).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⁴⁄₃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¹⁄₅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¹⁄₆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2¹⁄₃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³⁄₇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⁵⁄₈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²⁄₃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1¹⁄₂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1³⁄₅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האם המנה גדולה מ-1, שווה ל-1 או קטנה מ-1?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ל-1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¹⁄₄ : ¹⁄₂, ²⁄₃ : ³⁄₄, ⁵⁄₉ : ⁵⁄₆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³⁄₅ : ³⁄₅, ⁴⁄₇ : ⁴⁄₇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¹⁄₂ : ¹⁄₄, ⁷⁄₈ : ¹⁄₈, 3 : ³⁄₂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3 : ¹⁄₃ = 9</w:t>
      </w:r>
    </w:p>
    <w:p>
      <w:pPr>
        <w:bidi/>
        <w:spacing w:before="0" w:after="40"/>
        <w:jc w:val="both"/>
      </w:pPr>
      <w:r>
        <w:rPr>
          <w:rtl/>
        </w:rPr>
        <w:t>ב. ³⁄₄ : ¹⁄₄ = 3</w:t>
      </w:r>
    </w:p>
    <w:p>
      <w:pPr>
        <w:bidi/>
        <w:spacing w:before="0" w:after="40"/>
        <w:jc w:val="both"/>
      </w:pPr>
      <w:r>
        <w:rPr>
          <w:rtl/>
        </w:rPr>
        <w:t>ג. ³⁄₅ : 2 = ³⁄₁₀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חשבו ובדקו בכפל: 2¹⁄₄ : ³⁄₈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2¹⁄₄ = ⁹⁄₄. ⁹⁄₄ : ³⁄₈ = ⁹⁄₄ × ⁸⁄₃ = ⁷²⁄₁₂ = 6. בדיקה: 6 × ³⁄₈ = ¹⁸⁄₈ = 2¹⁄₄.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חשבו את ¹⁄₂ : ¹⁄₄ : ¹⁄₈ משמאל לימין. אחר כך חשבו קודם את ¹⁄₄ : ¹⁄₈. האם קיבלתם אותה תוצאה? מה זה מלמד על חילוק?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משמאל לימין: ¹⁄₂ : ¹⁄₄ = 2, ו-2 : ¹⁄₈ = 16. אם מחשבים קודם ¹⁄₄ : ¹⁄₈ = 2, אז ¹⁄₂ : 2 = ¹⁄₄. התוצאות שונות – בחילוק אין חוק הקיבוץ, וצריך לחשב לפי הסדר.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בבקבוק 3 ליטרים של מיץ. מוזגים אותו לכוסות של ¹⁄₄ ליטר. כמה כוסות אפשר למלא?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3 : ¹⁄₄ = ‪3 × 4‬ ; ‪3 × 4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אפשר למלא 12 כוסות.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נשארה ¹⁄₂ פיצה, ושלושה ילדים חילקו אותה שווה בשווה ביניהם. איזה חלק מפיצה שלמה קיבל כל ילד?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¹⁄₂ : 3 = ¹⁄₂ × ¹⁄₃ ; ¹⁄₂ × ¹⁄₃ = ¹⁄₆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ילד קיבל ¹⁄₆ 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סרט באורך 6 מטרים חותכים לחתיכות של ³⁄₄ מטר. כמה חתיכות יתקבלו?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6 : ³⁄₄ = 6 × ⁴⁄₃ ; 6 × ⁴⁄₃ = ²⁴⁄₃ = 8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יתקבלו 8 חתיכות.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במחסן הקהילה 4¹⁄₂ ק"ג אורז. אורזים אותו בשקיות של ³⁄₄ ק"ג. כמה שקיות יתמלאו?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4¹⁄₂ = ⁹⁄₂ ; ⁹⁄₂ : ³⁄₄ = ⁹⁄₂ × ⁴⁄₃ ; ⁹⁄₂ × ⁴⁄₃ = ³⁶⁄₆ = 6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יתמלאו 6 שקיות.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יואב קנה 2 ק"ג סוכריות ועוד 1¹⁄₂ ק"ג סוכריות. הוא ארז את כולן בשקיות של ¹⁄₄ ק"ג ומכר כל שקית ב-5 ₪ ביריד. כמה שקיות ארז, וכמה כסף קיבל אם מכר את כולן?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+ 1‬¹⁄₂ = 3¹⁄₂ ; 3¹⁄₂ : ¹⁄₄ = ⁷⁄₂ × ‪4 = 14‬ ; ‪14 × 5 = 70‬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ארז 14 שקיות וקיבל 70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נועם הולך ³⁄₄ ק"מ בכל רבע שעה (¹⁄₄ שעה). כמה קילומטרים הוא הולך בשעה? כמה שעות ייקח לו ללכת 6 ק"מ באותו קצב?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³⁄₄ : ¹⁄₄ = ³⁄₄ × ‪4 = 3‬ ; ‪6 : 3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נועם הולך 3 ק"מ בשעה, ו-6 ק"מ ייקחו לו 2 שעות.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