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ו'   |   דף סיכום</w:t>
      </w:r>
    </w:p>
    <w:p>
      <w:pPr>
        <w:bidi/>
        <w:spacing w:before="0" w:after="120"/>
        <w:jc w:val="both"/>
      </w:pPr>
      <w:r>
        <w:rPr>
          <w:rFonts w:ascii="Gisha" w:hAnsi="Gisha" w:cs="Gisha"/>
          <w:b/>
          <w:bCs/>
          <w:color w:val="6D28D9"/>
          <w:sz w:val="44"/>
          <w:szCs w:val="44"/>
          <w:rtl/>
        </w:rPr>
        <w:t>כפל וחילוק ב-10, 100 ו-1,000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6D28D9"/>
          <w:sz w:val="24"/>
          <w:szCs w:val="24"/>
          <w:rtl/>
        </w:rPr>
        <w:t>דף סיכום: כפל וחילוק של מספרים ושברים עשרוניים ב-10, 100 ו-1,000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th_g6_t05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Gisha" w:hAnsi="Gisha" w:cs="Gisha"/>
          <w:b/>
          <w:bCs/>
          <w:color w:val="6D28D9"/>
          <w:sz w:val="28"/>
          <w:szCs w:val="28"/>
          <w:rtl/>
        </w:rPr>
        <w:t>◆ כפל ב-10, 100, 1,000</w:t>
      </w:r>
    </w:p>
    <w:p>
      <w:pPr>
        <w:bidi/>
        <w:spacing w:before="0" w:after="40"/>
        <w:jc w:val="both"/>
      </w:pPr>
      <w:r>
        <w:rPr>
          <w:rtl/>
        </w:rPr>
        <w:t>הנקודה העשרונית זזה ימינה – כמספר האפסים.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מספר</w:t>
            </w:r>
          </w:p>
        </w:tc>
        <w:tc>
          <w:tcPr>
            <w:tcW w:type="dxa" w:w="2494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× 10</w:t>
            </w:r>
          </w:p>
        </w:tc>
        <w:tc>
          <w:tcPr>
            <w:tcW w:type="dxa" w:w="2494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× 100</w:t>
            </w:r>
          </w:p>
        </w:tc>
        <w:tc>
          <w:tcPr>
            <w:tcW w:type="dxa" w:w="2494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× 1,000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3.47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34.7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347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3,470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Gisha" w:hAnsi="Gisha" w:cs="Gisha"/>
          <w:b/>
          <w:bCs/>
          <w:color w:val="6D28D9"/>
          <w:sz w:val="28"/>
          <w:szCs w:val="28"/>
          <w:rtl/>
        </w:rPr>
        <w:t>◆ חילוק ב-10, 100, 1,000</w:t>
      </w:r>
    </w:p>
    <w:p>
      <w:pPr>
        <w:bidi/>
        <w:spacing w:before="0" w:after="40"/>
        <w:jc w:val="both"/>
      </w:pPr>
      <w:r>
        <w:rPr>
          <w:rtl/>
        </w:rPr>
        <w:t>הנקודה זזה שמאלה – כמספר האפסים. חסרות ספרות? מוסיפים 0.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מספר</w:t>
            </w:r>
          </w:p>
        </w:tc>
        <w:tc>
          <w:tcPr>
            <w:tcW w:type="dxa" w:w="2494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: 10</w:t>
            </w:r>
          </w:p>
        </w:tc>
        <w:tc>
          <w:tcPr>
            <w:tcW w:type="dxa" w:w="2494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: 100</w:t>
            </w:r>
          </w:p>
        </w:tc>
        <w:tc>
          <w:tcPr>
            <w:tcW w:type="dxa" w:w="2494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: 1,000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8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0.8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0.08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0.008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Gisha" w:hAnsi="Gisha" w:cs="Gisha"/>
          <w:b/>
          <w:bCs/>
          <w:color w:val="6D28D9"/>
          <w:sz w:val="28"/>
          <w:szCs w:val="28"/>
          <w:rtl/>
        </w:rPr>
        <w:t>◆ המרת יחידות מידה</w:t>
      </w:r>
    </w:p>
    <w:p>
      <w:pPr>
        <w:bidi/>
        <w:spacing w:before="0" w:after="20"/>
        <w:jc w:val="both"/>
      </w:pPr>
      <w:r>
        <w:rPr>
          <w:rtl/>
        </w:rPr>
        <w:t>1. ממטרים לס"מ כופלים ב-100, ומס"מ למטרים מחלקים ב-100.</w:t>
      </w:r>
    </w:p>
    <w:p>
      <w:pPr>
        <w:bidi/>
        <w:spacing w:before="0" w:after="20"/>
        <w:jc w:val="both"/>
      </w:pPr>
      <w:r>
        <w:rPr>
          <w:rtl/>
        </w:rPr>
        <w:t>2. מק"ג לגרם ומליטר למ"ל כופלים ב-1,000.</w:t>
      </w:r>
    </w:p>
    <w:p>
      <w:pPr>
        <w:bidi/>
        <w:spacing w:before="0" w:after="20"/>
        <w:jc w:val="both"/>
      </w:pPr>
      <w:r>
        <w:rPr>
          <w:rtl/>
        </w:rPr>
        <w:t>3. מגרם לק"ג וממ"ל לליטר מחלקים ב-1,000.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בשבר עשרוני לא «מוסיפים אפס» בכפל ב-‪10: 3.4 × 10 = 34‬ ולא 3.40. מזיזים את הנקודה!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חבילה של 100 מדבקות עולה 35 ₪. כמה עולה מדבקה אחת?</w:t>
      </w:r>
    </w:p>
    <w:p>
      <w:pPr>
        <w:bidi/>
        <w:spacing w:before="0" w:after="20"/>
        <w:jc w:val="both"/>
      </w:pPr>
      <w:r>
        <w:rPr>
          <w:rtl/>
        </w:rPr>
        <w:t>1. מחלקים: ‪35 : 100‬</w:t>
      </w:r>
    </w:p>
    <w:p>
      <w:pPr>
        <w:bidi/>
        <w:spacing w:before="0" w:after="20"/>
        <w:jc w:val="both"/>
      </w:pPr>
      <w:r>
        <w:rPr>
          <w:rtl/>
        </w:rPr>
        <w:t>2. הנקודה זזה 2 מקומות שמאלה: ‪35 : 100 = 0.35‬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מדבקה אחת עולה 0.35 ₪.</w:t>
      </w:r>
    </w:p>
    <w:p>
      <w:pPr>
        <w:bidi/>
        <w:spacing w:before="120" w:after="80"/>
        <w:jc w:val="both"/>
      </w:pPr>
      <w:r>
        <w:rPr>
          <w:rFonts w:ascii="Gisha" w:hAnsi="Gisha" w:cs="Gisha"/>
          <w:b/>
          <w:bCs/>
          <w:color w:val="6D28D9"/>
          <w:sz w:val="28"/>
          <w:szCs w:val="28"/>
          <w:rtl/>
        </w:rPr>
        <w:t>בודקים את עצמנו – חשבו:</w:t>
      </w:r>
    </w:p>
    <w:p>
      <w:pPr>
        <w:bidi/>
        <w:spacing w:before="0" w:after="60"/>
        <w:jc w:val="both"/>
      </w:pPr>
      <w:r>
        <w:rPr>
          <w:rtl/>
        </w:rPr>
        <w:t>א. ‪0.84 × 100 = __________‬</w:t>
      </w:r>
    </w:p>
    <w:p>
      <w:pPr>
        <w:bidi/>
        <w:spacing w:before="0" w:after="60"/>
        <w:jc w:val="both"/>
      </w:pPr>
      <w:r>
        <w:rPr>
          <w:rtl/>
        </w:rPr>
        <w:t>ב. ‪6.3 : 10 = __________‬</w:t>
      </w:r>
    </w:p>
    <w:p>
      <w:pPr>
        <w:bidi/>
        <w:spacing w:before="0" w:after="60"/>
        <w:jc w:val="both"/>
      </w:pPr>
      <w:r>
        <w:rPr>
          <w:rtl/>
        </w:rPr>
        <w:t>ג. ‪0.007 × 1,000 = __________‬</w:t>
      </w:r>
    </w:p>
    <w:p>
      <w:pPr>
        <w:bidi/>
        <w:spacing w:before="0" w:after="60"/>
        <w:jc w:val="both"/>
      </w:pPr>
      <w:r>
        <w:rPr>
          <w:rtl/>
        </w:rPr>
        <w:t>ד. ‪45 : 1,000 = __________‬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84 · ב. 0.63 · ג. 7 · ד. 0.045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rkisim" w:hAnsi="Narkisim" w:cs="Narkisim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