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כפל וחילוק ב-10, 100 ו-1,000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בכפל ב-10, ב-100 או ב-1,000 הנקודה העשרונית זזה ימינה – מקום אחד, שניים או שלושה (כמספר האפסים).</w:t>
      </w:r>
    </w:p>
    <w:p>
      <w:pPr>
        <w:bidi/>
        <w:spacing w:before="0" w:after="20"/>
        <w:jc w:val="both"/>
      </w:pPr>
      <w:r>
        <w:rPr>
          <w:rtl/>
        </w:rPr>
        <w:t>2. בחילוק ב-10, ב-100 או ב-1,000 הנקודה זזה שמאלה באותו מספר מקומות.</w:t>
      </w:r>
    </w:p>
    <w:p>
      <w:pPr>
        <w:bidi/>
        <w:spacing w:before="0" w:after="20"/>
        <w:jc w:val="both"/>
      </w:pPr>
      <w:r>
        <w:rPr>
          <w:rtl/>
        </w:rPr>
        <w:t>3. אם חסרות ספרות – מוסיפים אפסים: ‪4.5 × 100 = 450‬, ו-‪3 : 100 = 0.03‬.</w:t>
      </w:r>
    </w:p>
    <w:p>
      <w:pPr>
        <w:bidi/>
        <w:spacing w:before="0" w:after="20"/>
        <w:jc w:val="both"/>
      </w:pPr>
      <w:r>
        <w:rPr>
          <w:rtl/>
        </w:rPr>
        <w:t>4. בודקים: בכפל התוצאה גדלה, ובחילוק היא קטנה.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‪3.47 × 100 = ?‬</w:t>
      </w:r>
    </w:p>
    <w:p>
      <w:pPr>
        <w:bidi/>
        <w:spacing w:before="0" w:after="20"/>
        <w:jc w:val="both"/>
      </w:pPr>
      <w:r>
        <w:rPr>
          <w:rtl/>
        </w:rPr>
        <w:t>1. כופלים ב-100 – הנקודה זזה 2 מקומות ימינה</w:t>
      </w:r>
    </w:p>
    <w:p>
      <w:pPr>
        <w:bidi/>
        <w:spacing w:before="0" w:after="20"/>
        <w:jc w:val="both"/>
      </w:pPr>
      <w:r>
        <w:rPr>
          <w:rtl/>
        </w:rPr>
        <w:t>2. ‪3.47 × 100 = 347‬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347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60"/>
        <w:jc w:val="both"/>
      </w:pPr>
      <w:r>
        <w:rPr>
          <w:rtl/>
        </w:rPr>
        <w:t>א. ‪2.5 × 10 = __________‬</w:t>
      </w:r>
    </w:p>
    <w:p>
      <w:pPr>
        <w:bidi/>
        <w:spacing w:before="0" w:after="60"/>
        <w:jc w:val="both"/>
      </w:pPr>
      <w:r>
        <w:rPr>
          <w:rtl/>
        </w:rPr>
        <w:t>ב. ‪0.36 × 10 = __________‬</w:t>
      </w:r>
    </w:p>
    <w:p>
      <w:pPr>
        <w:bidi/>
        <w:spacing w:before="0" w:after="60"/>
        <w:jc w:val="both"/>
      </w:pPr>
      <w:r>
        <w:rPr>
          <w:rtl/>
        </w:rPr>
        <w:t>ג. ‪4.72 × 100 = __________‬</w:t>
      </w:r>
    </w:p>
    <w:p>
      <w:pPr>
        <w:bidi/>
        <w:spacing w:before="0" w:after="60"/>
        <w:jc w:val="both"/>
      </w:pPr>
      <w:r>
        <w:rPr>
          <w:rtl/>
        </w:rPr>
        <w:t>ד. ‪0.058 × 100 = __________‬</w:t>
      </w:r>
    </w:p>
    <w:p>
      <w:pPr>
        <w:bidi/>
        <w:spacing w:before="0" w:after="60"/>
        <w:jc w:val="both"/>
      </w:pPr>
      <w:r>
        <w:rPr>
          <w:rtl/>
        </w:rPr>
        <w:t>ה. ‪1.3 × 1,000 = __________‬</w:t>
      </w:r>
    </w:p>
    <w:p>
      <w:pPr>
        <w:bidi/>
        <w:spacing w:before="0" w:after="60"/>
        <w:jc w:val="both"/>
      </w:pPr>
      <w:r>
        <w:rPr>
          <w:rtl/>
        </w:rPr>
        <w:t>ו. ‪0.045 × 1,000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60"/>
        <w:jc w:val="both"/>
      </w:pPr>
      <w:r>
        <w:rPr>
          <w:rtl/>
        </w:rPr>
        <w:t>א. ‪45.6 : 10 = __________‬</w:t>
      </w:r>
    </w:p>
    <w:p>
      <w:pPr>
        <w:bidi/>
        <w:spacing w:before="0" w:after="60"/>
        <w:jc w:val="both"/>
      </w:pPr>
      <w:r>
        <w:rPr>
          <w:rtl/>
        </w:rPr>
        <w:t>ב. ‪7.2 : 10 = __________‬</w:t>
      </w:r>
    </w:p>
    <w:p>
      <w:pPr>
        <w:bidi/>
        <w:spacing w:before="0" w:after="60"/>
        <w:jc w:val="both"/>
      </w:pPr>
      <w:r>
        <w:rPr>
          <w:rtl/>
        </w:rPr>
        <w:t>ג. ‪381 : 100 = __________‬</w:t>
      </w:r>
    </w:p>
    <w:p>
      <w:pPr>
        <w:bidi/>
        <w:spacing w:before="0" w:after="60"/>
        <w:jc w:val="both"/>
      </w:pPr>
      <w:r>
        <w:rPr>
          <w:rtl/>
        </w:rPr>
        <w:t>ד. ‪5.4 : 100 = __________‬</w:t>
      </w:r>
    </w:p>
    <w:p>
      <w:pPr>
        <w:bidi/>
        <w:spacing w:before="0" w:after="60"/>
        <w:jc w:val="both"/>
      </w:pPr>
      <w:r>
        <w:rPr>
          <w:rtl/>
        </w:rPr>
        <w:t>ה. ‪2,600 : 1,000 = __________‬</w:t>
      </w:r>
    </w:p>
    <w:p>
      <w:pPr>
        <w:bidi/>
        <w:spacing w:before="0" w:after="60"/>
        <w:jc w:val="both"/>
      </w:pPr>
      <w:r>
        <w:rPr>
          <w:rtl/>
        </w:rPr>
        <w:t>ו. ‪73 : 1,000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טבלת הכפל.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100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0.25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1.704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0.006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טבלת החילוק.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100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480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‪6.3 × __________ = 630‬</w:t>
      </w:r>
    </w:p>
    <w:p>
      <w:pPr>
        <w:bidi/>
        <w:spacing w:before="0" w:after="60"/>
        <w:jc w:val="both"/>
      </w:pPr>
      <w:r>
        <w:rPr>
          <w:rtl/>
        </w:rPr>
        <w:t>ב. ‪__________ × 10 = 0.8‬</w:t>
      </w:r>
    </w:p>
    <w:p>
      <w:pPr>
        <w:bidi/>
        <w:spacing w:before="0" w:after="60"/>
        <w:jc w:val="both"/>
      </w:pPr>
      <w:r>
        <w:rPr>
          <w:rtl/>
        </w:rPr>
        <w:t>ג. ‪4,500 : __________ = 4.5‬</w:t>
      </w:r>
    </w:p>
    <w:p>
      <w:pPr>
        <w:bidi/>
        <w:spacing w:before="0" w:after="60"/>
        <w:jc w:val="both"/>
      </w:pPr>
      <w:r>
        <w:rPr>
          <w:rtl/>
        </w:rPr>
        <w:t>ד. ‪__________ : 100 = 0.27‬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‪0.07 × 100 = ?‬</w:t>
      </w:r>
    </w:p>
    <w:p>
      <w:pPr>
        <w:bidi/>
        <w:spacing w:before="0" w:after="80"/>
        <w:jc w:val="both"/>
      </w:pPr>
      <w:r>
        <w:rPr>
          <w:rtl/>
        </w:rPr>
        <w:t xml:space="preserve">   ○ 0.7      ○ 7      ○ 70      ○ 0.0007</w:t>
      </w:r>
    </w:p>
    <w:p>
      <w:pPr>
        <w:bidi/>
        <w:spacing w:before="0" w:after="20"/>
        <w:jc w:val="both"/>
      </w:pPr>
      <w:r>
        <w:rPr>
          <w:rtl/>
        </w:rPr>
        <w:t>ב. איזה תרגיל תוצאתו 0.35?</w:t>
      </w:r>
    </w:p>
    <w:p>
      <w:pPr>
        <w:bidi/>
        <w:spacing w:before="0" w:after="80"/>
        <w:jc w:val="both"/>
      </w:pPr>
      <w:r>
        <w:rPr>
          <w:rtl/>
        </w:rPr>
        <w:t xml:space="preserve">   ○ ‪35 : 10‬      ○ ‪3.5 × 10‬      ○ ‪35 : 100‬      ○ ‪0.035 :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כשכופלים ב-100, הנקודה העשרונית זזה 2 מקומות ימינה.      נכון / לא נכון</w:t>
      </w:r>
    </w:p>
    <w:p>
      <w:pPr>
        <w:bidi/>
        <w:spacing w:before="0" w:after="60"/>
        <w:jc w:val="both"/>
      </w:pPr>
      <w:r>
        <w:rPr>
          <w:rtl/>
        </w:rPr>
        <w:t>ב. ‪5.2 × 10 = 5.20‬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‪6 : 1,000 = 0.006‬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‪0.4 : 10 = 4‬      נכון / לא נכון</w:t>
      </w:r>
    </w:p>
    <w:p>
      <w:pPr>
        <w:bidi/>
        <w:spacing w:before="0" w:after="60"/>
        <w:jc w:val="both"/>
      </w:pPr>
      <w:r>
        <w:rPr>
          <w:rtl/>
        </w:rPr>
        <w:t>ה. ‪2.75 × 1,000 = 2,750‬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‪0.62 × 100‬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‪62 : 1,000‬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0.62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‪6.2 :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6,200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‪0.62 × 1,000‬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0.062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‪6.2 × 1,000‬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‪620 : 100‬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6.2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המירו יחידות מידה.</w:t>
      </w:r>
    </w:p>
    <w:p>
      <w:pPr>
        <w:bidi/>
        <w:spacing w:before="0" w:after="60"/>
        <w:jc w:val="both"/>
      </w:pPr>
      <w:r>
        <w:rPr>
          <w:rtl/>
        </w:rPr>
        <w:t>א. 3.5 מטרים = __________ ס"מ</w:t>
      </w:r>
    </w:p>
    <w:p>
      <w:pPr>
        <w:bidi/>
        <w:spacing w:before="0" w:after="60"/>
        <w:jc w:val="both"/>
      </w:pPr>
      <w:r>
        <w:rPr>
          <w:rtl/>
        </w:rPr>
        <w:t>ב. 2.25 ק"ג = __________ גרם</w:t>
      </w:r>
    </w:p>
    <w:p>
      <w:pPr>
        <w:bidi/>
        <w:spacing w:before="0" w:after="60"/>
        <w:jc w:val="both"/>
      </w:pPr>
      <w:r>
        <w:rPr>
          <w:rtl/>
        </w:rPr>
        <w:t>ג. 450 מ"ל = __________ ליטר</w:t>
      </w:r>
    </w:p>
    <w:p>
      <w:pPr>
        <w:bidi/>
        <w:spacing w:before="0" w:after="60"/>
        <w:jc w:val="both"/>
      </w:pPr>
      <w:r>
        <w:rPr>
          <w:rtl/>
        </w:rPr>
        <w:t>ד. 85 ס"מ = __________ מטר</w:t>
      </w:r>
    </w:p>
    <w:p>
      <w:pPr>
        <w:bidi/>
        <w:spacing w:before="0" w:after="60"/>
        <w:jc w:val="both"/>
      </w:pPr>
      <w:r>
        <w:rPr>
          <w:rtl/>
        </w:rPr>
        <w:t>ה. 1.2 ק"מ = __________ מטרים</w:t>
      </w:r>
    </w:p>
    <w:p>
      <w:pPr>
        <w:bidi/>
        <w:spacing w:before="0" w:after="60"/>
        <w:jc w:val="both"/>
      </w:pPr>
      <w:r>
        <w:rPr>
          <w:rtl/>
        </w:rPr>
        <w:t>ו. 60 גרם = __________ ק"ג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כתבו בטבלת ערכי מקום את 0.375 ואת 37.5. הסבירו מה קורה לכל ספרה בתרגיל ‪0.375 × 100 = 37.5‬.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תמר אמרה: «כדי לכפול ב-10 מוסיפים 0 בסוף המספר». מתי זה נכון ומתי לא? תנו דוגמה לכל מקרה.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את המספר 4.06 כפלו ב-1,000, ואת התוצאה חילקו ב-10. מה קיבלו? באיזה תרגיל אחד אפשר לקבל אותה תוצאה מיד?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מחברת עולה 4.5 ₪. כמה עולות 10 מחברות?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בית הספר קנה 100 עפרונות ב-85 ₪. כמה עלה עיפרון אחד?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קופסת שימורים שוקלת 0.375 ק"ג. כמה שוקלות 1,000 קופסאות כאלה?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גליל בד באורך 12.5 מטרים חותכים ל-100 חתיכות שוות. מה אורך כל חתיכה במטרים ובסנטימטרים?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בית הספר קנה 10 כדורים, כל אחד ב-64.9 ₪, ו-100 בקבוקי מים, כל אחד ב-3.25 ₪. כמה שילם בית הספר בסך הכול?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במפעל מילאו 1,000 בקבוקים, בכל בקבוק 0.33 ליטר. כמה ליטרים מילאו בסך הכול? את הכמות הזאת אפשר היה לשפוך למכלים של 10 ליטרים – כמה מכלים היו מתמלאים?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כפל וחילוק ב-10, 100 ו-1,000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40"/>
        <w:jc w:val="both"/>
      </w:pPr>
      <w:r>
        <w:rPr>
          <w:rtl/>
        </w:rPr>
        <w:t>א. ‪2.5 × 10 = 25‬</w:t>
      </w:r>
    </w:p>
    <w:p>
      <w:pPr>
        <w:bidi/>
        <w:spacing w:before="0" w:after="40"/>
        <w:jc w:val="both"/>
      </w:pPr>
      <w:r>
        <w:rPr>
          <w:rtl/>
        </w:rPr>
        <w:t>ב. ‪0.36 × 10 = 3.6‬</w:t>
      </w:r>
    </w:p>
    <w:p>
      <w:pPr>
        <w:bidi/>
        <w:spacing w:before="0" w:after="40"/>
        <w:jc w:val="both"/>
      </w:pPr>
      <w:r>
        <w:rPr>
          <w:rtl/>
        </w:rPr>
        <w:t>ג. ‪4.72 × 100 = 472‬</w:t>
      </w:r>
    </w:p>
    <w:p>
      <w:pPr>
        <w:bidi/>
        <w:spacing w:before="0" w:after="40"/>
        <w:jc w:val="both"/>
      </w:pPr>
      <w:r>
        <w:rPr>
          <w:rtl/>
        </w:rPr>
        <w:t>ד. ‪0.058 × 100 = 5.8‬</w:t>
      </w:r>
    </w:p>
    <w:p>
      <w:pPr>
        <w:bidi/>
        <w:spacing w:before="0" w:after="40"/>
        <w:jc w:val="both"/>
      </w:pPr>
      <w:r>
        <w:rPr>
          <w:rtl/>
        </w:rPr>
        <w:t>ה. ‪1.3 × 1,000 = 1,300‬</w:t>
      </w:r>
    </w:p>
    <w:p>
      <w:pPr>
        <w:bidi/>
        <w:spacing w:before="0" w:after="40"/>
        <w:jc w:val="both"/>
      </w:pPr>
      <w:r>
        <w:rPr>
          <w:rtl/>
        </w:rPr>
        <w:t>ו. ‪0.045 × 1,000 = 45‬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40"/>
        <w:jc w:val="both"/>
      </w:pPr>
      <w:r>
        <w:rPr>
          <w:rtl/>
        </w:rPr>
        <w:t>א. ‪45.6 : 10 = 4.56‬</w:t>
      </w:r>
    </w:p>
    <w:p>
      <w:pPr>
        <w:bidi/>
        <w:spacing w:before="0" w:after="40"/>
        <w:jc w:val="both"/>
      </w:pPr>
      <w:r>
        <w:rPr>
          <w:rtl/>
        </w:rPr>
        <w:t>ב. ‪7.2 : 10 = 0.72‬</w:t>
      </w:r>
    </w:p>
    <w:p>
      <w:pPr>
        <w:bidi/>
        <w:spacing w:before="0" w:after="40"/>
        <w:jc w:val="both"/>
      </w:pPr>
      <w:r>
        <w:rPr>
          <w:rtl/>
        </w:rPr>
        <w:t>ג. ‪381 : 100 = 3.81‬</w:t>
      </w:r>
    </w:p>
    <w:p>
      <w:pPr>
        <w:bidi/>
        <w:spacing w:before="0" w:after="40"/>
        <w:jc w:val="both"/>
      </w:pPr>
      <w:r>
        <w:rPr>
          <w:rtl/>
        </w:rPr>
        <w:t>ד. ‪5.4 : 100 = 0.054‬</w:t>
      </w:r>
    </w:p>
    <w:p>
      <w:pPr>
        <w:bidi/>
        <w:spacing w:before="0" w:after="40"/>
        <w:jc w:val="both"/>
      </w:pPr>
      <w:r>
        <w:rPr>
          <w:rtl/>
        </w:rPr>
        <w:t>ה. ‪2,600 : 1,000 = 2.6‬</w:t>
      </w:r>
    </w:p>
    <w:p>
      <w:pPr>
        <w:bidi/>
        <w:spacing w:before="0" w:after="40"/>
        <w:jc w:val="both"/>
      </w:pPr>
      <w:r>
        <w:rPr>
          <w:rtl/>
        </w:rPr>
        <w:t>ו. ‪73 : 1,000 = 0.073‬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טבלת הכפל.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100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0.25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2.5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250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1.704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17.04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170.4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1,704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0.006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0.06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טבלת החילוק.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100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480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4.8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0.48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3.5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0.35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0.035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0.09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0.009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‪6.3 × 100 = 630‬</w:t>
      </w:r>
    </w:p>
    <w:p>
      <w:pPr>
        <w:bidi/>
        <w:spacing w:before="0" w:after="40"/>
        <w:jc w:val="both"/>
      </w:pPr>
      <w:r>
        <w:rPr>
          <w:rtl/>
        </w:rPr>
        <w:t>ב. ‪0.08 × 10 = 0.8‬</w:t>
      </w:r>
    </w:p>
    <w:p>
      <w:pPr>
        <w:bidi/>
        <w:spacing w:before="0" w:after="40"/>
        <w:jc w:val="both"/>
      </w:pPr>
      <w:r>
        <w:rPr>
          <w:rtl/>
        </w:rPr>
        <w:t>ג. ‪4,500 : 1,000 = 4.5‬</w:t>
      </w:r>
    </w:p>
    <w:p>
      <w:pPr>
        <w:bidi/>
        <w:spacing w:before="0" w:after="40"/>
        <w:jc w:val="both"/>
      </w:pPr>
      <w:r>
        <w:rPr>
          <w:rtl/>
        </w:rPr>
        <w:t>ד. ‪27 : 100 = 0.27‬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‪0.07 × 100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7</w:t>
      </w:r>
    </w:p>
    <w:p>
      <w:pPr>
        <w:bidi/>
        <w:spacing w:before="0" w:after="20"/>
        <w:jc w:val="both"/>
      </w:pPr>
      <w:r>
        <w:rPr>
          <w:rtl/>
        </w:rPr>
        <w:t>ב. איזה תרגיל תוצאתו 0.35?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‪35 : 100‬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כשכופלים ב-100, הנקודה העשרונית זזה 2 מקומות ימינה. – נכון</w:t>
      </w:r>
    </w:p>
    <w:p>
      <w:pPr>
        <w:bidi/>
        <w:spacing w:before="0" w:after="40"/>
        <w:jc w:val="both"/>
      </w:pPr>
      <w:r>
        <w:rPr>
          <w:rtl/>
        </w:rPr>
        <w:t>ב. ‪5.2 × 10 = 5.20‬ – לא נכון – ‪5.2 × 10 = 52‬</w:t>
      </w:r>
    </w:p>
    <w:p>
      <w:pPr>
        <w:bidi/>
        <w:spacing w:before="0" w:after="40"/>
        <w:jc w:val="both"/>
      </w:pPr>
      <w:r>
        <w:rPr>
          <w:rtl/>
        </w:rPr>
        <w:t>ג. ‪6 : 1,000 = 0.006‬ – נכון</w:t>
      </w:r>
    </w:p>
    <w:p>
      <w:pPr>
        <w:bidi/>
        <w:spacing w:before="0" w:after="40"/>
        <w:jc w:val="both"/>
      </w:pPr>
      <w:r>
        <w:rPr>
          <w:rtl/>
        </w:rPr>
        <w:t>ד. ‪0.4 : 10 = 4‬ – לא נכון – ‪0.4 : 10 = 0.04‬</w:t>
      </w:r>
    </w:p>
    <w:p>
      <w:pPr>
        <w:bidi/>
        <w:spacing w:before="0" w:after="40"/>
        <w:jc w:val="both"/>
      </w:pPr>
      <w:r>
        <w:rPr>
          <w:rtl/>
        </w:rPr>
        <w:t>ה. ‪2.75 × 1,000 = 2,750‬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‪0.62 × 100‬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62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‪62 : 1,000‬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0.62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‪6.2 : 10‬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6,200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‪0.62 × 1,000‬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0.062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‪6.2 × 1,000‬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620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‪620 : 100‬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6.2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המירו יחידות מידה.</w:t>
      </w:r>
    </w:p>
    <w:p>
      <w:pPr>
        <w:bidi/>
        <w:spacing w:before="0" w:after="40"/>
        <w:jc w:val="both"/>
      </w:pPr>
      <w:r>
        <w:rPr>
          <w:rtl/>
        </w:rPr>
        <w:t>א. 3.5 מטרים = 350 ס"מ</w:t>
      </w:r>
    </w:p>
    <w:p>
      <w:pPr>
        <w:bidi/>
        <w:spacing w:before="0" w:after="40"/>
        <w:jc w:val="both"/>
      </w:pPr>
      <w:r>
        <w:rPr>
          <w:rtl/>
        </w:rPr>
        <w:t>ב. 2.25 ק"ג = 2,250 גרם</w:t>
      </w:r>
    </w:p>
    <w:p>
      <w:pPr>
        <w:bidi/>
        <w:spacing w:before="0" w:after="40"/>
        <w:jc w:val="both"/>
      </w:pPr>
      <w:r>
        <w:rPr>
          <w:rtl/>
        </w:rPr>
        <w:t>ג. 450 מ"ל = 0.45 ליטר</w:t>
      </w:r>
    </w:p>
    <w:p>
      <w:pPr>
        <w:bidi/>
        <w:spacing w:before="0" w:after="40"/>
        <w:jc w:val="both"/>
      </w:pPr>
      <w:r>
        <w:rPr>
          <w:rtl/>
        </w:rPr>
        <w:t>ד. 85 ס"מ = 0.85 מטר</w:t>
      </w:r>
    </w:p>
    <w:p>
      <w:pPr>
        <w:bidi/>
        <w:spacing w:before="0" w:after="40"/>
        <w:jc w:val="both"/>
      </w:pPr>
      <w:r>
        <w:rPr>
          <w:rtl/>
        </w:rPr>
        <w:t>ה. 1.2 ק"מ = 1,200 מטרים</w:t>
      </w:r>
    </w:p>
    <w:p>
      <w:pPr>
        <w:bidi/>
        <w:spacing w:before="0" w:after="40"/>
        <w:jc w:val="both"/>
      </w:pPr>
      <w:r>
        <w:rPr>
          <w:rtl/>
        </w:rPr>
        <w:t>ו. 60 גרם = 0.06 ק"ג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כתבו בטבלת ערכי מקום את 0.375 ואת 37.5. הסבירו מה קורה לכל ספרה בתרגיל ‪0.375 × 100 = 37.5‬.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כל ספרה עוברת לערך מקום גדול פי ‪100: 3‬ עשיריות נעשות 3 עשרות, 7 מאיות נעשות 7 אחדות, ו-5 אלפיות נעשות 5 עשיריות.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תמר אמרה: «כדי לכפול ב-10 מוסיפים 0 בסוף המספר». מתי זה נכון ומתי לא? תנו דוגמה לכל מקרה.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זה נכון רק במספר שלם: ‪34 × 10 = 340‬. בשבר עשרוני זה לא נכון: ‪3.4 × 10 = 34‬, ולא 3.40 (3.40 שווה ל-3.4).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את המספר 4.06 כפלו ב-1,000, ואת התוצאה חילקו ב-10. מה קיבלו? באיזה תרגיל אחד אפשר לקבל אותה תוצאה מיד?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‪4.06 × 1,000 = 4,060‬, ו-‪4,060 : 10 = 406‬. הנקודה זזה 3 מקומות ימינה ואחר כך מקום אחד שמאלה – בסך הכול 2 מקומות ימינה, כלומר ‪4.06 × 100 = 406‬.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מחברת עולה 4.5 ₪. כמה עולות 10 מחברות?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‪4.5 × 10 = 45‬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10 מחברות עולות 45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בית הספר קנה 100 עפרונות ב-85 ₪. כמה עלה עיפרון אחד?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‪85 : 100 = 0.85‬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עיפרון אחד עלה 0.85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קופסת שימורים שוקלת 0.375 ק"ג. כמה שוקלות 1,000 קופסאות כאלה?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‪0.375 × 1,000 = 375‬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1,000 קופסאות שוקלות 375 ק"ג.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גליל בד באורך 12.5 מטרים חותכים ל-100 חתיכות שוות. מה אורך כל חתיכה במטרים ובסנטימטרים?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‪12.5 : 100 = 0.125‬ מטר ; ‪0.125 × 100 = 12.5‬ ס"מ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אורך כל חתיכה 0.125 מטר, כלומר 12.5 ס"מ.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בית הספר קנה 10 כדורים, כל אחד ב-64.9 ₪, ו-100 בקבוקי מים, כל אחד ב-3.25 ₪. כמה שילם בית הספר בסך הכול?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× 64.9 = 649‬ ; ‪100 × 3.25 = 325‬ ; ‪649 + 325 = 974‬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בית הספר שילם 974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במפעל מילאו 1,000 בקבוקים, בכל בקבוק 0.33 ליטר. כמה ליטרים מילאו בסך הכול? את הכמות הזאת אפשר היה לשפוך למכלים של 10 ליטרים – כמה מכלים היו מתמלאים?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‪1,000 × 0.33 = 330‬ ליטרים ; ‪330 : 10 = 33‬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מילאו 330 ליטרים, והיו מתמלאים 33 מכלים.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