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כפל שברים עשרוניים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כפל שבר עשרוני במספר שלם ובשבר עשרוני, ובדיקה באומדן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6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שבר עשרוני כפול מספר שלם</w:t>
      </w:r>
    </w:p>
    <w:p>
      <w:pPr>
        <w:bidi/>
        <w:spacing w:before="0" w:after="40"/>
        <w:jc w:val="both"/>
      </w:pPr>
      <w:r>
        <w:rPr>
          <w:rtl/>
        </w:rPr>
        <w:t>כופלים כמו במספרים שלמים, ומציבים את הנקודה לפי מספר הספרות אחרי הנקודה.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‪3 × 0.4 = 1.2 · 6 × 2.35 = 14.1‬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שבר עשרוני כפול שבר עשרוני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מכפלה בלי נקודה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ספרות אחרי הנקודה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מכפלה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‪0.3 × 0.2‬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 + 1 = 2‬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0.06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‪2.4 × 1.3‬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312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 + 1 = 2‬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3.12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בודקים באומדן</w:t>
      </w:r>
    </w:p>
    <w:p>
      <w:pPr>
        <w:bidi/>
        <w:spacing w:before="0" w:after="20"/>
        <w:jc w:val="both"/>
      </w:pPr>
      <w:r>
        <w:rPr>
          <w:rtl/>
        </w:rPr>
        <w:t>1. מעגלים לשלמים: ‪4.8 × 3.1‬ קרוב ל-‪5 × 3 = 15‬.</w:t>
      </w:r>
    </w:p>
    <w:p>
      <w:pPr>
        <w:bidi/>
        <w:spacing w:before="0" w:after="20"/>
        <w:jc w:val="both"/>
      </w:pPr>
      <w:r>
        <w:rPr>
          <w:rtl/>
        </w:rPr>
        <w:t>2. כפל במספר קטן מ-1 מקטין, וכפל במספר גדול מ-1 מגדיל.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ספרו את הספרות אחרי הנקודה בשני הגורמים. אפסים בסוף המכפלה אפשר למחוק רק אחרי שהצבתם את הנקודה: ‪1.5 × 0.4 = 0.60 = 0.6‬.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ק"ג תפוחים עולה 8.40 ₪. כמה עולים 1.5 ק"ג?</w:t>
      </w:r>
    </w:p>
    <w:p>
      <w:pPr>
        <w:bidi/>
        <w:spacing w:before="0" w:after="20"/>
        <w:jc w:val="both"/>
      </w:pPr>
      <w:r>
        <w:rPr>
          <w:rtl/>
        </w:rPr>
        <w:t>1. אומדן: ‪8 × 1.5 = 12‬</w:t>
      </w:r>
    </w:p>
    <w:p>
      <w:pPr>
        <w:bidi/>
        <w:spacing w:before="0" w:after="20"/>
        <w:jc w:val="both"/>
      </w:pPr>
      <w:r>
        <w:rPr>
          <w:rtl/>
        </w:rPr>
        <w:t>2. בלי נקודה: ‪84 × 15 = 1,260‬</w:t>
      </w:r>
    </w:p>
    <w:p>
      <w:pPr>
        <w:bidi/>
        <w:spacing w:before="0" w:after="20"/>
        <w:jc w:val="both"/>
      </w:pPr>
      <w:r>
        <w:rPr>
          <w:rtl/>
        </w:rPr>
        <w:t>3. ספרות אחרי הנקודה: ‪1 + 1 = 2‬, ולכן ‪8.4 × 1.5 = 12.60‬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1.5 ק"ג תפוחים עולים 12.60 ₪.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חשבו:</w:t>
      </w:r>
    </w:p>
    <w:p>
      <w:pPr>
        <w:bidi/>
        <w:spacing w:before="0" w:after="60"/>
        <w:jc w:val="both"/>
      </w:pPr>
      <w:r>
        <w:rPr>
          <w:rtl/>
        </w:rPr>
        <w:t>א. ‪4 × 0.7 = __________‬</w:t>
      </w:r>
    </w:p>
    <w:p>
      <w:pPr>
        <w:bidi/>
        <w:spacing w:before="0" w:after="60"/>
        <w:jc w:val="both"/>
      </w:pPr>
      <w:r>
        <w:rPr>
          <w:rtl/>
        </w:rPr>
        <w:t>ב. ‪0.5 × 0.3 = __________‬</w:t>
      </w:r>
    </w:p>
    <w:p>
      <w:pPr>
        <w:bidi/>
        <w:spacing w:before="0" w:after="60"/>
        <w:jc w:val="both"/>
      </w:pPr>
      <w:r>
        <w:rPr>
          <w:rtl/>
        </w:rPr>
        <w:t>ג. ‪1.2 × 2.5 = __________‬</w:t>
      </w:r>
    </w:p>
    <w:p>
      <w:pPr>
        <w:bidi/>
        <w:spacing w:before="0" w:after="60"/>
        <w:jc w:val="both"/>
      </w:pPr>
      <w:r>
        <w:rPr>
          <w:rtl/>
        </w:rPr>
        <w:t>ד. ‪0.06 × 0.4 =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2.8 · ב. 0.15 · ג. 3 · ד. 0.024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