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כפל שברים עשרוניים</w:t>
      </w:r>
    </w:p>
    <w:p>
      <w:pPr>
        <w:bidi/>
        <w:spacing w:before="120" w:after="40"/>
        <w:jc w:val="both"/>
      </w:pPr>
      <w:r>
        <w:rPr>
          <w:rFonts w:ascii="Arial Black" w:hAnsi="Arial Black" w:cs="Arial Black"/>
          <w:b/>
          <w:bCs/>
          <w:color w:val="3F6212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כופלים את המספרים כאילו אין בהם נקודה עשרונית.</w:t>
      </w:r>
    </w:p>
    <w:p>
      <w:pPr>
        <w:bidi/>
        <w:spacing w:before="0" w:after="20"/>
        <w:jc w:val="both"/>
      </w:pPr>
      <w:r>
        <w:rPr>
          <w:rtl/>
        </w:rPr>
        <w:t>2. סופרים כמה ספרות יש אחרי הנקודה בשני הגורמים יחד.</w:t>
      </w:r>
    </w:p>
    <w:p>
      <w:pPr>
        <w:bidi/>
        <w:spacing w:before="0" w:after="20"/>
        <w:jc w:val="both"/>
      </w:pPr>
      <w:r>
        <w:rPr>
          <w:rtl/>
        </w:rPr>
        <w:t>3. במכפלה סופרים אותו מספר ספרות מימין ומציבים שם את הנקודה (אם חסרות ספרות – מוסיפים אפסים משמאל).</w:t>
      </w:r>
    </w:p>
    <w:p>
      <w:pPr>
        <w:bidi/>
        <w:spacing w:before="0" w:after="20"/>
        <w:jc w:val="both"/>
      </w:pPr>
      <w:r>
        <w:rPr>
          <w:rtl/>
        </w:rPr>
        <w:t>4. בודקים באומדן: ‪2.4 × 1.3‬ קרוב ל-‪2 × 1 = 2‬ או ל-‪3 × 1 = 3‬, לכן 3.12 הגיוני.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‪2.4 × 1.3 = ?‬</w:t>
      </w:r>
    </w:p>
    <w:p>
      <w:pPr>
        <w:bidi/>
        <w:spacing w:before="0" w:after="20"/>
        <w:jc w:val="both"/>
      </w:pPr>
      <w:r>
        <w:rPr>
          <w:rtl/>
        </w:rPr>
        <w:t>1. כופלים בלי הנקודות: ‪24 × 13 = 312‬</w:t>
      </w:r>
    </w:p>
    <w:p>
      <w:pPr>
        <w:bidi/>
        <w:spacing w:before="0" w:after="20"/>
        <w:jc w:val="both"/>
      </w:pPr>
      <w:r>
        <w:rPr>
          <w:rtl/>
        </w:rPr>
        <w:t>2. סופרים ספרות אחרי הנקודה: ספרה אחת בכל גורם – 2 ספרות</w:t>
      </w:r>
    </w:p>
    <w:p>
      <w:pPr>
        <w:bidi/>
        <w:spacing w:before="0" w:after="20"/>
        <w:jc w:val="both"/>
      </w:pPr>
      <w:r>
        <w:rPr>
          <w:rtl/>
        </w:rPr>
        <w:t>3. ‪2.4 × 1.3 = 3.12‬</w:t>
      </w:r>
    </w:p>
    <w:p>
      <w:pPr>
        <w:bidi/>
        <w:spacing w:before="0" w:after="20"/>
        <w:jc w:val="both"/>
      </w:pPr>
      <w:r>
        <w:rPr>
          <w:rtl/>
        </w:rPr>
        <w:t>4. אומדן: ‪2 × 1.5 = 3‬ – התוצאה הגיונית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3.12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60"/>
        <w:jc w:val="both"/>
      </w:pPr>
      <w:r>
        <w:rPr>
          <w:rtl/>
        </w:rPr>
        <w:t>א. ‪4 × 0.2 = __________‬</w:t>
      </w:r>
    </w:p>
    <w:p>
      <w:pPr>
        <w:bidi/>
        <w:spacing w:before="0" w:after="60"/>
        <w:jc w:val="both"/>
      </w:pPr>
      <w:r>
        <w:rPr>
          <w:rtl/>
        </w:rPr>
        <w:t>ב. ‪7 × 0.6 = __________‬</w:t>
      </w:r>
    </w:p>
    <w:p>
      <w:pPr>
        <w:bidi/>
        <w:spacing w:before="0" w:after="60"/>
        <w:jc w:val="both"/>
      </w:pPr>
      <w:r>
        <w:rPr>
          <w:rtl/>
        </w:rPr>
        <w:t>ג. ‪3 × 1.5 = __________‬</w:t>
      </w:r>
    </w:p>
    <w:p>
      <w:pPr>
        <w:bidi/>
        <w:spacing w:before="0" w:after="60"/>
        <w:jc w:val="both"/>
      </w:pPr>
      <w:r>
        <w:rPr>
          <w:rtl/>
        </w:rPr>
        <w:t>ד. ‪5 × 0.08 = __________‬</w:t>
      </w:r>
    </w:p>
    <w:p>
      <w:pPr>
        <w:bidi/>
        <w:spacing w:before="0" w:after="60"/>
        <w:jc w:val="both"/>
      </w:pPr>
      <w:r>
        <w:rPr>
          <w:rtl/>
        </w:rPr>
        <w:t>ה. ‪8 × 2.25 = __________‬</w:t>
      </w:r>
    </w:p>
    <w:p>
      <w:pPr>
        <w:bidi/>
        <w:spacing w:before="0" w:after="60"/>
        <w:jc w:val="both"/>
      </w:pPr>
      <w:r>
        <w:rPr>
          <w:rtl/>
        </w:rPr>
        <w:t>ו. ‪12 × 0.15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60"/>
        <w:jc w:val="both"/>
      </w:pPr>
      <w:r>
        <w:rPr>
          <w:rtl/>
        </w:rPr>
        <w:t>א. ‪0.3 × 0.4 = __________‬</w:t>
      </w:r>
    </w:p>
    <w:p>
      <w:pPr>
        <w:bidi/>
        <w:spacing w:before="0" w:after="60"/>
        <w:jc w:val="both"/>
      </w:pPr>
      <w:r>
        <w:rPr>
          <w:rtl/>
        </w:rPr>
        <w:t>ב. ‪0.6 × 0.5 = __________‬</w:t>
      </w:r>
    </w:p>
    <w:p>
      <w:pPr>
        <w:bidi/>
        <w:spacing w:before="0" w:after="60"/>
        <w:jc w:val="both"/>
      </w:pPr>
      <w:r>
        <w:rPr>
          <w:rtl/>
        </w:rPr>
        <w:t>ג. ‪0.2 × 0.07 = __________‬</w:t>
      </w:r>
    </w:p>
    <w:p>
      <w:pPr>
        <w:bidi/>
        <w:spacing w:before="0" w:after="60"/>
        <w:jc w:val="both"/>
      </w:pPr>
      <w:r>
        <w:rPr>
          <w:rtl/>
        </w:rPr>
        <w:t>ד. ‪1.2 × 0.3 = __________‬</w:t>
      </w:r>
    </w:p>
    <w:p>
      <w:pPr>
        <w:bidi/>
        <w:spacing w:before="0" w:after="60"/>
        <w:jc w:val="both"/>
      </w:pPr>
      <w:r>
        <w:rPr>
          <w:rtl/>
        </w:rPr>
        <w:t>ה. ‪2.5 × 0.4 = __________‬</w:t>
      </w:r>
    </w:p>
    <w:p>
      <w:pPr>
        <w:bidi/>
        <w:spacing w:before="0" w:after="60"/>
        <w:jc w:val="both"/>
      </w:pPr>
      <w:r>
        <w:rPr>
          <w:rtl/>
        </w:rPr>
        <w:t>ו. ‪0.8 × 0.09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 בלי נקודה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ספרות אחרי הנקודה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‪2.3 × 0.4‬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‪0.15 × 0.6‬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‪3.2 × 1.25‬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נתון: ‪24 × 13 = 312‬. השתמשו בו וחשבו.</w:t>
      </w:r>
    </w:p>
    <w:p>
      <w:pPr>
        <w:bidi/>
        <w:spacing w:before="0" w:after="60"/>
        <w:jc w:val="both"/>
      </w:pPr>
      <w:r>
        <w:rPr>
          <w:rtl/>
        </w:rPr>
        <w:t>א. ‪2.4 × 1.3 = __________‬</w:t>
      </w:r>
    </w:p>
    <w:p>
      <w:pPr>
        <w:bidi/>
        <w:spacing w:before="0" w:after="60"/>
        <w:jc w:val="both"/>
      </w:pPr>
      <w:r>
        <w:rPr>
          <w:rtl/>
        </w:rPr>
        <w:t>ב. ‪24 × 0.13 = __________‬</w:t>
      </w:r>
    </w:p>
    <w:p>
      <w:pPr>
        <w:bidi/>
        <w:spacing w:before="0" w:after="60"/>
        <w:jc w:val="both"/>
      </w:pPr>
      <w:r>
        <w:rPr>
          <w:rtl/>
        </w:rPr>
        <w:t>ג. ‪0.24 × 1.3 = __________‬</w:t>
      </w:r>
    </w:p>
    <w:p>
      <w:pPr>
        <w:bidi/>
        <w:spacing w:before="0" w:after="60"/>
        <w:jc w:val="both"/>
      </w:pPr>
      <w:r>
        <w:rPr>
          <w:rtl/>
        </w:rPr>
        <w:t>ד. ‪2.4 × 13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‪0.4 × 0.4 = ?‬</w:t>
      </w:r>
    </w:p>
    <w:p>
      <w:pPr>
        <w:bidi/>
        <w:spacing w:before="0" w:after="80"/>
        <w:jc w:val="both"/>
      </w:pPr>
      <w:r>
        <w:rPr>
          <w:rtl/>
        </w:rPr>
        <w:t xml:space="preserve">   ○ 1.6      ○ 0.16      ○ 0.8      ○ 0.016</w:t>
      </w:r>
    </w:p>
    <w:p>
      <w:pPr>
        <w:bidi/>
        <w:spacing w:before="0" w:after="20"/>
        <w:jc w:val="both"/>
      </w:pPr>
      <w:r>
        <w:rPr>
          <w:rtl/>
        </w:rPr>
        <w:t>ב. אומדן: המכפלה ‪5.9 × 4.1‬ קרובה ל:</w:t>
      </w:r>
    </w:p>
    <w:p>
      <w:pPr>
        <w:bidi/>
        <w:spacing w:before="0" w:after="80"/>
        <w:jc w:val="both"/>
      </w:pPr>
      <w:r>
        <w:rPr>
          <w:rtl/>
        </w:rPr>
        <w:t xml:space="preserve">   ○ 2.4      ○ 10      ○ 24      ○ 240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‪0.5 × 0.5 = 2.5‬      נכון / לא נכון</w:t>
      </w:r>
    </w:p>
    <w:p>
      <w:pPr>
        <w:bidi/>
        <w:spacing w:before="0" w:after="60"/>
        <w:jc w:val="both"/>
      </w:pPr>
      <w:r>
        <w:rPr>
          <w:rtl/>
        </w:rPr>
        <w:t>ב. כשכופלים מספר ב-0.5, מקבלים חצי ממנו.      נכון / לא נכון</w:t>
      </w:r>
    </w:p>
    <w:p>
      <w:pPr>
        <w:bidi/>
        <w:spacing w:before="0" w:after="60"/>
        <w:jc w:val="both"/>
      </w:pPr>
      <w:r>
        <w:rPr>
          <w:rtl/>
        </w:rPr>
        <w:t>ג. ‪3 × 0.3 = 0.9‬      נכון / לא נכון</w:t>
      </w:r>
    </w:p>
    <w:p>
      <w:pPr>
        <w:bidi/>
        <w:spacing w:before="0" w:after="60"/>
        <w:jc w:val="both"/>
      </w:pPr>
      <w:r>
        <w:rPr>
          <w:rtl/>
        </w:rPr>
        <w:t>ד. מכפלה של שני שברים עשרוניים שקטנים מ-1 גדולה מכל אחד מהם.      נכון / לא נכון</w:t>
      </w:r>
    </w:p>
    <w:p>
      <w:pPr>
        <w:bidi/>
        <w:spacing w:before="0" w:after="60"/>
        <w:jc w:val="both"/>
      </w:pPr>
      <w:r>
        <w:rPr>
          <w:rtl/>
        </w:rPr>
        <w:t>ה. ‪1.5 × 4 = 6‬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המכפלה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‪0.2 ×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0.06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 ×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0.81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‪0.02 ×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0.006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‪2.5 ×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‪1.1 × 1.1‬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1.21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‪0.9 × 0.9‬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0.6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המכפלה קטנה מ-6 או גדולה מ-6? מיינו.</w:t>
      </w:r>
    </w:p>
    <w:p>
      <w:pPr>
        <w:bidi/>
        <w:spacing w:before="0" w:after="80"/>
        <w:jc w:val="both"/>
      </w:pPr>
      <w:r>
        <w:rPr>
          <w:color w:val="3F6212"/>
          <w:sz w:val="24"/>
          <w:szCs w:val="24"/>
          <w:rtl/>
        </w:rPr>
        <w:t>המילים: ‪6 × 0.9‬  |  ‪6 × 1.2‬  |  ‪6 × 0.05‬  |  ‪6 × 2.5‬  |  ‪6 × 0.99‬  |  ‪6 × 1.01‬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מ-6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60"/>
        <w:jc w:val="both"/>
      </w:pPr>
      <w:r>
        <w:rPr>
          <w:rtl/>
        </w:rPr>
        <w:t>א. ‪0.3 × __________ = 0.12‬</w:t>
      </w:r>
    </w:p>
    <w:p>
      <w:pPr>
        <w:bidi/>
        <w:spacing w:before="0" w:after="60"/>
        <w:jc w:val="both"/>
      </w:pPr>
      <w:r>
        <w:rPr>
          <w:rtl/>
        </w:rPr>
        <w:t>ב. ‪__________ × 0.5 = 2‬</w:t>
      </w:r>
    </w:p>
    <w:p>
      <w:pPr>
        <w:bidi/>
        <w:spacing w:before="0" w:after="60"/>
        <w:jc w:val="both"/>
      </w:pPr>
      <w:r>
        <w:rPr>
          <w:rtl/>
        </w:rPr>
        <w:t>ג. ‪1.2 × __________ = 0.36‬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במאונך ובדקו באומדן: ‪3.46 × 2.7‬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בעזרת שברים פשוטים למה ‪0.3 × 0.2 = 0.06‬ ולא 0.6.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שני זוגות של שברים עשרוניים, שכל אחד מהם קטן מ-1, והמכפלה של כל זוג היא 0.12.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קילוגרם עגבניות עולה 4.5 ₪. כמה עולים 3 ק"ג עגבניות?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עובייה של מחברת 0.8 ס"מ. נועם הניח 6 מחברות זו על זו. מה גובה הערימה?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קילוגרם תפוחים עולה 6.4 ₪. משה קנה 2.5 ק"ג תפוחים. כמה שילם?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מכונית צורכת 0.08 ליטר דלק לכל קילומטר. כמה ליטרים תצרוך בנסיעה של 35 ק"מ?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אריאל קנה בשוק בחיפה 1.5 ק"ג גבינה ב-32 ₪ לקילוגרם, ו-2.4 ק"ג ענבים ב-12.5 ₪ לקילוגרם. הוא שילם 100 ₪. כמה עודף קיבל?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אורך החדר של איתי 4.2 מטרים ורוחבו 3.5 מטרים. פרקט עולה 80 ₪ לכל מ"ר. מה שטח החדר, וכמה יעלה הפרקט לכל החדר?</w:t>
      </w:r>
    </w:p>
    <w:p>
      <w:pPr>
        <w:bidi/>
        <w:spacing w:before="0" w:after="20"/>
        <w:jc w:val="both"/>
      </w:pPr>
      <w:r>
        <w:rPr>
          <w:b/>
          <w:bCs/>
          <w:color w:val="3F6212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דף עבודה – תשובות</w:t>
      </w:r>
    </w:p>
    <w:p>
      <w:pPr>
        <w:bidi/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6"/>
          <w:szCs w:val="36"/>
          <w:rtl/>
        </w:rPr>
        <w:t>תשובות – כפל שברים עשרוניים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חשבו.</w:t>
      </w:r>
    </w:p>
    <w:p>
      <w:pPr>
        <w:bidi/>
        <w:spacing w:before="0" w:after="40"/>
        <w:jc w:val="both"/>
      </w:pPr>
      <w:r>
        <w:rPr>
          <w:rtl/>
        </w:rPr>
        <w:t>א. ‪4 × 0.2 = 0.8‬</w:t>
      </w:r>
    </w:p>
    <w:p>
      <w:pPr>
        <w:bidi/>
        <w:spacing w:before="0" w:after="40"/>
        <w:jc w:val="both"/>
      </w:pPr>
      <w:r>
        <w:rPr>
          <w:rtl/>
        </w:rPr>
        <w:t>ב. ‪7 × 0.6 = 4.2‬</w:t>
      </w:r>
    </w:p>
    <w:p>
      <w:pPr>
        <w:bidi/>
        <w:spacing w:before="0" w:after="40"/>
        <w:jc w:val="both"/>
      </w:pPr>
      <w:r>
        <w:rPr>
          <w:rtl/>
        </w:rPr>
        <w:t>ג. ‪3 × 1.5 = 4.5‬</w:t>
      </w:r>
    </w:p>
    <w:p>
      <w:pPr>
        <w:bidi/>
        <w:spacing w:before="0" w:after="40"/>
        <w:jc w:val="both"/>
      </w:pPr>
      <w:r>
        <w:rPr>
          <w:rtl/>
        </w:rPr>
        <w:t>ד. ‪5 × 0.08 = 0.4‬</w:t>
      </w:r>
    </w:p>
    <w:p>
      <w:pPr>
        <w:bidi/>
        <w:spacing w:before="0" w:after="40"/>
        <w:jc w:val="both"/>
      </w:pPr>
      <w:r>
        <w:rPr>
          <w:rtl/>
        </w:rPr>
        <w:t>ה. ‪8 × 2.25 = 18‬</w:t>
      </w:r>
    </w:p>
    <w:p>
      <w:pPr>
        <w:bidi/>
        <w:spacing w:before="0" w:after="40"/>
        <w:jc w:val="both"/>
      </w:pPr>
      <w:r>
        <w:rPr>
          <w:rtl/>
        </w:rPr>
        <w:t>ו. ‪12 × 0.15 = 1.8‬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חשבו.</w:t>
      </w:r>
    </w:p>
    <w:p>
      <w:pPr>
        <w:bidi/>
        <w:spacing w:before="0" w:after="40"/>
        <w:jc w:val="both"/>
      </w:pPr>
      <w:r>
        <w:rPr>
          <w:rtl/>
        </w:rPr>
        <w:t>א. ‪0.3 × 0.4 = 0.12‬</w:t>
      </w:r>
    </w:p>
    <w:p>
      <w:pPr>
        <w:bidi/>
        <w:spacing w:before="0" w:after="40"/>
        <w:jc w:val="both"/>
      </w:pPr>
      <w:r>
        <w:rPr>
          <w:rtl/>
        </w:rPr>
        <w:t>ב. ‪0.6 × 0.5 = 0.3‬</w:t>
      </w:r>
    </w:p>
    <w:p>
      <w:pPr>
        <w:bidi/>
        <w:spacing w:before="0" w:after="40"/>
        <w:jc w:val="both"/>
      </w:pPr>
      <w:r>
        <w:rPr>
          <w:rtl/>
        </w:rPr>
        <w:t>ג. ‪0.2 × 0.07 = 0.014‬</w:t>
      </w:r>
    </w:p>
    <w:p>
      <w:pPr>
        <w:bidi/>
        <w:spacing w:before="0" w:after="40"/>
        <w:jc w:val="both"/>
      </w:pPr>
      <w:r>
        <w:rPr>
          <w:rtl/>
        </w:rPr>
        <w:t>ד. ‪1.2 × 0.3 = 0.36‬</w:t>
      </w:r>
    </w:p>
    <w:p>
      <w:pPr>
        <w:bidi/>
        <w:spacing w:before="0" w:after="40"/>
        <w:jc w:val="both"/>
      </w:pPr>
      <w:r>
        <w:rPr>
          <w:rtl/>
        </w:rPr>
        <w:t>ה. ‪2.5 × 0.4 = 1‬</w:t>
      </w:r>
    </w:p>
    <w:p>
      <w:pPr>
        <w:bidi/>
        <w:spacing w:before="0" w:after="40"/>
        <w:jc w:val="both"/>
      </w:pPr>
      <w:r>
        <w:rPr>
          <w:rtl/>
        </w:rPr>
        <w:t>ו. ‪0.8 × 0.09 = 0.072‬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[קל]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תרגיל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 בלי נקודה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ספרות אחרי הנקודה</w:t>
            </w:r>
          </w:p>
        </w:tc>
        <w:tc>
          <w:tcPr>
            <w:tcW w:type="dxa" w:w="2494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מכפלה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‪2.3 × 0.4‬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2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0.92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‪0.15 × 0.6‬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90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0.09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‪3.2 × 1.25‬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3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נתון: ‪24 × 13 = 312‬. השתמשו בו וחשבו.</w:t>
      </w:r>
    </w:p>
    <w:p>
      <w:pPr>
        <w:bidi/>
        <w:spacing w:before="0" w:after="40"/>
        <w:jc w:val="both"/>
      </w:pPr>
      <w:r>
        <w:rPr>
          <w:rtl/>
        </w:rPr>
        <w:t>א. ‪2.4 × 1.3 = 3.12‬</w:t>
      </w:r>
    </w:p>
    <w:p>
      <w:pPr>
        <w:bidi/>
        <w:spacing w:before="0" w:after="40"/>
        <w:jc w:val="both"/>
      </w:pPr>
      <w:r>
        <w:rPr>
          <w:rtl/>
        </w:rPr>
        <w:t>ב. ‪24 × 0.13 = 3.12‬</w:t>
      </w:r>
    </w:p>
    <w:p>
      <w:pPr>
        <w:bidi/>
        <w:spacing w:before="0" w:after="40"/>
        <w:jc w:val="both"/>
      </w:pPr>
      <w:r>
        <w:rPr>
          <w:rtl/>
        </w:rPr>
        <w:t>ג. ‪0.24 × 1.3 = 0.312‬</w:t>
      </w:r>
    </w:p>
    <w:p>
      <w:pPr>
        <w:bidi/>
        <w:spacing w:before="0" w:after="40"/>
        <w:jc w:val="both"/>
      </w:pPr>
      <w:r>
        <w:rPr>
          <w:rtl/>
        </w:rPr>
        <w:t>ד. ‪2.4 × 13 = 31.2‬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‪0.4 × 0.4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0.16</w:t>
      </w:r>
    </w:p>
    <w:p>
      <w:pPr>
        <w:bidi/>
        <w:spacing w:before="0" w:after="20"/>
        <w:jc w:val="both"/>
      </w:pPr>
      <w:r>
        <w:rPr>
          <w:rtl/>
        </w:rPr>
        <w:t>ב. אומדן: המכפלה ‪5.9 × 4.1‬ קרובה ל: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24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‪0.5 × 0.5 = 2.5‬ – לא נכון – ‪0.5 × 0.5 = 0.25‬</w:t>
      </w:r>
    </w:p>
    <w:p>
      <w:pPr>
        <w:bidi/>
        <w:spacing w:before="0" w:after="40"/>
        <w:jc w:val="both"/>
      </w:pPr>
      <w:r>
        <w:rPr>
          <w:rtl/>
        </w:rPr>
        <w:t>ב. כשכופלים מספר ב-0.5, מקבלים חצי ממנו. – נכון</w:t>
      </w:r>
    </w:p>
    <w:p>
      <w:pPr>
        <w:bidi/>
        <w:spacing w:before="0" w:after="40"/>
        <w:jc w:val="both"/>
      </w:pPr>
      <w:r>
        <w:rPr>
          <w:rtl/>
        </w:rPr>
        <w:t>ג. ‪3 × 0.3 = 0.9‬ – נכון</w:t>
      </w:r>
    </w:p>
    <w:p>
      <w:pPr>
        <w:bidi/>
        <w:spacing w:before="0" w:after="40"/>
        <w:jc w:val="both"/>
      </w:pPr>
      <w:r>
        <w:rPr>
          <w:rtl/>
        </w:rPr>
        <w:t>ד. מכפלה של שני שברים עשרוניים שקטנים מ-1 גדולה מכל אחד מהם. – לא נכון – היא קטנה מכל אחד מהם, למשל ‪0.5 × 0.4 = 0.2‬</w:t>
      </w:r>
    </w:p>
    <w:p>
      <w:pPr>
        <w:bidi/>
        <w:spacing w:before="0" w:after="40"/>
        <w:jc w:val="both"/>
      </w:pPr>
      <w:r>
        <w:rPr>
          <w:rtl/>
        </w:rPr>
        <w:t>ה. ‪1.5 × 4 = 6‬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המכפלה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‪0.2 ×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0.06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‪2 ×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[6] 0.81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‪0.02 × 0.3‬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0.006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‪2.5 × 2‬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5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‪1.1 × 1.1‬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1.21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6. ‪0.9 × 0.9‬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0.6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בלי לחשב: האם המכפלה קטנה מ-6 או גדולה מ-6? מיינו.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קטנה מ-6</w:t>
            </w:r>
          </w:p>
        </w:tc>
        <w:tc>
          <w:tcPr>
            <w:tcW w:type="dxa" w:w="4989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גדולה מ-6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0.9‬, ‪6 × 0.05‬, ‪6 × 0.99‬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‪6 × 1.2‬, ‪6 × 2.5‬, ‪6 × 1.01‬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השלימו את המספר החסר.</w:t>
      </w:r>
    </w:p>
    <w:p>
      <w:pPr>
        <w:bidi/>
        <w:spacing w:before="0" w:after="40"/>
        <w:jc w:val="both"/>
      </w:pPr>
      <w:r>
        <w:rPr>
          <w:rtl/>
        </w:rPr>
        <w:t>א. ‪0.3 × 0.4 = 0.12‬</w:t>
      </w:r>
    </w:p>
    <w:p>
      <w:pPr>
        <w:bidi/>
        <w:spacing w:before="0" w:after="40"/>
        <w:jc w:val="both"/>
      </w:pPr>
      <w:r>
        <w:rPr>
          <w:rtl/>
        </w:rPr>
        <w:t>ב. ‪4 × 0.5 = 2‬</w:t>
      </w:r>
    </w:p>
    <w:p>
      <w:pPr>
        <w:bidi/>
        <w:spacing w:before="0" w:after="40"/>
        <w:jc w:val="both"/>
      </w:pPr>
      <w:r>
        <w:rPr>
          <w:rtl/>
        </w:rPr>
        <w:t>ג. ‪1.2 × 0.3 = 0.36‬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פתרו במאונך ובדקו באומדן: ‪3.46 × 2.7‬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‪346 × 27 = 9,342‬. בגורמים יש 3 ספרות אחרי הנקודה ‪(2 + 1)‬, ולכן ‪3.46 × 2.7 = 9.342‬. אומדן: ‪3 × 3 = 9‬, והתוצאה קרובה.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הסבירו בעזרת שברים פשוטים למה ‪0.3 × 0.2 = 0.06‬ ולא 0.6.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‪0.3 × 0.2‬ = ³⁄₁₀ × ²⁄₁₀ = ⁶⁄₁₀₀ = 0.06. עשיריות כפול עשיריות הן מאיות.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[אתגר] אתגר: מצאו שני זוגות של שברים עשרוניים, שכל אחד מהם קטן מ-1, והמכפלה של כל זוג היא 0.12.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לדוגמה: ‪0.3 × 0.4 = 0.12‬, וגם ‪0.2 × 0.6 = 0.12‬ (או ‪0.15 × 0.8)‬.</w:t>
      </w:r>
    </w:p>
    <w:p>
      <w:pPr>
        <w:bidi/>
        <w:spacing w:before="240" w:after="40"/>
        <w:jc w:val="both"/>
      </w:pPr>
      <w:r>
        <w:rPr>
          <w:rFonts w:ascii="Arial Black" w:hAnsi="Arial Black" w:cs="Arial Black"/>
          <w:b/>
          <w:bCs/>
          <w:color w:val="3F6212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קילוגרם עגבניות עולה 4.5 ₪. כמה עולים 3 ק"ג עגבניות?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 × 4.5 = 13.5‬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3 ק"ג עולים 13.5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[קל] עובייה של מחברת 0.8 ס"מ. נועם הניח 6 מחברות זו על זו. מה גובה הערימה?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 × 0.8 = 4.8‬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גובה הערימה 4.8 ס"מ.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קילוגרם תפוחים עולה 6.4 ₪. משה קנה 2.5 ק"ג תפוחים. כמה שילם?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‪64 × 25 = 1,600‬ ; ‪6.4 × 2.5 = 16‬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משה שילם 16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[בינוני] מכונית צורכת 0.08 ליטר דלק לכל קילומטר. כמה ליטרים תצרוך בנסיעה של 35 ק"מ?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‪8 × 35 = 280‬ ; ‪0.08 × 35 = 2.8‬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המכונית תצרוך 2.8 ליטרים.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אריאל קנה בשוק בחיפה 1.5 ק"ג גבינה ב-32 ₪ לקילוגרם, ו-2.4 ק"ג ענבים ב-12.5 ₪ לקילוגרם. הוא שילם 100 ₪. כמה עודף קיבל?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‪1.5 × 32 = 48‬ ; ‪2.4 × 12.5 = 30‬ ; ‪48 + 30 = 78‬ ; ‪100 − 78 = 22‬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אריאל קיבל 22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18. [אתגר] אורך החדר של איתי 4.2 מטרים ורוחבו 3.5 מטרים. פרקט עולה 80 ₪ לכל מ"ר. מה שטח החדר, וכמה יעלה הפרקט לכל החדר?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‪4.2 × 3.5 = 14.7‬ ; ‪14.7 × 80 = 1,176‬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שטח החדר 14.7 מ"ר, והפרקט יעלה 1,176 ₪.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