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/>
        <w:spacing w:before="0" w:after="120"/>
        <w:jc w:val="both"/>
      </w:pPr>
      <w:r>
        <w:rPr>
          <w:rFonts w:ascii="Arial" w:hAnsi="Arial" w:cs="Arial"/>
          <w:color w:val="5B6476"/>
          <w:sz w:val="20"/>
          <w:szCs w:val="20"/>
          <w:rtl/>
        </w:rPr>
        <w:t>מתמטיקה · כיתה ו'   |   דף סיכום</w:t>
      </w:r>
    </w:p>
    <w:p>
      <w:pPr>
        <w:bidi/>
        <w:spacing w:before="0" w:after="120"/>
        <w:jc w:val="both"/>
      </w:pPr>
      <w:r>
        <w:rPr>
          <w:rFonts w:ascii="Tahoma" w:hAnsi="Tahoma" w:cs="Tahoma"/>
          <w:b/>
          <w:bCs/>
          <w:color w:val="C2410C"/>
          <w:sz w:val="44"/>
          <w:szCs w:val="44"/>
          <w:rtl/>
        </w:rPr>
        <w:t>חילוק שברים עשרוניים</w:t>
      </w:r>
    </w:p>
    <w:p>
      <w:pPr>
        <w:bidi/>
        <w:spacing w:before="0" w:after="160"/>
        <w:jc w:val="both"/>
      </w:pPr>
      <w:r>
        <w:rPr>
          <w:rFonts w:ascii="Arial" w:hAnsi="Arial" w:cs="Arial"/>
          <w:b/>
          <w:bCs/>
          <w:color w:val="C2410C"/>
          <w:sz w:val="24"/>
          <w:szCs w:val="24"/>
          <w:rtl/>
        </w:rPr>
        <w:t>דף סיכום: חילוק שבר עשרוני במספר שלם ובשבר עשרוני</w:t>
      </w:r>
    </w:p>
    <w:p>
      <w:pPr>
        <w:bidi/>
        <w:spacing w:before="0" w:after="80"/>
        <w:jc w:val="center"/>
      </w:pPr>
      <w:r>
        <w:drawing>
          <wp:inline xmlns:a="http://schemas.openxmlformats.org/drawingml/2006/main" xmlns:pic="http://schemas.openxmlformats.org/drawingml/2006/picture">
            <wp:extent cx="2520000" cy="16800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math_g6_t07.jp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2520000" cy="1680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bidi/>
        <w:spacing w:before="120" w:after="40"/>
        <w:jc w:val="both"/>
      </w:pPr>
      <w:r>
        <w:rPr>
          <w:rFonts w:ascii="Tahoma" w:hAnsi="Tahoma" w:cs="Tahoma"/>
          <w:b/>
          <w:bCs/>
          <w:color w:val="C2410C"/>
          <w:sz w:val="28"/>
          <w:szCs w:val="28"/>
          <w:rtl/>
        </w:rPr>
        <w:t>◆ חילוק במספר שלם</w:t>
      </w:r>
    </w:p>
    <w:p>
      <w:pPr>
        <w:bidi/>
        <w:spacing w:before="0" w:after="40"/>
        <w:jc w:val="both"/>
      </w:pPr>
      <w:r>
        <w:rPr>
          <w:rtl/>
        </w:rPr>
        <w:t>מחלקים כמו במספרים שלמים, והנקודה במנה עומדת מעל הנקודה במחולק. נשארה שארית? מוסיפים 0 וממשיכים.</w:t>
      </w:r>
    </w:p>
    <w:p>
      <w:pPr>
        <w:bidi/>
        <w:spacing w:before="0" w:after="120"/>
        <w:jc w:val="both"/>
      </w:pPr>
      <w:r>
        <w:rPr>
          <w:color w:val="334055"/>
          <w:sz w:val="24"/>
          <w:szCs w:val="24"/>
          <w:rtl/>
        </w:rPr>
        <w:t>דוגמאות: ‪8.4 : 4 = 2.1 · 3 : 4 = 0.75‬</w:t>
      </w:r>
    </w:p>
    <w:p>
      <w:pPr>
        <w:bidi/>
        <w:spacing w:before="120" w:after="40"/>
        <w:jc w:val="both"/>
      </w:pPr>
      <w:r>
        <w:rPr>
          <w:rFonts w:ascii="Tahoma" w:hAnsi="Tahoma" w:cs="Tahoma"/>
          <w:b/>
          <w:bCs/>
          <w:color w:val="C2410C"/>
          <w:sz w:val="28"/>
          <w:szCs w:val="28"/>
          <w:rtl/>
        </w:rPr>
        <w:t>◆ חילוק בשבר עשרוני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2494"/>
        <w:gridCol w:w="2494"/>
        <w:gridCol w:w="2494"/>
        <w:gridCol w:w="2494"/>
      </w:tblGrid>
      <w:tr>
        <w:tc>
          <w:tcPr>
            <w:tcW w:type="dxa" w:w="2494"/>
            <w:shd w:val="clear" w:color="auto" w:fill="c2410c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תרגיל</w:t>
            </w:r>
          </w:p>
        </w:tc>
        <w:tc>
          <w:tcPr>
            <w:tcW w:type="dxa" w:w="2494"/>
            <w:shd w:val="clear" w:color="auto" w:fill="c2410c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כופלים את שניהם ב-</w:t>
            </w:r>
          </w:p>
        </w:tc>
        <w:tc>
          <w:tcPr>
            <w:tcW w:type="dxa" w:w="2494"/>
            <w:shd w:val="clear" w:color="auto" w:fill="c2410c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תרגיל שקול</w:t>
            </w:r>
          </w:p>
        </w:tc>
        <w:tc>
          <w:tcPr>
            <w:tcW w:type="dxa" w:w="2494"/>
            <w:shd w:val="clear" w:color="auto" w:fill="c2410c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מנה</w:t>
            </w:r>
          </w:p>
        </w:tc>
      </w:tr>
      <w:tr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‪2.4 : 0.6‬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10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‪24 : 6‬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4</w:t>
            </w:r>
          </w:p>
        </w:tc>
      </w:tr>
      <w:tr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‪1.5 : 0.25‬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100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‪150 : 25‬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6</w:t>
            </w:r>
          </w:p>
        </w:tc>
      </w:tr>
    </w:tbl>
    <w:p>
      <w:pPr>
        <w:bidi/>
        <w:spacing w:before="0" w:after="40"/>
        <w:jc w:val="both"/>
      </w:pPr>
    </w:p>
    <w:p>
      <w:pPr>
        <w:bidi/>
        <w:spacing w:before="120" w:after="40"/>
        <w:jc w:val="both"/>
      </w:pPr>
      <w:r>
        <w:rPr>
          <w:rFonts w:ascii="Tahoma" w:hAnsi="Tahoma" w:cs="Tahoma"/>
          <w:b/>
          <w:bCs/>
          <w:color w:val="C2410C"/>
          <w:sz w:val="28"/>
          <w:szCs w:val="28"/>
          <w:rtl/>
        </w:rPr>
        <w:t>◆ בדיקה ואומדן</w:t>
      </w:r>
    </w:p>
    <w:p>
      <w:pPr>
        <w:bidi/>
        <w:spacing w:before="0" w:after="20"/>
        <w:jc w:val="both"/>
      </w:pPr>
      <w:r>
        <w:rPr>
          <w:rtl/>
        </w:rPr>
        <w:t>1. בודקים בכפל: ‪4 × 0.6 = 2.4‬</w:t>
      </w:r>
    </w:p>
    <w:p>
      <w:pPr>
        <w:bidi/>
        <w:spacing w:before="0" w:after="20"/>
        <w:jc w:val="both"/>
      </w:pPr>
      <w:r>
        <w:rPr>
          <w:rtl/>
        </w:rPr>
        <w:t>2. חילוק במספר קטן מ-1 מגדיל: ‪3 : 0.5 = 6‬</w:t>
      </w:r>
    </w:p>
    <w:p>
      <w:pPr>
        <w:bidi/>
        <w:spacing w:before="80" w:after="160"/>
        <w:jc w:val="both"/>
      </w:pPr>
      <w:r>
        <w:rPr>
          <w:b/>
          <w:bCs/>
          <w:color w:val="9A5B00"/>
          <w:sz w:val="25"/>
          <w:szCs w:val="25"/>
          <w:rtl/>
        </w:rPr>
        <w:t>זכרו! במחלק עשרוני – הזיזו את הנקודה באותו מספר מקומות גם במחולק וגם במחלק: ‪4.8 : 0.12 = 480 : 12 = 40‬.</w:t>
      </w:r>
    </w:p>
    <w:p>
      <w:pPr>
        <w:bidi/>
        <w:spacing w:before="120" w:after="40"/>
        <w:jc w:val="both"/>
      </w:pPr>
      <w:r>
        <w:rPr>
          <w:b/>
          <w:bCs/>
          <w:color w:val="0F7A4F"/>
          <w:sz w:val="25"/>
          <w:szCs w:val="25"/>
          <w:rtl/>
        </w:rPr>
        <w:t>✏️ דוגמה פתורה: בבקבוק 1.5 ליטר מיץ. מוזגים אותו לכוסות של 0.3 ליטר. כמה כוסות מתמלאות?</w:t>
      </w:r>
    </w:p>
    <w:p>
      <w:pPr>
        <w:bidi/>
        <w:spacing w:before="0" w:after="20"/>
        <w:jc w:val="both"/>
      </w:pPr>
      <w:r>
        <w:rPr>
          <w:rtl/>
        </w:rPr>
        <w:t>1. ‪1.5 : 0.3‬</w:t>
      </w:r>
    </w:p>
    <w:p>
      <w:pPr>
        <w:bidi/>
        <w:spacing w:before="0" w:after="20"/>
        <w:jc w:val="both"/>
      </w:pPr>
      <w:r>
        <w:rPr>
          <w:rtl/>
        </w:rPr>
        <w:t>2. כופלים את שניהם ב-‪10: 15 : 3 = 5‬</w:t>
      </w:r>
    </w:p>
    <w:p>
      <w:pPr>
        <w:bidi/>
        <w:spacing w:before="0" w:after="20"/>
        <w:jc w:val="both"/>
      </w:pPr>
      <w:r>
        <w:rPr>
          <w:rtl/>
        </w:rPr>
        <w:t>3. בדיקה: ‪5 × 0.3 = 1.5‬</w:t>
      </w:r>
    </w:p>
    <w:p>
      <w:pPr>
        <w:bidi/>
        <w:spacing w:before="0" w:after="120"/>
        <w:jc w:val="both"/>
      </w:pPr>
      <w:r>
        <w:rPr>
          <w:b/>
          <w:bCs/>
          <w:sz w:val="25"/>
          <w:szCs w:val="25"/>
          <w:rtl/>
        </w:rPr>
        <w:t>התשובה: מתמלאות 5 כוסות.</w:t>
      </w:r>
    </w:p>
    <w:p>
      <w:pPr>
        <w:bidi/>
        <w:spacing w:before="120" w:after="80"/>
        <w:jc w:val="both"/>
      </w:pPr>
      <w:r>
        <w:rPr>
          <w:rFonts w:ascii="Tahoma" w:hAnsi="Tahoma" w:cs="Tahoma"/>
          <w:b/>
          <w:bCs/>
          <w:color w:val="C2410C"/>
          <w:sz w:val="28"/>
          <w:szCs w:val="28"/>
          <w:rtl/>
        </w:rPr>
        <w:t>בודקים את עצמנו – חשבו:</w:t>
      </w:r>
    </w:p>
    <w:p>
      <w:pPr>
        <w:bidi/>
        <w:spacing w:before="0" w:after="60"/>
        <w:jc w:val="both"/>
      </w:pPr>
      <w:r>
        <w:rPr>
          <w:rtl/>
        </w:rPr>
        <w:t>א. ‪6.3 : 3 = __________‬</w:t>
      </w:r>
    </w:p>
    <w:p>
      <w:pPr>
        <w:bidi/>
        <w:spacing w:before="0" w:after="60"/>
        <w:jc w:val="both"/>
      </w:pPr>
      <w:r>
        <w:rPr>
          <w:rtl/>
        </w:rPr>
        <w:t>ב. ‪1.8 : 0.6 = __________‬</w:t>
      </w:r>
    </w:p>
    <w:p>
      <w:pPr>
        <w:bidi/>
        <w:spacing w:before="0" w:after="60"/>
        <w:jc w:val="both"/>
      </w:pPr>
      <w:r>
        <w:rPr>
          <w:rtl/>
        </w:rPr>
        <w:t>ג. ‪5 : 0.25 = __________‬</w:t>
      </w:r>
    </w:p>
    <w:p>
      <w:pPr>
        <w:bidi/>
        <w:spacing w:before="0" w:after="60"/>
        <w:jc w:val="both"/>
      </w:pPr>
      <w:r>
        <w:rPr>
          <w:rtl/>
        </w:rPr>
        <w:t>ד. ‪0.9 : 4 = __________‬</w:t>
      </w:r>
    </w:p>
    <w:p>
      <w:pPr>
        <w:bidi/>
        <w:spacing w:before="120" w:after="80"/>
        <w:jc w:val="both"/>
      </w:pPr>
      <w:r>
        <w:rPr>
          <w:color w:val="5B6476"/>
          <w:sz w:val="21"/>
          <w:szCs w:val="21"/>
          <w:rtl/>
        </w:rPr>
        <w:t>תשובות לבדיקה עצמית: א. 2.1 · ב. 3 · ג. 20 · ד. 0.225</w:t>
      </w:r>
    </w:p>
    <w:sectPr w:rsidR="00FC693F" w:rsidRPr="0006063C" w:rsidSect="00034616">
      <w:footerReference w:type="default" r:id="rId9"/>
      <w:pgSz w:w="11906" w:h="16838"/>
      <w:pgMar w:top="850" w:right="964" w:bottom="907" w:left="964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bidi/>
      <w:spacing w:before="0" w:after="80"/>
      <w:jc w:val="center"/>
    </w:pPr>
    <w:r>
      <w:fldChar w:fldCharType="begin"/>
      <w:instrText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/>
      <w:sz w:val="25"/>
      <w:szCs w:val="25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