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חילוק שברים עשרוניים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מחלק שלם: מחלקים כרגיל, ומציבים במנה נקודה בדיוק מעל הנקודה של המחולק.</w:t>
      </w:r>
    </w:p>
    <w:p>
      <w:pPr>
        <w:bidi/>
        <w:spacing w:before="0" w:after="20"/>
        <w:jc w:val="both"/>
      </w:pPr>
      <w:r>
        <w:rPr>
          <w:rtl/>
        </w:rPr>
        <w:t>2. כשנשארת שארית – מוסיפים 0 אחרי הספרה האחרונה וממשיכים לחלק.</w:t>
      </w:r>
    </w:p>
    <w:p>
      <w:pPr>
        <w:bidi/>
        <w:spacing w:before="0" w:after="20"/>
        <w:jc w:val="both"/>
      </w:pPr>
      <w:r>
        <w:rPr>
          <w:rtl/>
        </w:rPr>
        <w:t>3. מחלק עשרוני: כופלים את המחולק ואת המחלק באותו מספר (10, 100…) עד שהמחלק שלם, למשל ‪8.4 : 0.6 = 84 : 6‬.</w:t>
      </w:r>
    </w:p>
    <w:p>
      <w:pPr>
        <w:bidi/>
        <w:spacing w:before="0" w:after="20"/>
        <w:jc w:val="both"/>
      </w:pPr>
      <w:r>
        <w:rPr>
          <w:rtl/>
        </w:rPr>
        <w:t>4. בודקים בכפל: המנה × המחלק = המחולק.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‪8.4 : 0.6 = ?‬</w:t>
      </w:r>
    </w:p>
    <w:p>
      <w:pPr>
        <w:bidi/>
        <w:spacing w:before="0" w:after="20"/>
        <w:jc w:val="both"/>
      </w:pPr>
      <w:r>
        <w:rPr>
          <w:rtl/>
        </w:rPr>
        <w:t>1. כופלים את שני המספרים ב-‪10: 8.4 : 0.6 = 84 : 6‬</w:t>
      </w:r>
    </w:p>
    <w:p>
      <w:pPr>
        <w:bidi/>
        <w:spacing w:before="0" w:after="20"/>
        <w:jc w:val="both"/>
      </w:pPr>
      <w:r>
        <w:rPr>
          <w:rtl/>
        </w:rPr>
        <w:t>2. ‪84 : 6 = 14‬</w:t>
      </w:r>
    </w:p>
    <w:p>
      <w:pPr>
        <w:bidi/>
        <w:spacing w:before="0" w:after="20"/>
        <w:jc w:val="both"/>
      </w:pPr>
      <w:r>
        <w:rPr>
          <w:rtl/>
        </w:rPr>
        <w:t>3. בדיקה: ‪14 × 0.6 = 8.4‬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‪6.8 : 2 = __________‬</w:t>
      </w:r>
    </w:p>
    <w:p>
      <w:pPr>
        <w:bidi/>
        <w:spacing w:before="0" w:after="60"/>
        <w:jc w:val="both"/>
      </w:pPr>
      <w:r>
        <w:rPr>
          <w:rtl/>
        </w:rPr>
        <w:t>ב. ‪9.6 : 3 = __________‬</w:t>
      </w:r>
    </w:p>
    <w:p>
      <w:pPr>
        <w:bidi/>
        <w:spacing w:before="0" w:after="60"/>
        <w:jc w:val="both"/>
      </w:pPr>
      <w:r>
        <w:rPr>
          <w:rtl/>
        </w:rPr>
        <w:t>ג. ‪0.84 : 4 = __________‬</w:t>
      </w:r>
    </w:p>
    <w:p>
      <w:pPr>
        <w:bidi/>
        <w:spacing w:before="0" w:after="60"/>
        <w:jc w:val="both"/>
      </w:pPr>
      <w:r>
        <w:rPr>
          <w:rtl/>
        </w:rPr>
        <w:t>ד. ‪4.5 : 5 = __________‬</w:t>
      </w:r>
    </w:p>
    <w:p>
      <w:pPr>
        <w:bidi/>
        <w:spacing w:before="0" w:after="60"/>
        <w:jc w:val="both"/>
      </w:pPr>
      <w:r>
        <w:rPr>
          <w:rtl/>
        </w:rPr>
        <w:t>ה. ‪2.16 : 6 = __________‬</w:t>
      </w:r>
    </w:p>
    <w:p>
      <w:pPr>
        <w:bidi/>
        <w:spacing w:before="0" w:after="60"/>
        <w:jc w:val="both"/>
      </w:pPr>
      <w:r>
        <w:rPr>
          <w:rtl/>
        </w:rPr>
        <w:t>ו. ‪0.7 :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כשנשארת שארית – הוסיפו 0 והמשיכו לחלק.</w:t>
      </w:r>
    </w:p>
    <w:p>
      <w:pPr>
        <w:bidi/>
        <w:spacing w:before="0" w:after="60"/>
        <w:jc w:val="both"/>
      </w:pPr>
      <w:r>
        <w:rPr>
          <w:rtl/>
        </w:rPr>
        <w:t>א. ‪3 : 4 = __________‬</w:t>
      </w:r>
    </w:p>
    <w:p>
      <w:pPr>
        <w:bidi/>
        <w:spacing w:before="0" w:after="60"/>
        <w:jc w:val="both"/>
      </w:pPr>
      <w:r>
        <w:rPr>
          <w:rtl/>
        </w:rPr>
        <w:t>ב. ‪7 : 8 = __________‬</w:t>
      </w:r>
    </w:p>
    <w:p>
      <w:pPr>
        <w:bidi/>
        <w:spacing w:before="0" w:after="60"/>
        <w:jc w:val="both"/>
      </w:pPr>
      <w:r>
        <w:rPr>
          <w:rtl/>
        </w:rPr>
        <w:t>ג. ‪5.4 : 4 = __________‬</w:t>
      </w:r>
    </w:p>
    <w:p>
      <w:pPr>
        <w:bidi/>
        <w:spacing w:before="0" w:after="60"/>
        <w:jc w:val="both"/>
      </w:pPr>
      <w:r>
        <w:rPr>
          <w:rtl/>
        </w:rPr>
        <w:t>ד. ‪9 : 20 = __________‬</w:t>
      </w:r>
    </w:p>
    <w:p>
      <w:pPr>
        <w:bidi/>
        <w:spacing w:before="0" w:after="60"/>
        <w:jc w:val="both"/>
      </w:pPr>
      <w:r>
        <w:rPr>
          <w:rtl/>
        </w:rPr>
        <w:t>ה. ‪1.3 : 5 = __________‬</w:t>
      </w:r>
    </w:p>
    <w:p>
      <w:pPr>
        <w:bidi/>
        <w:spacing w:before="0" w:after="60"/>
        <w:jc w:val="both"/>
      </w:pPr>
      <w:r>
        <w:rPr>
          <w:rtl/>
        </w:rPr>
        <w:t>ו. ‪6.3 : 6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בשבר עשרוני.</w:t>
      </w:r>
    </w:p>
    <w:p>
      <w:pPr>
        <w:bidi/>
        <w:spacing w:before="0" w:after="60"/>
        <w:jc w:val="both"/>
      </w:pPr>
      <w:r>
        <w:rPr>
          <w:rtl/>
        </w:rPr>
        <w:t>א. ‪3.6 : 0.4 = __________‬</w:t>
      </w:r>
    </w:p>
    <w:p>
      <w:pPr>
        <w:bidi/>
        <w:spacing w:before="0" w:after="60"/>
        <w:jc w:val="both"/>
      </w:pPr>
      <w:r>
        <w:rPr>
          <w:rtl/>
        </w:rPr>
        <w:t>ב. ‪2.5 : 0.05 = __________‬</w:t>
      </w:r>
    </w:p>
    <w:p>
      <w:pPr>
        <w:bidi/>
        <w:spacing w:before="0" w:after="60"/>
        <w:jc w:val="both"/>
      </w:pPr>
      <w:r>
        <w:rPr>
          <w:rtl/>
        </w:rPr>
        <w:t>ג. ‪0.48 : 0.06 = __________‬</w:t>
      </w:r>
    </w:p>
    <w:p>
      <w:pPr>
        <w:bidi/>
        <w:spacing w:before="0" w:after="60"/>
        <w:jc w:val="both"/>
      </w:pPr>
      <w:r>
        <w:rPr>
          <w:rtl/>
        </w:rPr>
        <w:t>ד. ‪1.2 : 0.3 = __________‬</w:t>
      </w:r>
    </w:p>
    <w:p>
      <w:pPr>
        <w:bidi/>
        <w:spacing w:before="0" w:after="60"/>
        <w:jc w:val="both"/>
      </w:pPr>
      <w:r>
        <w:rPr>
          <w:rtl/>
        </w:rPr>
        <w:t>ה. ‪4 : 0.8 = __________‬</w:t>
      </w:r>
    </w:p>
    <w:p>
      <w:pPr>
        <w:bidi/>
        <w:spacing w:before="0" w:after="60"/>
        <w:jc w:val="both"/>
      </w:pPr>
      <w:r>
        <w:rPr>
          <w:rtl/>
        </w:rPr>
        <w:t>ו. ‪0.72 : 0.9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תרגיל שקול עם מחלק שלם,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‪4.2 : 0.7‬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‪0.36 : 0.12‬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‪7.5 : 0.25‬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0.03‬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‪8.4 : 4 = ?‬</w:t>
      </w:r>
    </w:p>
    <w:p>
      <w:pPr>
        <w:bidi/>
        <w:spacing w:before="0" w:after="80"/>
        <w:jc w:val="both"/>
      </w:pPr>
      <w:r>
        <w:rPr>
          <w:rtl/>
        </w:rPr>
        <w:t xml:space="preserve">   ○ 2.1      ○ 21      ○ 0.21      ○ 2.01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ל-‪1.5 : 0.03‬?</w:t>
      </w:r>
    </w:p>
    <w:p>
      <w:pPr>
        <w:bidi/>
        <w:spacing w:before="0" w:after="80"/>
        <w:jc w:val="both"/>
      </w:pPr>
      <w:r>
        <w:rPr>
          <w:rtl/>
        </w:rPr>
        <w:t xml:space="preserve">   ○ ‪15 : 3‬      ○ ‪150 : 3‬      ○ ‪1.5 : 3‬      ○ ‪0.15 :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‪6 : 0.5 = 3‬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‪2.4 : 0.6 = 24 : 6‬      נכון / לא נכון</w:t>
      </w:r>
    </w:p>
    <w:p>
      <w:pPr>
        <w:bidi/>
        <w:spacing w:before="0" w:after="60"/>
        <w:jc w:val="both"/>
      </w:pPr>
      <w:r>
        <w:rPr>
          <w:rtl/>
        </w:rPr>
        <w:t>ג. ‪0.9 : 3 = 3‬      נכון / לא נכון</w:t>
      </w:r>
    </w:p>
    <w:p>
      <w:pPr>
        <w:bidi/>
        <w:spacing w:before="0" w:after="60"/>
        <w:jc w:val="both"/>
      </w:pPr>
      <w:r>
        <w:rPr>
          <w:rtl/>
        </w:rPr>
        <w:t>ד. כשמחלקים מספר ב-0.1, המנה גדולה פי 10 מהמחולק.      נכון / לא נכון</w:t>
      </w:r>
    </w:p>
    <w:p>
      <w:pPr>
        <w:bidi/>
        <w:spacing w:before="0" w:after="60"/>
        <w:jc w:val="both"/>
      </w:pPr>
      <w:r>
        <w:rPr>
          <w:rtl/>
        </w:rPr>
        <w:t>ה. ‪5 : 8 = 0.625‬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‪1.2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‪1.2 : 0.4‬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‪12 : 0.4‬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‪0.12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‪1.2 : 0.004‬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0.15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‪1.2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המנה קטנה מ-8 או גדולה מ-8? מיינו.</w:t>
      </w:r>
    </w:p>
    <w:p>
      <w:pPr>
        <w:bidi/>
        <w:spacing w:before="0" w:after="80"/>
        <w:jc w:val="both"/>
      </w:pPr>
      <w:r>
        <w:rPr>
          <w:color w:val="1D4ED8"/>
          <w:sz w:val="24"/>
          <w:szCs w:val="24"/>
          <w:rtl/>
        </w:rPr>
        <w:t>המילים: ‪8 : 0.5‬  |  ‪8 : 2.5‬  |  ‪8 : 0.1‬  |  ‪8 : 4‬  |  ‪8 : 0.8‬  |  ‪8 : 1.6‬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מ-8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‪__________ : 0.3 = 7‬</w:t>
      </w:r>
    </w:p>
    <w:p>
      <w:pPr>
        <w:bidi/>
        <w:spacing w:before="0" w:after="60"/>
        <w:jc w:val="both"/>
      </w:pPr>
      <w:r>
        <w:rPr>
          <w:rtl/>
        </w:rPr>
        <w:t>ב. ‪4.5 : __________ = 9‬</w:t>
      </w:r>
    </w:p>
    <w:p>
      <w:pPr>
        <w:bidi/>
        <w:spacing w:before="0" w:after="60"/>
        <w:jc w:val="both"/>
      </w:pPr>
      <w:r>
        <w:rPr>
          <w:rtl/>
        </w:rPr>
        <w:t>ג. ‪__________ : 5 = 0.16‬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בחילוק ארוך ובדקו בכפל: ‪25.2 : 0.6‬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יואב אמר: «בחילוק, המנה תמיד קטנה מהמחולק». תנו דוגמה עם שבר עשרוני שמראה שהוא טועה, והסבירו.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חשבו ‪1 : 0.125‬. הסבירו בעזרת שבר פשוט למה התוצאה הגיונית.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4 מחברות זהות עלו 18.8 ₪. כמה עלתה מחברת אחת?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חבל באורך 7.5 מטרים נחתך ל-3 חלקים שווים. מה אורך כל חלק?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בבקבוק 1.5 ליטרים של מיץ. כמה כוסות של 0.25 ליטר אפשר למלא ממנו?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גבינה צהובה עולה 32 ₪ לקילוגרם. יואב שילם על גבינה 9.6 ₪. כמה קילוגרמים של גבינה קנה?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אורי ושלושה חברים קנו 2 פיצות, כל אחת ב-49.9 ₪, ובקבוק שתייה ב-12.2 ₪. הם חילקו את התשלום שווה בשווה ביניהם (4 ילדים). כמה שילם כל אחד?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מסלול הטיול באורך 13.5 ק"מ. בבוקר הלכה הקבוצה 4.5 ק"מ, ואת שאר המסלול הלכה ב-2.5 שעות באותו קצב. כמה קילומטרים הלכה הקבוצה בכל שעה בחלק השני?</w:t>
      </w:r>
    </w:p>
    <w:p>
      <w:pPr>
        <w:bidi/>
        <w:spacing w:before="0" w:after="20"/>
        <w:jc w:val="both"/>
      </w:pPr>
      <w:r>
        <w:rPr>
          <w:b/>
          <w:bCs/>
          <w:color w:val="1D4ED8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0F7A4F"/>
          <w:sz w:val="36"/>
          <w:szCs w:val="36"/>
          <w:rtl/>
        </w:rPr>
        <w:t>תשובות – חילוק שברים עשרוניים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‪6.8 : 2 = 3.4‬</w:t>
      </w:r>
    </w:p>
    <w:p>
      <w:pPr>
        <w:bidi/>
        <w:spacing w:before="0" w:after="40"/>
        <w:jc w:val="both"/>
      </w:pPr>
      <w:r>
        <w:rPr>
          <w:rtl/>
        </w:rPr>
        <w:t>ב. ‪9.6 : 3 = 3.2‬</w:t>
      </w:r>
    </w:p>
    <w:p>
      <w:pPr>
        <w:bidi/>
        <w:spacing w:before="0" w:after="40"/>
        <w:jc w:val="both"/>
      </w:pPr>
      <w:r>
        <w:rPr>
          <w:rtl/>
        </w:rPr>
        <w:t>ג. ‪0.84 : 4 = 0.21‬</w:t>
      </w:r>
    </w:p>
    <w:p>
      <w:pPr>
        <w:bidi/>
        <w:spacing w:before="0" w:after="40"/>
        <w:jc w:val="both"/>
      </w:pPr>
      <w:r>
        <w:rPr>
          <w:rtl/>
        </w:rPr>
        <w:t>ד. ‪4.5 : 5 = 0.9‬</w:t>
      </w:r>
    </w:p>
    <w:p>
      <w:pPr>
        <w:bidi/>
        <w:spacing w:before="0" w:after="40"/>
        <w:jc w:val="both"/>
      </w:pPr>
      <w:r>
        <w:rPr>
          <w:rtl/>
        </w:rPr>
        <w:t>ה. ‪2.16 : 6 = 0.36‬</w:t>
      </w:r>
    </w:p>
    <w:p>
      <w:pPr>
        <w:bidi/>
        <w:spacing w:before="0" w:after="40"/>
        <w:jc w:val="both"/>
      </w:pPr>
      <w:r>
        <w:rPr>
          <w:rtl/>
        </w:rPr>
        <w:t>ו. ‪0.7 : 7 = 0.1‬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 כשנשארת שארית – הוסיפו 0 והמשיכו לחלק.</w:t>
      </w:r>
    </w:p>
    <w:p>
      <w:pPr>
        <w:bidi/>
        <w:spacing w:before="0" w:after="40"/>
        <w:jc w:val="both"/>
      </w:pPr>
      <w:r>
        <w:rPr>
          <w:rtl/>
        </w:rPr>
        <w:t>א. ‪3 : 4 = 0.75‬</w:t>
      </w:r>
    </w:p>
    <w:p>
      <w:pPr>
        <w:bidi/>
        <w:spacing w:before="0" w:after="40"/>
        <w:jc w:val="both"/>
      </w:pPr>
      <w:r>
        <w:rPr>
          <w:rtl/>
        </w:rPr>
        <w:t>ב. ‪7 : 8 = 0.875‬</w:t>
      </w:r>
    </w:p>
    <w:p>
      <w:pPr>
        <w:bidi/>
        <w:spacing w:before="0" w:after="40"/>
        <w:jc w:val="both"/>
      </w:pPr>
      <w:r>
        <w:rPr>
          <w:rtl/>
        </w:rPr>
        <w:t>ג. ‪5.4 : 4 = 1.35‬</w:t>
      </w:r>
    </w:p>
    <w:p>
      <w:pPr>
        <w:bidi/>
        <w:spacing w:before="0" w:after="40"/>
        <w:jc w:val="both"/>
      </w:pPr>
      <w:r>
        <w:rPr>
          <w:rtl/>
        </w:rPr>
        <w:t>ד. ‪9 : 20 = 0.45‬</w:t>
      </w:r>
    </w:p>
    <w:p>
      <w:pPr>
        <w:bidi/>
        <w:spacing w:before="0" w:after="40"/>
        <w:jc w:val="both"/>
      </w:pPr>
      <w:r>
        <w:rPr>
          <w:rtl/>
        </w:rPr>
        <w:t>ה. ‪1.3 : 5 = 0.26‬</w:t>
      </w:r>
    </w:p>
    <w:p>
      <w:pPr>
        <w:bidi/>
        <w:spacing w:before="0" w:after="40"/>
        <w:jc w:val="both"/>
      </w:pPr>
      <w:r>
        <w:rPr>
          <w:rtl/>
        </w:rPr>
        <w:t>ו. ‪6.3 : 6 = 1.05‬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חלקו בשבר עשרוני.</w:t>
      </w:r>
    </w:p>
    <w:p>
      <w:pPr>
        <w:bidi/>
        <w:spacing w:before="0" w:after="40"/>
        <w:jc w:val="both"/>
      </w:pPr>
      <w:r>
        <w:rPr>
          <w:rtl/>
        </w:rPr>
        <w:t>א. ‪3.6 : 0.4 = 9‬</w:t>
      </w:r>
    </w:p>
    <w:p>
      <w:pPr>
        <w:bidi/>
        <w:spacing w:before="0" w:after="40"/>
        <w:jc w:val="both"/>
      </w:pPr>
      <w:r>
        <w:rPr>
          <w:rtl/>
        </w:rPr>
        <w:t>ב. ‪2.5 : 0.05 = 50‬</w:t>
      </w:r>
    </w:p>
    <w:p>
      <w:pPr>
        <w:bidi/>
        <w:spacing w:before="0" w:after="40"/>
        <w:jc w:val="both"/>
      </w:pPr>
      <w:r>
        <w:rPr>
          <w:rtl/>
        </w:rPr>
        <w:t>ג. ‪0.48 : 0.06 = 8‬</w:t>
      </w:r>
    </w:p>
    <w:p>
      <w:pPr>
        <w:bidi/>
        <w:spacing w:before="0" w:after="40"/>
        <w:jc w:val="both"/>
      </w:pPr>
      <w:r>
        <w:rPr>
          <w:rtl/>
        </w:rPr>
        <w:t>ד. ‪1.2 : 0.3 = 4‬</w:t>
      </w:r>
    </w:p>
    <w:p>
      <w:pPr>
        <w:bidi/>
        <w:spacing w:before="0" w:after="40"/>
        <w:jc w:val="both"/>
      </w:pPr>
      <w:r>
        <w:rPr>
          <w:rtl/>
        </w:rPr>
        <w:t>ה. ‪4 : 0.8 = 5‬</w:t>
      </w:r>
    </w:p>
    <w:p>
      <w:pPr>
        <w:bidi/>
        <w:spacing w:before="0" w:after="40"/>
        <w:jc w:val="both"/>
      </w:pPr>
      <w:r>
        <w:rPr>
          <w:rtl/>
        </w:rPr>
        <w:t>ו. ‪0.72 : 0.9 = 0.8‬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כתבו תרגיל שקול עם מחלק שלם, וחשבו.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 שקול</w:t>
            </w:r>
          </w:p>
        </w:tc>
        <w:tc>
          <w:tcPr>
            <w:tcW w:type="dxa" w:w="332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‪4.2 : 0.7‬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‪42 : 7‬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‪0.36 : 0.12‬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‪36 : 12‬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‪7.5 : 0.25‬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‪750 : 25‬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‪9 : 0.03‬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‪900 : 3‬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300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‪8.4 : 4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2.1</w:t>
      </w:r>
    </w:p>
    <w:p>
      <w:pPr>
        <w:bidi/>
        <w:spacing w:before="0" w:after="20"/>
        <w:jc w:val="both"/>
      </w:pPr>
      <w:r>
        <w:rPr>
          <w:rtl/>
        </w:rPr>
        <w:t>ב. איזה תרגיל שווה ל-‪1.5 : 0.03‬?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‪150 : 3‬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‪6 : 0.5 = 3‬ – לא נכון – ‪6 : 0.5 = 12‬</w:t>
      </w:r>
    </w:p>
    <w:p>
      <w:pPr>
        <w:bidi/>
        <w:spacing w:before="0" w:after="40"/>
        <w:jc w:val="both"/>
      </w:pPr>
      <w:r>
        <w:rPr>
          <w:rtl/>
        </w:rPr>
        <w:t>ב. ‪2.4 : 0.6 = 24 : 6‬ – נכון</w:t>
      </w:r>
    </w:p>
    <w:p>
      <w:pPr>
        <w:bidi/>
        <w:spacing w:before="0" w:after="40"/>
        <w:jc w:val="both"/>
      </w:pPr>
      <w:r>
        <w:rPr>
          <w:rtl/>
        </w:rPr>
        <w:t>ג. ‪0.9 : 3 = 3‬ – לא נכון – ‪0.9 : 3 = 0.3‬</w:t>
      </w:r>
    </w:p>
    <w:p>
      <w:pPr>
        <w:bidi/>
        <w:spacing w:before="0" w:after="40"/>
        <w:jc w:val="both"/>
      </w:pPr>
      <w:r>
        <w:rPr>
          <w:rtl/>
        </w:rPr>
        <w:t>ד. כשמחלקים מספר ב-0.1, המנה גדולה פי 10 מהמחולק. – נכון</w:t>
      </w:r>
    </w:p>
    <w:p>
      <w:pPr>
        <w:bidi/>
        <w:spacing w:before="0" w:after="40"/>
        <w:jc w:val="both"/>
      </w:pPr>
      <w:r>
        <w:rPr>
          <w:rtl/>
        </w:rPr>
        <w:t>ה. ‪5 : 8 = 0.625‬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המנה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‪1.2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‪1.2 : 0.4‬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‪12 : 0.4‬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30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‪0.12 : 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3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‪1.2 : 0.004‬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0.15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‪1.2 :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0.03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המנה קטנה מ-8 או גדולה מ-8?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מ-8</w:t>
            </w:r>
          </w:p>
        </w:tc>
        <w:tc>
          <w:tcPr>
            <w:tcW w:type="dxa" w:w="4989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מ-8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: 2.5‬, ‪8 : 4‬, ‪8 : 1.6‬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‪8 : 0.5‬, ‪8 : 0.1‬, ‪8 : 0.8‬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‪2.1 : 0.3 = 7‬</w:t>
      </w:r>
    </w:p>
    <w:p>
      <w:pPr>
        <w:bidi/>
        <w:spacing w:before="0" w:after="40"/>
        <w:jc w:val="both"/>
      </w:pPr>
      <w:r>
        <w:rPr>
          <w:rtl/>
        </w:rPr>
        <w:t>ב. ‪4.5 : 0.5 = 9‬</w:t>
      </w:r>
    </w:p>
    <w:p>
      <w:pPr>
        <w:bidi/>
        <w:spacing w:before="0" w:after="40"/>
        <w:jc w:val="both"/>
      </w:pPr>
      <w:r>
        <w:rPr>
          <w:rtl/>
        </w:rPr>
        <w:t>ג. ‪0.8 : 5 = 0.16‬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בחילוק ארוך ובדקו בכפל: ‪25.2 : 0.6‬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שניהם ב-‪10: 252 : 6 = 42‬. בדיקה: ‪42 × 0.6 = 25.2‬.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יואב אמר: «בחילוק, המנה תמיד קטנה מהמחולק». תנו דוגמה עם שבר עשרוני שמראה שהוא טועה, והסבירו.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‪4 : 0.5 = 8‬, וזה גדול מ-4. כשהמחלק קטן מ-1, המנה גדולה מהמחולק.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חשבו ‪1 : 0.125‬. הסבירו בעזרת שבר פשוט למה התוצאה הגיונית.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‪1 : 0.125 = 1,000 : 125 = 8‬. וגם: 0.125 = ¹⁄₈, ובשלם אחד יש 8 שמיניות.</w:t>
      </w:r>
    </w:p>
    <w:p>
      <w:pPr>
        <w:bidi/>
        <w:spacing w:before="240" w:after="40"/>
        <w:jc w:val="both"/>
      </w:pPr>
      <w:r>
        <w:rPr>
          <w:rFonts w:ascii="Aharoni" w:hAnsi="Aharoni" w:cs="Aharoni"/>
          <w:b/>
          <w:bCs/>
          <w:color w:val="1D4ED8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4 מחברות זהות עלו 18.8 ₪. כמה עלתה מחברת אחת?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‪18.8 : 4 = 4.7‬ ; בדיקה: ‪4.7 × 4 = 18.8‬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מחברת אחת עלתה 4.7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חבל באורך 7.5 מטרים נחתך ל-3 חלקים שווים. מה אורך כל חלק?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‪7.5 : 3 = 2.5‬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אורך כל חלק 2.5 מטרים.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בבקבוק 1.5 ליטרים של מיץ. כמה כוסות של 0.25 ליטר אפשר למלא ממנו?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‪1.5 : 0.25 = 150 : 25‬ ; ‪150 : 25 = 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אפשר למלא 6 כוסות.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גבינה צהובה עולה 32 ₪ לקילוגרם. יואב שילם על גבינה 9.6 ₪. כמה קילוגרמים של גבינה קנה?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‪9.6 : 32 = 0.3‬ ; בדיקה: ‪0.3 × 32 = 9.6‬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יואב קנה 0.3 ק"ג גבינה.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אורי ושלושה חברים קנו 2 פיצות, כל אחת ב-49.9 ₪, ובקבוק שתייה ב-12.2 ₪. הם חילקו את התשלום שווה בשווה ביניהם (4 ילדים). כמה שילם כל אחד?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 × 49.9 = 99.8‬ ; ‪99.8 + 12.2 = 112‬ ; ‪112 : 4 = 28‬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כל אחד שילם 28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מסלול הטיול באורך 13.5 ק"מ. בבוקר הלכה הקבוצה 4.5 ק"מ, ואת שאר המסלול הלכה ב-2.5 שעות באותו קצב. כמה קילומטרים הלכה הקבוצה בכל שעה בחלק השני?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‪13.5 − 4.5 = 9‬ ; ‪9 : 2.5 = 90 : 25‬ ; ‪90 : 25 = 3.6‬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הקבוצה הלכה 3.6 ק"מ בכל שעה.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