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240" w:after="80"/>
        <w:jc w:val="center"/>
      </w:pPr>
      <w:r>
        <w:rPr>
          <w:rFonts w:ascii="Arial" w:hAnsi="Arial" w:cs="Arial"/>
          <w:color w:val="1E3A8A"/>
          <w:sz w:val="36"/>
          <w:szCs w:val="36"/>
          <w:rtl/>
        </w:rPr>
        <w:t>חוברת עבודה</w:t>
      </w:r>
    </w:p>
    <w:p>
      <w:pPr>
        <w:bidi/>
        <w:spacing w:before="0" w:after="80"/>
        <w:jc w:val="center"/>
      </w:pPr>
      <w:r>
        <w:rPr>
          <w:rFonts w:ascii="David" w:hAnsi="David" w:cs="David"/>
          <w:b/>
          <w:bCs/>
          <w:color w:val="1E3A8A"/>
          <w:sz w:val="88"/>
          <w:szCs w:val="88"/>
          <w:rtl/>
        </w:rPr>
        <w:t>מתמטיקה</w:t>
      </w:r>
    </w:p>
    <w:p>
      <w:pPr>
        <w:bidi/>
        <w:spacing w:before="0" w:after="80"/>
        <w:jc w:val="center"/>
      </w:pPr>
      <w:r>
        <w:rPr>
          <w:sz w:val="44"/>
          <w:szCs w:val="44"/>
          <w:rtl/>
        </w:rPr>
        <w:t>כפל וחילוק · כיתה ו'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E3A8A"/>
          <w:sz w:val="48"/>
          <w:szCs w:val="48"/>
          <w:rtl/>
        </w:rPr>
        <w:t>תוכן העניינים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978"/>
      </w:tblGrid>
      <w:tr>
        <w:tc>
          <w:tcPr>
            <w:tcW w:type="dxa" w:w="9978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מבוא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1: שבר כמנת חילוק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2: כפל שלם בשבר ובמספר מעורב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3: כפל שבר בשבר ומספרים מעורבים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4: חילוק שברים פשוטים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5: כפל וחילוק ב-10, 100 ו-1,000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6: כפל שברים עשרוניים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7: חילוק שברים עשרוניים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חזרה – מה למדנו?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תשובות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E3A8A"/>
          <w:sz w:val="48"/>
          <w:szCs w:val="48"/>
          <w:rtl/>
        </w:rPr>
        <w:t>מבוא</w:t>
      </w:r>
    </w:p>
    <w:p>
      <w:pPr>
        <w:bidi/>
        <w:spacing w:before="0" w:after="120"/>
        <w:jc w:val="both"/>
      </w:pPr>
      <w:r>
        <w:rPr>
          <w:rtl/>
        </w:rPr>
        <w:t>שלום לתלמידות ולתלמידי כיתה ו'!</w:t>
      </w:r>
    </w:p>
    <w:p>
      <w:pPr>
        <w:bidi/>
        <w:spacing w:before="0" w:after="120"/>
        <w:jc w:val="both"/>
      </w:pPr>
      <w:r>
        <w:rPr>
          <w:rtl/>
        </w:rPr>
        <w:t>בחוברת הזאת נלמד לכפול ולחלק שברים פשוטים, מספרים מעורבים ושברים עשרוניים: נגלה ששבר הוא תרגיל חילוק, נכפול ונחלק שברים, נזיז את הנקודה העשרונית ונפתור בעיות מהחיים – בשוק, בטיול, בגינה ובמאפייה.</w:t>
      </w:r>
    </w:p>
    <w:p>
      <w:pPr>
        <w:bidi/>
        <w:spacing w:before="0" w:after="120"/>
        <w:jc w:val="both"/>
      </w:pPr>
      <w:r>
        <w:rPr>
          <w:rtl/>
        </w:rPr>
        <w:t>בכל פרק – הסבר עם דוגמאות פתורות, כלל «זכרו!», תרגול שמתחיל בקל ומתקדם לקשה, ובסוף כל פרק – אתגר. בדקו כל תוצאה באומדן או בפעולה ההפוכה. בהצלחה!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פרק 1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E3A8A"/>
          <w:sz w:val="44"/>
          <w:szCs w:val="44"/>
          <w:rtl/>
        </w:rPr>
        <w:t>פרק 1: שבר כמנת חילוק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קו השבר הוא סימן חילוק</w:t>
      </w:r>
    </w:p>
    <w:p>
      <w:pPr>
        <w:bidi/>
        <w:spacing w:before="0" w:after="40"/>
        <w:jc w:val="both"/>
      </w:pPr>
      <w:r>
        <w:rPr>
          <w:rtl/>
        </w:rPr>
        <w:t>המחולק נעשה למונה, והמחלק נעשה למכנה.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‪3 : 4‬ = ³⁄₄ · ‪5 : 8‬ = ⁵⁄₈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מנה גדולה מ-1</w:t>
      </w:r>
    </w:p>
    <w:p>
      <w:pPr>
        <w:bidi/>
        <w:spacing w:before="0" w:after="20"/>
        <w:jc w:val="both"/>
      </w:pPr>
      <w:r>
        <w:rPr>
          <w:rtl/>
        </w:rPr>
        <w:t>1. כשהמחולק גדול מהמחלק, המנה גדולה מ-1.</w:t>
      </w:r>
    </w:p>
    <w:p>
      <w:pPr>
        <w:bidi/>
        <w:spacing w:before="0" w:after="20"/>
        <w:jc w:val="both"/>
      </w:pPr>
      <w:r>
        <w:rPr>
          <w:rtl/>
        </w:rPr>
        <w:t>2. כותבים אותה כמספר מעורב: המנה היא השלמים, והשארית היא המונה.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‪17 : 5 = 3‬²⁄₅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משבר לשבר עשרוני</w:t>
      </w:r>
    </w:p>
    <w:p>
      <w:pPr>
        <w:bidi/>
        <w:spacing w:before="0" w:after="40"/>
        <w:jc w:val="both"/>
      </w:pPr>
      <w:r>
        <w:rPr>
          <w:rtl/>
        </w:rPr>
        <w:t>מחלקים את המונה במכנה, או מרחיבים למכנה 10, 100 או 1,000.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 עשרוני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 :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0.75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: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⁷⁄₈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: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0.875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כל תרגיל חילוק הוא שבר: המחולק הוא המונה והמחלק הוא המכנה, למשל ‪3 : 8‬ = ³⁄₈.</w:t>
      </w:r>
    </w:p>
    <w:p>
      <w:pPr>
        <w:bidi/>
        <w:spacing w:before="0" w:after="20"/>
        <w:jc w:val="both"/>
      </w:pPr>
      <w:r>
        <w:rPr>
          <w:rtl/>
        </w:rPr>
        <w:t>2. אם המונה גדול מהמכנה – מוציאים שלמים: בודקים כמה פעמים המכנה נכנס במונה, ומה שנשאר הוא המונה של השבר.</w:t>
      </w:r>
    </w:p>
    <w:p>
      <w:pPr>
        <w:bidi/>
        <w:spacing w:before="0" w:after="20"/>
        <w:jc w:val="both"/>
      </w:pPr>
      <w:r>
        <w:rPr>
          <w:rtl/>
        </w:rPr>
        <w:t>3. מצמצמים את השבר כשאפשר, ואם צריך – כותבים אותו כשבר עשרוני (¹⁄₄ = 0.25, ¹⁄₂ = 0.5, ³⁄₄ = 0.75).</w:t>
      </w:r>
    </w:p>
    <w:p>
      <w:pPr>
        <w:bidi/>
        <w:spacing w:before="0" w:after="20"/>
        <w:jc w:val="both"/>
      </w:pPr>
      <w:r>
        <w:rPr>
          <w:rtl/>
        </w:rPr>
        <w:t>4. בודקים בכפל: המנה × המחלק = המחולק.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4 פיצות חולקו שווה בשווה בין 6 ילדים. איזה חלק מפיצה קיבל כל ילד?</w:t>
      </w:r>
    </w:p>
    <w:p>
      <w:pPr>
        <w:bidi/>
        <w:spacing w:before="0" w:after="20"/>
        <w:jc w:val="both"/>
      </w:pPr>
      <w:r>
        <w:rPr>
          <w:rtl/>
        </w:rPr>
        <w:t>1. ‪4 : 6‬ = ⁴⁄₆</w:t>
      </w:r>
    </w:p>
    <w:p>
      <w:pPr>
        <w:bidi/>
        <w:spacing w:before="0" w:after="20"/>
        <w:jc w:val="both"/>
      </w:pPr>
      <w:r>
        <w:rPr>
          <w:rtl/>
        </w:rPr>
        <w:t>2. מצמצמים ב-2: ⁴⁄₆ = ²⁄₃</w:t>
      </w:r>
    </w:p>
    <w:p>
      <w:pPr>
        <w:bidi/>
        <w:spacing w:before="0" w:after="20"/>
        <w:jc w:val="both"/>
      </w:pPr>
      <w:r>
        <w:rPr>
          <w:rtl/>
        </w:rPr>
        <w:t>3. בדיקה: ²⁄₃ × ‪6 = 4‬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תשובה: כל ילד קיבל ²⁄₃ פיצה.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כתבו את המנה כשבר או כמספר מעורב.</w:t>
      </w:r>
    </w:p>
    <w:p>
      <w:pPr>
        <w:bidi/>
        <w:spacing w:before="0" w:after="60"/>
        <w:jc w:val="both"/>
      </w:pPr>
      <w:r>
        <w:rPr>
          <w:rtl/>
        </w:rPr>
        <w:t>א. ‪4 : 7 = __________‬</w:t>
      </w:r>
    </w:p>
    <w:p>
      <w:pPr>
        <w:bidi/>
        <w:spacing w:before="0" w:after="60"/>
        <w:jc w:val="both"/>
      </w:pPr>
      <w:r>
        <w:rPr>
          <w:rtl/>
        </w:rPr>
        <w:t>ב. ‪6 : 11 = __________‬</w:t>
      </w:r>
    </w:p>
    <w:p>
      <w:pPr>
        <w:bidi/>
        <w:spacing w:before="0" w:after="60"/>
        <w:jc w:val="both"/>
      </w:pPr>
      <w:r>
        <w:rPr>
          <w:rtl/>
        </w:rPr>
        <w:t>ג. ‪8 : 3 = __________‬</w:t>
      </w:r>
    </w:p>
    <w:p>
      <w:pPr>
        <w:bidi/>
        <w:spacing w:before="0" w:after="60"/>
        <w:jc w:val="both"/>
      </w:pPr>
      <w:r>
        <w:rPr>
          <w:rtl/>
        </w:rPr>
        <w:t>ד. ‪15 : 4 = __________‬</w:t>
      </w:r>
    </w:p>
    <w:p>
      <w:pPr>
        <w:bidi/>
        <w:spacing w:before="0" w:after="60"/>
        <w:jc w:val="both"/>
      </w:pPr>
      <w:r>
        <w:rPr>
          <w:rtl/>
        </w:rPr>
        <w:t>ה. ‪19 : 5 = __________‬</w:t>
      </w:r>
    </w:p>
    <w:p>
      <w:pPr>
        <w:bidi/>
        <w:spacing w:before="0" w:after="60"/>
        <w:jc w:val="both"/>
      </w:pPr>
      <w:r>
        <w:rPr>
          <w:rtl/>
        </w:rPr>
        <w:t>ו. ‪25 : 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‪__________ : 9‬ = ⁴⁄₉</w:t>
      </w:r>
    </w:p>
    <w:p>
      <w:pPr>
        <w:bidi/>
        <w:spacing w:before="0" w:after="60"/>
        <w:jc w:val="both"/>
      </w:pPr>
      <w:r>
        <w:rPr>
          <w:rtl/>
        </w:rPr>
        <w:t>ב. ‪5 : __________‬ = ⁵⁄₁₂</w:t>
      </w:r>
    </w:p>
    <w:p>
      <w:pPr>
        <w:bidi/>
        <w:spacing w:before="0" w:after="60"/>
        <w:jc w:val="both"/>
      </w:pPr>
      <w:r>
        <w:rPr>
          <w:rtl/>
        </w:rPr>
        <w:t>ג. ‪__________ : 3 = 2‬¹⁄₃</w:t>
      </w:r>
    </w:p>
    <w:p>
      <w:pPr>
        <w:bidi/>
        <w:spacing w:before="0" w:after="60"/>
        <w:jc w:val="both"/>
      </w:pPr>
      <w:r>
        <w:rPr>
          <w:rtl/>
        </w:rPr>
        <w:t>ד. ‪13 : __________ = 1‬⁶⁄₇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כמה לחמניות מקבל כל ילד?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הלחמניות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הילדים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 ילד מקבל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שבר את השבר העשרוני השווה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¹⁄₅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0.55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¹⁄₈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0.75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⁷⁄₁₀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¹¹⁄₂₀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0.125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³⁄₂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1.5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‪7 : 3 = 2‬¹⁄₃      נכון / לא נכון</w:t>
      </w:r>
    </w:p>
    <w:p>
      <w:pPr>
        <w:bidi/>
        <w:spacing w:before="0" w:after="60"/>
        <w:jc w:val="both"/>
      </w:pPr>
      <w:r>
        <w:rPr>
          <w:rtl/>
        </w:rPr>
        <w:t>ב. ‪10 : 4 = 2‬¹⁄₄      נכון / לא נכון</w:t>
      </w:r>
    </w:p>
    <w:p>
      <w:pPr>
        <w:bidi/>
        <w:spacing w:before="0" w:after="60"/>
        <w:jc w:val="both"/>
      </w:pPr>
      <w:r>
        <w:rPr>
          <w:rtl/>
        </w:rPr>
        <w:t>ג. ⁵⁄₈ = 0.625      נכון / לא נכון</w:t>
      </w:r>
    </w:p>
    <w:p>
      <w:pPr>
        <w:bidi/>
        <w:spacing w:before="0" w:after="60"/>
        <w:jc w:val="both"/>
      </w:pPr>
      <w:r>
        <w:rPr>
          <w:rtl/>
        </w:rPr>
        <w:t>ד. ‪3 : 12 = 4‬      נכון / לא נכון</w:t>
      </w:r>
    </w:p>
    <w:p>
      <w:pPr>
        <w:bidi/>
        <w:spacing w:before="0" w:after="60"/>
        <w:jc w:val="both"/>
      </w:pPr>
      <w:r>
        <w:rPr>
          <w:rtl/>
        </w:rPr>
        <w:t>ה. ב-‪9 : 2‬ = ⁹⁄₂ המונה הוא 2.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5 ק"ג אורז חולקו בשווה ל-8 שקיות. בכל שקית:</w:t>
      </w:r>
    </w:p>
    <w:p>
      <w:pPr>
        <w:bidi/>
        <w:spacing w:before="0" w:after="80"/>
        <w:jc w:val="both"/>
      </w:pPr>
      <w:r>
        <w:rPr>
          <w:rtl/>
        </w:rPr>
        <w:t xml:space="preserve">   ○ 1³⁄₅ ק"ג      ○ ⁸⁄₅ ק"ג      ○ ³⁄₈ ק"ג      ○ ⁵⁄₈ ק"ג</w:t>
      </w:r>
    </w:p>
    <w:p>
      <w:pPr>
        <w:bidi/>
        <w:spacing w:before="0" w:after="20"/>
        <w:jc w:val="both"/>
      </w:pPr>
      <w:r>
        <w:rPr>
          <w:rtl/>
        </w:rPr>
        <w:t>ב. איזו מנה נמצאת בין 2 ל-3?</w:t>
      </w:r>
    </w:p>
    <w:p>
      <w:pPr>
        <w:bidi/>
        <w:spacing w:before="0" w:after="80"/>
        <w:jc w:val="both"/>
      </w:pPr>
      <w:r>
        <w:rPr>
          <w:rtl/>
        </w:rPr>
        <w:t xml:space="preserve">   ○ ‪11 : 5‬      ○ ‪5 : 11‬      ○ ‪16 : 5‬      ○ ‪9 :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מיינו את תרגילי החילוק לפי המנה.</w:t>
      </w:r>
    </w:p>
    <w:p>
      <w:pPr>
        <w:bidi/>
        <w:spacing w:before="0" w:after="80"/>
        <w:jc w:val="both"/>
      </w:pPr>
      <w:r>
        <w:rPr>
          <w:color w:val="1E3A8A"/>
          <w:sz w:val="24"/>
          <w:szCs w:val="24"/>
          <w:rtl/>
        </w:rPr>
        <w:t>המילים: ‪5 : 4‬  |  ‪11 : 4‬  |  ‪7 : 2‬  |  ‪9 : 5‬  |  ‪13 : 4‬  |  ‪10 : 3‬  |  ‪3 : 2‬  |  ‪8 : 3‬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בין 1 ל-2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בין 2 ל-3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בין 3 ל-4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כתבו כשבר עשרוני.</w:t>
      </w:r>
    </w:p>
    <w:p>
      <w:pPr>
        <w:bidi/>
        <w:spacing w:before="0" w:after="60"/>
        <w:jc w:val="both"/>
      </w:pPr>
      <w:r>
        <w:rPr>
          <w:rtl/>
        </w:rPr>
        <w:t>א. ³⁄₁₀ = __________</w:t>
      </w:r>
    </w:p>
    <w:p>
      <w:pPr>
        <w:bidi/>
        <w:spacing w:before="0" w:after="60"/>
        <w:jc w:val="both"/>
      </w:pPr>
      <w:r>
        <w:rPr>
          <w:rtl/>
        </w:rPr>
        <w:t>ב. ⁹⁄₂₀ = __________</w:t>
      </w:r>
    </w:p>
    <w:p>
      <w:pPr>
        <w:bidi/>
        <w:spacing w:before="0" w:after="60"/>
        <w:jc w:val="both"/>
      </w:pPr>
      <w:r>
        <w:rPr>
          <w:rtl/>
        </w:rPr>
        <w:t>ג. ¹⁄₂₅ = __________</w:t>
      </w:r>
    </w:p>
    <w:p>
      <w:pPr>
        <w:bidi/>
        <w:spacing w:before="0" w:after="60"/>
        <w:jc w:val="both"/>
      </w:pPr>
      <w:r>
        <w:rPr>
          <w:rtl/>
        </w:rPr>
        <w:t>ד. ⁵⁄₈ = __________</w:t>
      </w:r>
    </w:p>
    <w:p>
      <w:pPr>
        <w:bidi/>
        <w:spacing w:before="0" w:after="60"/>
        <w:jc w:val="both"/>
      </w:pPr>
      <w:r>
        <w:rPr>
          <w:rtl/>
        </w:rPr>
        <w:t>ה. ⁷⁄₄ = __________</w:t>
      </w:r>
    </w:p>
    <w:p>
      <w:pPr>
        <w:bidi/>
        <w:spacing w:before="0" w:after="60"/>
        <w:jc w:val="both"/>
      </w:pPr>
      <w:r>
        <w:rPr>
          <w:rtl/>
        </w:rPr>
        <w:t>ו. ¹³⁄₅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חשבו בחילוק ארוך, וכתבו את המנה כשבר עשרוני: ‪13 : 8‬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פתרו. כתבו שבר או מספר מעורב.</w:t>
      </w:r>
    </w:p>
    <w:p>
      <w:pPr>
        <w:bidi/>
        <w:spacing w:before="0" w:after="60"/>
        <w:jc w:val="both"/>
      </w:pPr>
      <w:r>
        <w:rPr>
          <w:rtl/>
        </w:rPr>
        <w:t>א. תמר חילקה סרט באורך 4 מטרים ל-5 חתיכות שוות. אורך כל חתיכה __________ מטר.</w:t>
      </w:r>
    </w:p>
    <w:p>
      <w:pPr>
        <w:bidi/>
        <w:spacing w:before="0" w:after="60"/>
        <w:jc w:val="both"/>
      </w:pPr>
      <w:r>
        <w:rPr>
          <w:rtl/>
        </w:rPr>
        <w:t>ב. 9 חברים חילקו 12 עוגיות בשווה. כל אחד קיבל __________ עוגיות.</w:t>
      </w:r>
    </w:p>
    <w:p>
      <w:pPr>
        <w:bidi/>
        <w:spacing w:before="0" w:after="60"/>
        <w:jc w:val="both"/>
      </w:pPr>
      <w:r>
        <w:rPr>
          <w:rtl/>
        </w:rPr>
        <w:t>ג. 7 ספרים זהים שוקלים יחד 3 ק"ג. כל ספר שוקל __________ ק"ג.</w:t>
      </w:r>
    </w:p>
    <w:p>
      <w:pPr>
        <w:bidi/>
        <w:spacing w:before="0" w:after="60"/>
        <w:jc w:val="both"/>
      </w:pPr>
      <w:r>
        <w:rPr>
          <w:rtl/>
        </w:rPr>
        <w:t>ד. איתי רץ 10 הקפות ב-4 דקות. בכל דקה רץ __________ הקפות.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דניאל אמר: «‪1 : 5‬ ו-‪5 : 1‬ שווים, כי יש בהם אותם מספרים». האם הוא צודק?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כתבו בעיה מילולית קצרה שמתאימה לתרגיל ‪3 : 4‬ = ³⁄₄, ופתרו אותה.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 עשרוני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: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⁹⁄₈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איזה מספר שלם אפשר לחלק ב-6 כך שהמנה תהיה בין 2 ל-3, והשבר שמתקבל לא יהיה ניתן לצמצום? מצאו את כל האפשרויות.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4 חפיסות שוקולד חולקו שווה בשווה בין 5 ילדים. איזה חלק מחפיסה קיבל כל ילד?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בשוק בבאר שבע חילק ירקן 11 ק"ג תפוחים לשני סלים שווים. כמה קילוגרמים יש בכל סל?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חבל באורך 17 מטרים חותכים ל-5 חלקים שווים. מה אורך כל חלק? כתבו כמספר מעורב וכשבר עשרוני.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בגינת בית הספר שטח של 21 מ"ר, והוא חולק ל-4 ערוגות שוות. מה השטח של כל ערוגה?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לטיול הביא המדריך 9 ליטרים של מים, ובאמצע הדרך קנה עוד 6 ליטרים. את כל המים חילק שווה בשווה בין 12 ילדים. כמה ליטרים קיבל כל ילד?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מכונה א' ממלאת 20 ק"ג קמח ב-8 שקים שווים. מכונה ב' ממלאת 18 ק"ג קמח ב-5 שקים שווים. בכמה קילוגרמים כבד שק של מכונה ב' משק של מכונה א'?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פרק 2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E3A8A"/>
          <w:sz w:val="44"/>
          <w:szCs w:val="44"/>
          <w:rtl/>
        </w:rPr>
        <w:t>פרק 2: כפל שלם בשבר ובמספר מעורב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כפל שלם בשבר</w:t>
      </w:r>
    </w:p>
    <w:p>
      <w:pPr>
        <w:bidi/>
        <w:spacing w:before="0" w:after="20"/>
        <w:jc w:val="both"/>
      </w:pPr>
      <w:r>
        <w:rPr>
          <w:rtl/>
        </w:rPr>
        <w:t>1. כופלים את השלם במונה, והמכנה נשאר.</w:t>
      </w:r>
    </w:p>
    <w:p>
      <w:pPr>
        <w:bidi/>
        <w:spacing w:before="0" w:after="20"/>
        <w:jc w:val="both"/>
      </w:pPr>
      <w:r>
        <w:rPr>
          <w:rtl/>
        </w:rPr>
        <w:t>2. בסוף מצמצמים או הופכים למספר מעורב.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4 × ²⁄₃ = ⁸⁄₃ = 2²⁄₃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שבר מכמות</w:t>
      </w:r>
    </w:p>
    <w:p>
      <w:pPr>
        <w:bidi/>
        <w:spacing w:before="0" w:after="40"/>
        <w:jc w:val="both"/>
      </w:pPr>
      <w:r>
        <w:rPr>
          <w:rtl/>
        </w:rPr>
        <w:t>³⁄₄ × 12 הוא ³⁄₄ מ-12: מחלקים במכנה, וכופלים במונה.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מחלקים במכנה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כופלים במונה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 × 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‪12 : 4 = 3‬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3 = 9‬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²⁄₅ × 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‪20 : 5 = 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2 = 8‬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כפל שלם במספר מעורב</w:t>
      </w:r>
    </w:p>
    <w:p>
      <w:pPr>
        <w:bidi/>
        <w:spacing w:before="0" w:after="20"/>
        <w:jc w:val="both"/>
      </w:pPr>
      <w:r>
        <w:rPr>
          <w:rtl/>
        </w:rPr>
        <w:t>1. לפי חוק הפילוג: כופלים את השלמים ואת השבר בנפרד, ומחברים.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 × 2‬¹⁄₄ = 6 + ³⁄₄ = 6³⁄₄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שלם × שבר: כופלים את השלם במונה ומשאירים את המכנה, למשל 6 × ³⁄₄ = ¹⁸⁄₄. אחר כך מצמצמים או מוציאים שלמים.</w:t>
      </w:r>
    </w:p>
    <w:p>
      <w:pPr>
        <w:bidi/>
        <w:spacing w:before="0" w:after="20"/>
        <w:jc w:val="both"/>
      </w:pPr>
      <w:r>
        <w:rPr>
          <w:rtl/>
        </w:rPr>
        <w:t>2. «³⁄₄ מ-20» פירושו ³⁄₄ × 20: מחלקים את 20 ל-4 חלקים שווים ‪(20 : 4 = 5)‬ ולוקחים 3 חלקים ‪(3 × 5 = 15)‬.</w:t>
      </w:r>
    </w:p>
    <w:p>
      <w:pPr>
        <w:bidi/>
        <w:spacing w:before="0" w:after="20"/>
        <w:jc w:val="both"/>
      </w:pPr>
      <w:r>
        <w:rPr>
          <w:rtl/>
        </w:rPr>
        <w:t>3. שלם × מספר מעורב: בעזרת חוק הפילוג כופלים את השלמים ואת השבר בנפרד ומחברים – או הופכים את המספר המעורב לשבר.</w:t>
      </w:r>
    </w:p>
    <w:p>
      <w:pPr>
        <w:bidi/>
        <w:spacing w:before="0" w:after="20"/>
        <w:jc w:val="both"/>
      </w:pPr>
      <w:r>
        <w:rPr>
          <w:rtl/>
        </w:rPr>
        <w:t>4. בודקים בעזרת אומדן: 6 × ³⁄₄ קטן מ-6, כי ³⁄₄ קטן מ-1.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נועם קיבל 35 ₪ והוציא ³⁄₅ מהם על ספר. כמה עלה הספר?</w:t>
      </w:r>
    </w:p>
    <w:p>
      <w:pPr>
        <w:bidi/>
        <w:spacing w:before="0" w:after="20"/>
        <w:jc w:val="both"/>
      </w:pPr>
      <w:r>
        <w:rPr>
          <w:rtl/>
        </w:rPr>
        <w:t>1. ‪35 : 5 = 7‬ – זה ¹⁄₅ מהכסף</w:t>
      </w:r>
    </w:p>
    <w:p>
      <w:pPr>
        <w:bidi/>
        <w:spacing w:before="0" w:after="20"/>
        <w:jc w:val="both"/>
      </w:pPr>
      <w:r>
        <w:rPr>
          <w:rtl/>
        </w:rPr>
        <w:t>2. ‪3 × 7 = 21‬ – אלה ³⁄₅</w:t>
      </w:r>
    </w:p>
    <w:p>
      <w:pPr>
        <w:bidi/>
        <w:spacing w:before="0" w:after="20"/>
        <w:jc w:val="both"/>
      </w:pPr>
      <w:r>
        <w:rPr>
          <w:rtl/>
        </w:rPr>
        <w:t>3. בקיצור: ³⁄₅ × ‪35 = 21‬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תשובה: הספר עלה 21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 כתבו את התוצאה כשבר מצומצם או כמספר מעורב.</w:t>
      </w:r>
    </w:p>
    <w:p>
      <w:pPr>
        <w:bidi/>
        <w:spacing w:before="0" w:after="60"/>
        <w:jc w:val="both"/>
      </w:pPr>
      <w:r>
        <w:rPr>
          <w:rtl/>
        </w:rPr>
        <w:t>א. 2 × ²⁄₇ = __________</w:t>
      </w:r>
    </w:p>
    <w:p>
      <w:pPr>
        <w:bidi/>
        <w:spacing w:before="0" w:after="60"/>
        <w:jc w:val="both"/>
      </w:pPr>
      <w:r>
        <w:rPr>
          <w:rtl/>
        </w:rPr>
        <w:t>ב. 3 × ³⁄₁₀ = __________</w:t>
      </w:r>
    </w:p>
    <w:p>
      <w:pPr>
        <w:bidi/>
        <w:spacing w:before="0" w:after="60"/>
        <w:jc w:val="both"/>
      </w:pPr>
      <w:r>
        <w:rPr>
          <w:rtl/>
        </w:rPr>
        <w:t>ג. 4 × ⁵⁄₈ = __________</w:t>
      </w:r>
    </w:p>
    <w:p>
      <w:pPr>
        <w:bidi/>
        <w:spacing w:before="0" w:after="60"/>
        <w:jc w:val="both"/>
      </w:pPr>
      <w:r>
        <w:rPr>
          <w:rtl/>
        </w:rPr>
        <w:t>ד. 7 × ²⁄₃ = __________</w:t>
      </w:r>
    </w:p>
    <w:p>
      <w:pPr>
        <w:bidi/>
        <w:spacing w:before="0" w:after="60"/>
        <w:jc w:val="both"/>
      </w:pPr>
      <w:r>
        <w:rPr>
          <w:rtl/>
        </w:rPr>
        <w:t>ה. 9 × ⁵⁄₆ = __________</w:t>
      </w:r>
    </w:p>
    <w:p>
      <w:pPr>
        <w:bidi/>
        <w:spacing w:before="0" w:after="60"/>
        <w:jc w:val="both"/>
      </w:pPr>
      <w:r>
        <w:rPr>
          <w:rtl/>
        </w:rPr>
        <w:t>ו. 8 × ³⁄₄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60"/>
        <w:jc w:val="both"/>
      </w:pPr>
      <w:r>
        <w:rPr>
          <w:rtl/>
        </w:rPr>
        <w:t>א. ²⁄₃ × ‪27 = __________‬</w:t>
      </w:r>
    </w:p>
    <w:p>
      <w:pPr>
        <w:bidi/>
        <w:spacing w:before="0" w:after="60"/>
        <w:jc w:val="both"/>
      </w:pPr>
      <w:r>
        <w:rPr>
          <w:rtl/>
        </w:rPr>
        <w:t>ב. ¹⁄₆ × ‪42 = __________‬</w:t>
      </w:r>
    </w:p>
    <w:p>
      <w:pPr>
        <w:bidi/>
        <w:spacing w:before="0" w:after="60"/>
        <w:jc w:val="both"/>
      </w:pPr>
      <w:r>
        <w:rPr>
          <w:rtl/>
        </w:rPr>
        <w:t>ג. ³⁄₅ × ‪35 = __________‬</w:t>
      </w:r>
    </w:p>
    <w:p>
      <w:pPr>
        <w:bidi/>
        <w:spacing w:before="0" w:after="60"/>
        <w:jc w:val="both"/>
      </w:pPr>
      <w:r>
        <w:rPr>
          <w:rtl/>
        </w:rPr>
        <w:t>ד. ⁴⁄₉ × ‪63 = __________‬</w:t>
      </w:r>
    </w:p>
    <w:p>
      <w:pPr>
        <w:bidi/>
        <w:spacing w:before="0" w:after="60"/>
        <w:jc w:val="both"/>
      </w:pPr>
      <w:r>
        <w:rPr>
          <w:rtl/>
        </w:rPr>
        <w:t>ה. ⁵⁄₁₂ × ‪48 = __________‬</w:t>
      </w:r>
    </w:p>
    <w:p>
      <w:pPr>
        <w:bidi/>
        <w:spacing w:before="0" w:after="60"/>
        <w:jc w:val="both"/>
      </w:pPr>
      <w:r>
        <w:rPr>
          <w:rtl/>
        </w:rPr>
        <w:t>ו. ⁹⁄₁₀ × ‪70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כפלו שלם במספר מעורב.</w:t>
      </w:r>
    </w:p>
    <w:p>
      <w:pPr>
        <w:bidi/>
        <w:spacing w:before="0" w:after="60"/>
        <w:jc w:val="both"/>
      </w:pPr>
      <w:r>
        <w:rPr>
          <w:rtl/>
        </w:rPr>
        <w:t>א. ‪3 × 1‬¹⁄₆ = __________</w:t>
      </w:r>
    </w:p>
    <w:p>
      <w:pPr>
        <w:bidi/>
        <w:spacing w:before="0" w:after="60"/>
        <w:jc w:val="both"/>
      </w:pPr>
      <w:r>
        <w:rPr>
          <w:rtl/>
        </w:rPr>
        <w:t>ב. ‪4 × 2‬¹⁄₈ = __________</w:t>
      </w:r>
    </w:p>
    <w:p>
      <w:pPr>
        <w:bidi/>
        <w:spacing w:before="0" w:after="60"/>
        <w:jc w:val="both"/>
      </w:pPr>
      <w:r>
        <w:rPr>
          <w:rtl/>
        </w:rPr>
        <w:t>ג. ‪2 × 5‬³⁄₄ = __________</w:t>
      </w:r>
    </w:p>
    <w:p>
      <w:pPr>
        <w:bidi/>
        <w:spacing w:before="0" w:after="60"/>
        <w:jc w:val="both"/>
      </w:pPr>
      <w:r>
        <w:rPr>
          <w:rtl/>
        </w:rPr>
        <w:t>ד. ‪5 × 1‬³⁄₁₀ = __________</w:t>
      </w:r>
    </w:p>
    <w:p>
      <w:pPr>
        <w:bidi/>
        <w:spacing w:before="0" w:after="60"/>
        <w:jc w:val="both"/>
      </w:pPr>
      <w:r>
        <w:rPr>
          <w:rtl/>
        </w:rPr>
        <w:t>ה. ‪7 × 2‬¹⁄₂ = __________</w:t>
      </w:r>
    </w:p>
    <w:p>
      <w:pPr>
        <w:bidi/>
        <w:spacing w:before="0" w:after="60"/>
        <w:jc w:val="both"/>
      </w:pPr>
      <w:r>
        <w:rPr>
          <w:rtl/>
        </w:rPr>
        <w:t>ו. ‪6 × 3‬⁵⁄₉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בשוק. השלימו כמה שילמו על כל מוצר.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מוצר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מחיר לק"ג (₪)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כמות (ק"ג)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מחיר (₪)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עגבניות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גבינה צהובה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1¹⁄₄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תפוחים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2¹⁄₂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דגים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¹⁄₅ × 45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³⁄₇ × 14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 × 1‬³⁄₄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10 ×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²⁄₃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5 × ²⁄₁₅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‪3 × 2‬¹⁄₆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6 × ²⁄₃ = 4      נכון / לא נכון</w:t>
      </w:r>
    </w:p>
    <w:p>
      <w:pPr>
        <w:bidi/>
        <w:spacing w:before="0" w:after="60"/>
        <w:jc w:val="both"/>
      </w:pPr>
      <w:r>
        <w:rPr>
          <w:rtl/>
        </w:rPr>
        <w:t>ב. ¹⁄₂ × 18 גדול מ-18.      נכון / לא נכון</w:t>
      </w:r>
    </w:p>
    <w:p>
      <w:pPr>
        <w:bidi/>
        <w:spacing w:before="0" w:after="60"/>
        <w:jc w:val="both"/>
      </w:pPr>
      <w:r>
        <w:rPr>
          <w:rtl/>
        </w:rPr>
        <w:t>ג. ‪3 × 1‬¹⁄₃ = 3¹⁄₃      נכון / לא נכון</w:t>
      </w:r>
    </w:p>
    <w:p>
      <w:pPr>
        <w:bidi/>
        <w:spacing w:before="0" w:after="60"/>
        <w:jc w:val="both"/>
      </w:pPr>
      <w:r>
        <w:rPr>
          <w:rtl/>
        </w:rPr>
        <w:t>ד. ²⁄₅ מ-25 הם 10.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מיכל קראה ²⁄₃ מספר של 180 עמודים. כמה עמודים קראה?</w:t>
      </w:r>
    </w:p>
    <w:p>
      <w:pPr>
        <w:bidi/>
        <w:spacing w:before="0" w:after="80"/>
        <w:jc w:val="both"/>
      </w:pPr>
      <w:r>
        <w:rPr>
          <w:rtl/>
        </w:rPr>
        <w:t xml:space="preserve">   ○ 60      ○ 90      ○ 120      ○ 270</w:t>
      </w:r>
    </w:p>
    <w:p>
      <w:pPr>
        <w:bidi/>
        <w:spacing w:before="0" w:after="20"/>
        <w:jc w:val="both"/>
      </w:pPr>
      <w:r>
        <w:rPr>
          <w:rtl/>
        </w:rPr>
        <w:t>ב. ‪4 × 2‬¹⁄₂ = ?</w:t>
      </w:r>
    </w:p>
    <w:p>
      <w:pPr>
        <w:bidi/>
        <w:spacing w:before="0" w:after="80"/>
        <w:jc w:val="both"/>
      </w:pPr>
      <w:r>
        <w:rPr>
          <w:rtl/>
        </w:rPr>
        <w:t xml:space="preserve">   ○ 8¹⁄₂      ○ 10      ○ 8¹⁄₈      ○ 9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__________ × ³⁄₅ = 6</w:t>
      </w:r>
    </w:p>
    <w:p>
      <w:pPr>
        <w:bidi/>
        <w:spacing w:before="0" w:after="60"/>
        <w:jc w:val="both"/>
      </w:pPr>
      <w:r>
        <w:rPr>
          <w:rtl/>
        </w:rPr>
        <w:t>ב. ‪8 × __________ = 6‬</w:t>
      </w:r>
    </w:p>
    <w:p>
      <w:pPr>
        <w:bidi/>
        <w:spacing w:before="0" w:after="60"/>
        <w:jc w:val="both"/>
      </w:pPr>
      <w:r>
        <w:rPr>
          <w:rtl/>
        </w:rPr>
        <w:t>ג. ‪__________ × 1‬¹⁄₂ = 12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בלי לחשב: האם התוצאה קטנה מ-30, שווה ל-30 או גדולה מ-30? מיינו.</w:t>
      </w:r>
    </w:p>
    <w:p>
      <w:pPr>
        <w:bidi/>
        <w:spacing w:before="0" w:after="80"/>
        <w:jc w:val="both"/>
      </w:pPr>
      <w:r>
        <w:rPr>
          <w:color w:val="1E3A8A"/>
          <w:sz w:val="24"/>
          <w:szCs w:val="24"/>
          <w:rtl/>
        </w:rPr>
        <w:t>המילים: 30 × ²⁄₃  |  ‪30 × 1‬¹⁄₁₀  |  30 × ⁴⁄₄  |  30 × ³⁄₂  |  30 × ¹⁄₁₀  |  30 × ¹¹⁄₁₂  |  ‪30 × 2‬¹⁄₅  |  30 × ⁶⁄₆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מ-30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שווה ל-30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מ-30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בשתי דרכים: ‪6 × 3‬⁵⁄₈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60"/>
        <w:jc w:val="both"/>
      </w:pPr>
      <w:r>
        <w:rPr>
          <w:rtl/>
        </w:rPr>
        <w:t>א. כל יום עומר הולך ³⁄₄ ק"מ. ב-6 ימים הוא הולך __________ ק"מ.</w:t>
      </w:r>
    </w:p>
    <w:p>
      <w:pPr>
        <w:bidi/>
        <w:spacing w:before="0" w:after="60"/>
        <w:jc w:val="both"/>
      </w:pPr>
      <w:r>
        <w:rPr>
          <w:rtl/>
        </w:rPr>
        <w:t>ב. בכיתה 32 תלמידים, ו-⁵⁄₈ מהם בנים. בכיתה __________ בנים.</w:t>
      </w:r>
    </w:p>
    <w:p>
      <w:pPr>
        <w:bidi/>
        <w:spacing w:before="0" w:after="60"/>
        <w:jc w:val="both"/>
      </w:pPr>
      <w:r>
        <w:rPr>
          <w:rtl/>
        </w:rPr>
        <w:t>ג. לכל עוגה צריך 2¹⁄₄ כוסות קמח. ל-4 עוגות צריך __________ כוסות קמח.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יואב חישב: ‪5 × 2‬³⁄₄ = 10³⁄₄. מצאו את הטעות ותקנו.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הראו בציור או על ציר מספרים ש-3 × ³⁄₄ = 2¹⁄₄.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בספריית בית הספר 240 ספרים. ³⁄₈ מהם ספרי הרפתקאות, ו-²⁄₅ מהספרים האחרים הם ספרי מדע. כמה ספרי מדע יש בספרייה?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יואב מתאמן בכדורסל ²⁄₃ שעה בכל יום. כמה שעות יתאמן ב-5 ימים?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על המדף 20 ספרים. ³⁄₄ מהם ספרי קריאה. כמה ספרי קריאה יש על המדף?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בכל ארגז 4¹⁄₂ ק"ג ענבים. כמה קילוגרמים של ענבים יש ב-8 ארגזים?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אליה קרא ⁵⁄₆ מספר של 180 עמודים. כמה עמודים נשאר לו לקרוא?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בפרדס של הקיבוץ 120 עצים. ²⁄₅ מהעצים הם עצי תפוז, ¹⁄₃ מהעצים הם עצי לימון, וכל השאר עצי אשכולית. כמה עצי אשכולית יש בפרדס?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עידו רץ 3¹⁄₄ ק"מ בכל יום במשך 4 ימים. נועם רץ 2³⁄₄ ק"מ בכל יום במשך 6 ימים. מי רץ יותר, ובכמה קילומטרים?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פרק 3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E3A8A"/>
          <w:sz w:val="44"/>
          <w:szCs w:val="44"/>
          <w:rtl/>
        </w:rPr>
        <w:t>פרק 3: כפל שבר בשבר ומספרים מעורבים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כפל שבר בשבר</w:t>
      </w:r>
    </w:p>
    <w:p>
      <w:pPr>
        <w:bidi/>
        <w:spacing w:before="0" w:after="20"/>
        <w:jc w:val="both"/>
      </w:pPr>
      <w:r>
        <w:rPr>
          <w:rtl/>
        </w:rPr>
        <w:t>1. כופלים מונה במונה ומכנה במכנה.</w:t>
      </w:r>
    </w:p>
    <w:p>
      <w:pPr>
        <w:bidi/>
        <w:spacing w:before="0" w:after="20"/>
        <w:jc w:val="both"/>
      </w:pPr>
      <w:r>
        <w:rPr>
          <w:rtl/>
        </w:rPr>
        <w:t>2. מצמצמים לפני הכפל או אחריו.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²⁄₃ × ³⁄₄ = ⁶⁄₁₂ = ¹⁄₂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מודל השטח</w:t>
      </w:r>
    </w:p>
    <w:p>
      <w:pPr>
        <w:bidi/>
        <w:spacing w:before="0" w:after="40"/>
        <w:jc w:val="both"/>
      </w:pPr>
      <w:r>
        <w:rPr>
          <w:rtl/>
        </w:rPr>
        <w:t>¹⁄₂ × ¹⁄₃ הוא חצי משליש. מחלקים מלבן ל-3 עמודות ול-2 שורות: משבצת אחת מתוך 6 מסומנת פעמיים, ולכן התוצאה ¹⁄₆.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מספרים מעורבים</w:t>
      </w:r>
    </w:p>
    <w:p>
      <w:pPr>
        <w:bidi/>
        <w:spacing w:before="0" w:after="20"/>
        <w:jc w:val="both"/>
      </w:pPr>
      <w:r>
        <w:rPr>
          <w:rtl/>
        </w:rPr>
        <w:t>1. הופכים כל מספר מעורב לשבר.</w:t>
      </w:r>
    </w:p>
    <w:p>
      <w:pPr>
        <w:bidi/>
        <w:spacing w:before="0" w:after="20"/>
        <w:jc w:val="both"/>
      </w:pPr>
      <w:r>
        <w:rPr>
          <w:rtl/>
        </w:rPr>
        <w:t>2. כופלים ומצמצמים.</w:t>
      </w:r>
    </w:p>
    <w:p>
      <w:pPr>
        <w:bidi/>
        <w:spacing w:before="0" w:after="20"/>
        <w:jc w:val="both"/>
      </w:pPr>
      <w:r>
        <w:rPr>
          <w:rtl/>
        </w:rPr>
        <w:t>3. חוזרים למספר מעורב, ובודקים באומדן.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1¹⁄₂ × 2²⁄₃ = ³⁄₂ × ⁸⁄₃ = 4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שבר × שבר: כופלים מונה במונה ומכנה במכנה, למשל ²⁄₃ × ³⁄₄ = ⁶⁄₁₂.</w:t>
      </w:r>
    </w:p>
    <w:p>
      <w:pPr>
        <w:bidi/>
        <w:spacing w:before="0" w:after="20"/>
        <w:jc w:val="both"/>
      </w:pPr>
      <w:r>
        <w:rPr>
          <w:rtl/>
        </w:rPr>
        <w:t>2. מצמצמים את התוצאה – או מצמצמים עוד לפני הכפל (מונה של שבר אחד עם מכנה של השני).</w:t>
      </w:r>
    </w:p>
    <w:p>
      <w:pPr>
        <w:bidi/>
        <w:spacing w:before="0" w:after="20"/>
        <w:jc w:val="both"/>
      </w:pPr>
      <w:r>
        <w:rPr>
          <w:rtl/>
        </w:rPr>
        <w:t>3. מספר מעורב: קודם הופכים אותו לשבר (2²⁄₃ = ⁸⁄₃), ורק אז כופלים.</w:t>
      </w:r>
    </w:p>
    <w:p>
      <w:pPr>
        <w:bidi/>
        <w:spacing w:before="0" w:after="20"/>
        <w:jc w:val="both"/>
      </w:pPr>
      <w:r>
        <w:rPr>
          <w:rtl/>
        </w:rPr>
        <w:t>4. «¹⁄₂ מתוך ³⁄₄» פירושו ¹⁄₂ × ³⁄₄. כשכופלים בשבר קטן מ-1, התוצאה קטנה מהמספר שהתחלנו בו.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1¹⁄₂ × 2²⁄₃ = ?</w:t>
      </w:r>
    </w:p>
    <w:p>
      <w:pPr>
        <w:bidi/>
        <w:spacing w:before="0" w:after="20"/>
        <w:jc w:val="both"/>
      </w:pPr>
      <w:r>
        <w:rPr>
          <w:rtl/>
        </w:rPr>
        <w:t>1. הופכים לשברים: 1¹⁄₂ = ³⁄₂, ו-2²⁄₃ = ⁸⁄₃</w:t>
      </w:r>
    </w:p>
    <w:p>
      <w:pPr>
        <w:bidi/>
        <w:spacing w:before="0" w:after="20"/>
        <w:jc w:val="both"/>
      </w:pPr>
      <w:r>
        <w:rPr>
          <w:rtl/>
        </w:rPr>
        <w:t>2. ³⁄₂ × ⁸⁄₃ = ²⁴⁄₆</w:t>
      </w:r>
    </w:p>
    <w:p>
      <w:pPr>
        <w:bidi/>
        <w:spacing w:before="0" w:after="20"/>
        <w:jc w:val="both"/>
      </w:pPr>
      <w:r>
        <w:rPr>
          <w:rtl/>
        </w:rPr>
        <w:t>3. ²⁴⁄₆ = 4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¹⁄₄ × ¹⁄₃ = __________</w:t>
      </w:r>
    </w:p>
    <w:p>
      <w:pPr>
        <w:bidi/>
        <w:spacing w:before="0" w:after="60"/>
        <w:jc w:val="both"/>
      </w:pPr>
      <w:r>
        <w:rPr>
          <w:rtl/>
        </w:rPr>
        <w:t>ב. ²⁄₅ × ¹⁄₃ = __________</w:t>
      </w:r>
    </w:p>
    <w:p>
      <w:pPr>
        <w:bidi/>
        <w:spacing w:before="0" w:after="60"/>
        <w:jc w:val="both"/>
      </w:pPr>
      <w:r>
        <w:rPr>
          <w:rtl/>
        </w:rPr>
        <w:t>ג. ³⁄₄ × ¹⁄₂ = __________</w:t>
      </w:r>
    </w:p>
    <w:p>
      <w:pPr>
        <w:bidi/>
        <w:spacing w:before="0" w:after="60"/>
        <w:jc w:val="both"/>
      </w:pPr>
      <w:r>
        <w:rPr>
          <w:rtl/>
        </w:rPr>
        <w:t>ד. ⁴⁄₇ × ²⁄₃ = __________</w:t>
      </w:r>
    </w:p>
    <w:p>
      <w:pPr>
        <w:bidi/>
        <w:spacing w:before="0" w:after="60"/>
        <w:jc w:val="both"/>
      </w:pPr>
      <w:r>
        <w:rPr>
          <w:rtl/>
        </w:rPr>
        <w:t>ה. ³⁄₈ × ³⁄₅ = __________</w:t>
      </w:r>
    </w:p>
    <w:p>
      <w:pPr>
        <w:bidi/>
        <w:spacing w:before="0" w:after="60"/>
        <w:jc w:val="both"/>
      </w:pPr>
      <w:r>
        <w:rPr>
          <w:rtl/>
        </w:rPr>
        <w:t>ו. ⁵⁄₆ × ⁵⁄₇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וצמצמו.</w:t>
      </w:r>
    </w:p>
    <w:p>
      <w:pPr>
        <w:bidi/>
        <w:spacing w:before="0" w:after="60"/>
        <w:jc w:val="both"/>
      </w:pPr>
      <w:r>
        <w:rPr>
          <w:rtl/>
        </w:rPr>
        <w:t>א. ³⁄₄ × ⁴⁄₉ = __________</w:t>
      </w:r>
    </w:p>
    <w:p>
      <w:pPr>
        <w:bidi/>
        <w:spacing w:before="0" w:after="60"/>
        <w:jc w:val="both"/>
      </w:pPr>
      <w:r>
        <w:rPr>
          <w:rtl/>
        </w:rPr>
        <w:t>ב. ⁵⁄₆ × ³⁄₁₀ = __________</w:t>
      </w:r>
    </w:p>
    <w:p>
      <w:pPr>
        <w:bidi/>
        <w:spacing w:before="0" w:after="60"/>
        <w:jc w:val="both"/>
      </w:pPr>
      <w:r>
        <w:rPr>
          <w:rtl/>
        </w:rPr>
        <w:t>ג. ²⁄₉ × ³⁄₈ = __________</w:t>
      </w:r>
    </w:p>
    <w:p>
      <w:pPr>
        <w:bidi/>
        <w:spacing w:before="0" w:after="60"/>
        <w:jc w:val="both"/>
      </w:pPr>
      <w:r>
        <w:rPr>
          <w:rtl/>
        </w:rPr>
        <w:t>ד. ⁷⁄₁₀ × ⁵⁄₁₄ = __________</w:t>
      </w:r>
    </w:p>
    <w:p>
      <w:pPr>
        <w:bidi/>
        <w:spacing w:before="0" w:after="60"/>
        <w:jc w:val="both"/>
      </w:pPr>
      <w:r>
        <w:rPr>
          <w:rtl/>
        </w:rPr>
        <w:t>ה. ⁹⁄₁₆ × ⁴⁄₁₅ = __________</w:t>
      </w:r>
    </w:p>
    <w:p>
      <w:pPr>
        <w:bidi/>
        <w:spacing w:before="0" w:after="60"/>
        <w:jc w:val="both"/>
      </w:pPr>
      <w:r>
        <w:rPr>
          <w:rtl/>
        </w:rPr>
        <w:t>ו. ⁵⁄₁₂ × ⁹⁄₁₀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חשבו. כתבו את התוצאה כמספר מעורב או כמספר שלם.</w:t>
      </w:r>
    </w:p>
    <w:p>
      <w:pPr>
        <w:bidi/>
        <w:spacing w:before="0" w:after="60"/>
        <w:jc w:val="both"/>
      </w:pPr>
      <w:r>
        <w:rPr>
          <w:rtl/>
        </w:rPr>
        <w:t>א. 1¹⁄₄ × ²⁄₅ = __________</w:t>
      </w:r>
    </w:p>
    <w:p>
      <w:pPr>
        <w:bidi/>
        <w:spacing w:before="0" w:after="60"/>
        <w:jc w:val="both"/>
      </w:pPr>
      <w:r>
        <w:rPr>
          <w:rtl/>
        </w:rPr>
        <w:t>ב. 2¹⁄₃ × ³⁄₇ = __________</w:t>
      </w:r>
    </w:p>
    <w:p>
      <w:pPr>
        <w:bidi/>
        <w:spacing w:before="0" w:after="60"/>
        <w:jc w:val="both"/>
      </w:pPr>
      <w:r>
        <w:rPr>
          <w:rtl/>
        </w:rPr>
        <w:t>ג. 1¹⁄₂ × 1¹⁄₂ = __________</w:t>
      </w:r>
    </w:p>
    <w:p>
      <w:pPr>
        <w:bidi/>
        <w:spacing w:before="0" w:after="60"/>
        <w:jc w:val="both"/>
      </w:pPr>
      <w:r>
        <w:rPr>
          <w:rtl/>
        </w:rPr>
        <w:t>ד. 2²⁄₃ × 1¹⁄₈ = __________</w:t>
      </w:r>
    </w:p>
    <w:p>
      <w:pPr>
        <w:bidi/>
        <w:spacing w:before="0" w:after="60"/>
        <w:jc w:val="both"/>
      </w:pPr>
      <w:r>
        <w:rPr>
          <w:rtl/>
        </w:rPr>
        <w:t>ה. 3¹⁄₂ × 2²⁄₇ = __________</w:t>
      </w:r>
    </w:p>
    <w:p>
      <w:pPr>
        <w:bidi/>
        <w:spacing w:before="0" w:after="60"/>
        <w:jc w:val="both"/>
      </w:pPr>
      <w:r>
        <w:rPr>
          <w:rtl/>
        </w:rPr>
        <w:t>ו. 1⁴⁄₅ × 2¹⁄₃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ציירו מודל שטח לכל תרגיל והשלימו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משבצות שמסומנות פעמיים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 המשבצות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 (מצומצמת)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¹⁄₃ × ¹⁄₄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³⁄₅ × ¹⁄₂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²⁄₃ × ⁵⁄₆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¹⁄₄ × ²⁄₃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³⁄₄ × ⁴⁄₅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⁵⁄₈ × ⁴⁄₅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2¹⁄₂ × ⁴⁄₅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³⁄₅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1¹⁄₅ × 2¹⁄₂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1¹⁄₃ × 3³⁄₄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¹⁄₆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²⁄₃ × ²⁄₃ = ⁴⁄₉      נכון / לא נכון</w:t>
      </w:r>
    </w:p>
    <w:p>
      <w:pPr>
        <w:bidi/>
        <w:spacing w:before="0" w:after="60"/>
        <w:jc w:val="both"/>
      </w:pPr>
      <w:r>
        <w:rPr>
          <w:rtl/>
        </w:rPr>
        <w:t>ב. ³⁄₄ × ¹⁄₂ = ³⁄₂      נכון / לא נכון</w:t>
      </w:r>
    </w:p>
    <w:p>
      <w:pPr>
        <w:bidi/>
        <w:spacing w:before="0" w:after="60"/>
        <w:jc w:val="both"/>
      </w:pPr>
      <w:r>
        <w:rPr>
          <w:rtl/>
        </w:rPr>
        <w:t>ג. 2 × ¹⁄₂ × 1¹⁄₂ = 1¹⁄₂      נכון / לא נכון</w:t>
      </w:r>
    </w:p>
    <w:p>
      <w:pPr>
        <w:bidi/>
        <w:spacing w:before="0" w:after="60"/>
        <w:jc w:val="both"/>
      </w:pPr>
      <w:r>
        <w:rPr>
          <w:rtl/>
        </w:rPr>
        <w:t>ד. המכפלה ⁷⁄₈ × ⁹⁄₁₀ גדולה מ-1.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אורי אכל ¹⁄₂ מתוך ³⁄₄ של עוגה. איזה חלק מהעוגה כולה אכל?</w:t>
      </w:r>
    </w:p>
    <w:p>
      <w:pPr>
        <w:bidi/>
        <w:spacing w:before="0" w:after="80"/>
        <w:jc w:val="both"/>
      </w:pPr>
      <w:r>
        <w:rPr>
          <w:rtl/>
        </w:rPr>
        <w:t xml:space="preserve">   ○ ³⁄₈      ○ ¹⁄₄      ○ ⁵⁄₄      ○ ²⁄₃</w:t>
      </w:r>
    </w:p>
    <w:p>
      <w:pPr>
        <w:bidi/>
        <w:spacing w:before="0" w:after="20"/>
        <w:jc w:val="both"/>
      </w:pPr>
      <w:r>
        <w:rPr>
          <w:rtl/>
        </w:rPr>
        <w:t>ב. אומדן: 3¹⁄₈ × 4⁹⁄₁₀ קרוב ל:</w:t>
      </w:r>
    </w:p>
    <w:p>
      <w:pPr>
        <w:bidi/>
        <w:spacing w:before="0" w:after="80"/>
        <w:jc w:val="both"/>
      </w:pPr>
      <w:r>
        <w:rPr>
          <w:rtl/>
        </w:rPr>
        <w:t xml:space="preserve">   ○ 7      ○ 12      ○ 15      ○ 20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השלימו את השבר החסר.</w:t>
      </w:r>
    </w:p>
    <w:p>
      <w:pPr>
        <w:bidi/>
        <w:spacing w:before="0" w:after="60"/>
        <w:jc w:val="both"/>
      </w:pPr>
      <w:r>
        <w:rPr>
          <w:rtl/>
        </w:rPr>
        <w:t>א. __________ × ²⁄₅ = ⁶⁄₃₅</w:t>
      </w:r>
    </w:p>
    <w:p>
      <w:pPr>
        <w:bidi/>
        <w:spacing w:before="0" w:after="60"/>
        <w:jc w:val="both"/>
      </w:pPr>
      <w:r>
        <w:rPr>
          <w:rtl/>
        </w:rPr>
        <w:t>ב. ³⁄₈ × __________ = ³⁄₁₆</w:t>
      </w:r>
    </w:p>
    <w:p>
      <w:pPr>
        <w:bidi/>
        <w:spacing w:before="0" w:after="60"/>
        <w:jc w:val="both"/>
      </w:pPr>
      <w:r>
        <w:rPr>
          <w:rtl/>
        </w:rPr>
        <w:t>ג. 1¹⁄₂ × ‪__________ =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בלי לחשב: האם המכפלה קטנה מ-2¹⁄₂ או גדולה ממנו? מיינו.</w:t>
      </w:r>
    </w:p>
    <w:p>
      <w:pPr>
        <w:bidi/>
        <w:spacing w:before="0" w:after="80"/>
        <w:jc w:val="both"/>
      </w:pPr>
      <w:r>
        <w:rPr>
          <w:color w:val="1E3A8A"/>
          <w:sz w:val="24"/>
          <w:szCs w:val="24"/>
          <w:rtl/>
        </w:rPr>
        <w:t>המילים: 2¹⁄₂ × ³⁄₄  |  2¹⁄₂ × 1¹⁄₅  |  2¹⁄₂ × ²⁄₃  |  2¹⁄₂ × ⁷⁄₆  |  2¹⁄₂ × ¹⁄₁₀  |  2¹⁄₂ × 1³⁄₄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מ-2¹⁄₂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מ-2¹⁄₂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וצמצמו לפני הכפל: 3³⁄₄ × 2²⁄₅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60"/>
        <w:jc w:val="both"/>
      </w:pPr>
      <w:r>
        <w:rPr>
          <w:rtl/>
        </w:rPr>
        <w:t>א. הדרך לבריכה ארוכה 1¹⁄₂ ק"מ. תמר הלכה ²⁄₃ מהדרך. היא הלכה __________ ק"מ.</w:t>
      </w:r>
    </w:p>
    <w:p>
      <w:pPr>
        <w:bidi/>
        <w:spacing w:before="0" w:after="60"/>
        <w:jc w:val="both"/>
      </w:pPr>
      <w:r>
        <w:rPr>
          <w:rtl/>
        </w:rPr>
        <w:t>ב. בצנצנת ³⁄₄ ליטר דבש. איתי השתמש ב-²⁄₅ מהדבש. הוא השתמש ב-__________ ליטר.</w:t>
      </w:r>
    </w:p>
    <w:p>
      <w:pPr>
        <w:bidi/>
        <w:spacing w:before="0" w:after="60"/>
        <w:jc w:val="both"/>
      </w:pPr>
      <w:r>
        <w:rPr>
          <w:rtl/>
        </w:rPr>
        <w:t>ג. אורכו של חדר מלבני 3¹⁄₂ מטרים, ורוחבו 2⁴⁄₇ מטרים. שטח החדר __________ מ"ר.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נועם חישב: 2¹⁄₂ × 3¹⁄₃ = 6¹⁄₆. מצאו את הטעות ותקנו.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הסבירו בלי לחשב: למה ⁵⁄₆ × ³⁄₄ קטן מ-³⁄₄? אחר כך חשבו ובדקו.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אורך הצלע של אריח ריבועי הוא 1¹⁄₂ מטרים. גוזרים ממנו ²⁄₃ מהשטח. כמה מ"ר נשארים מהאריח?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²⁄₅ מתלמידי השכבה משתתפים בחוג ספורט, ו-¹⁄₂ מהם משחקים כדורגל. איזה חלק מתלמידי השכבה משחקים כדורגל?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ההפסקה הגדולה נמשכת ³⁄₄ שעה. עידו קרא ספר במשך ²⁄₃ מההפסקה. איזה חלק משעה קרא עידו?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לוח מודעות מלבני אורכו 3³⁄₄ מטרים ורוחבו 2²⁄₃ מטרים. מה שטח הלוח?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בשק היו 2¹⁄₂ ק"ג סוכר. האופה השתמש ב-³⁄₅ מהסוכר. בכמה קילוגרמים של סוכר השתמש?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ברז ממלא 2²⁄₅ ליטרים בכל דקה. משה פתח את הברז למשך 3³⁄₄ דקות כדי למלא דלי של 10 ליטרים. כמה ליטרים נכנסו לדלי, וכמה ליטרים חסרים כדי שיתמלא?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אריאל קיבל 1¹⁄₂ ק"ג עוגיות. ²⁄₃ מהעוגיות חילק לחברים, ו-¹⁄₄ מהעוגיות שנשארו אכל. כמה קילוגרמים של עוגיות נשארו לו?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פרק 4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E3A8A"/>
          <w:sz w:val="44"/>
          <w:szCs w:val="44"/>
          <w:rtl/>
        </w:rPr>
        <w:t>פרק 4: חילוק שברים פשוטים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כמה פעמים נכנס?</w:t>
      </w:r>
    </w:p>
    <w:p>
      <w:pPr>
        <w:bidi/>
        <w:spacing w:before="0" w:after="40"/>
        <w:jc w:val="both"/>
      </w:pPr>
      <w:r>
        <w:rPr>
          <w:rtl/>
        </w:rPr>
        <w:t>3 : ¹⁄₄ שואל כמה רבעים יש ב-3. בכל שלם 4 רבעים, ולכן התשובה 12.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3 : ¹⁄₄ = ‪12 · 2‬ : ¹⁄₃ = 6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חילוק שבר במספר שלם</w:t>
      </w:r>
    </w:p>
    <w:p>
      <w:pPr>
        <w:bidi/>
        <w:spacing w:before="0" w:after="20"/>
        <w:jc w:val="both"/>
      </w:pPr>
      <w:r>
        <w:rPr>
          <w:rtl/>
        </w:rPr>
        <w:t>1. אם אפשר – מחלקים את המונה: ⁶⁄₇ : 3 = ²⁄₇</w:t>
      </w:r>
    </w:p>
    <w:p>
      <w:pPr>
        <w:bidi/>
        <w:spacing w:before="0" w:after="20"/>
        <w:jc w:val="both"/>
      </w:pPr>
      <w:r>
        <w:rPr>
          <w:rtl/>
        </w:rPr>
        <w:t>2. אחרת – כופלים את המכנה: ²⁄₅ : 4 = ²⁄₂₀ = ¹⁄₁₀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חילוק בשבר = כפל בשבר ההפוך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כפל בשבר ההפוך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²⁄₃ : ⁴⁄₅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²⁄₃ × ⁵⁄₄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⁵⁄₆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 : ¹⁄₄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 × 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1¹⁄₂ : ³⁄₄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³⁄₂ × ⁴⁄₃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חילוק בשבר הוא כפל בשבר ההפוך: הופכים את המחלק (מונה ומכנה מתחלפים) וכופלים, למשל ³⁄₄ : ¹⁄₈ = ³⁄₄ × ⁸⁄₁.</w:t>
      </w:r>
    </w:p>
    <w:p>
      <w:pPr>
        <w:bidi/>
        <w:spacing w:before="0" w:after="20"/>
        <w:jc w:val="both"/>
      </w:pPr>
      <w:r>
        <w:rPr>
          <w:rtl/>
        </w:rPr>
        <w:t>2. בבעיה: «כמה פעמים ¹⁄₄ ליטר נכנס ב-3 ליטרים?» – זה 3 : ¹⁄₄ = 12.</w:t>
      </w:r>
    </w:p>
    <w:p>
      <w:pPr>
        <w:bidi/>
        <w:spacing w:before="0" w:after="20"/>
        <w:jc w:val="both"/>
      </w:pPr>
      <w:r>
        <w:rPr>
          <w:rtl/>
        </w:rPr>
        <w:t>3. מספר מעורב הופכים קודם לשבר (2¹⁄₂ = ⁵⁄₂), ורק אחר כך מחלקים.</w:t>
      </w:r>
    </w:p>
    <w:p>
      <w:pPr>
        <w:bidi/>
        <w:spacing w:before="0" w:after="20"/>
        <w:jc w:val="both"/>
      </w:pPr>
      <w:r>
        <w:rPr>
          <w:rtl/>
        </w:rPr>
        <w:t>4. בודקים בכפל: המנה × המחלק = המחולק.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2¹⁄₂ : ⁵⁄₆ = ?</w:t>
      </w:r>
    </w:p>
    <w:p>
      <w:pPr>
        <w:bidi/>
        <w:spacing w:before="0" w:after="20"/>
        <w:jc w:val="both"/>
      </w:pPr>
      <w:r>
        <w:rPr>
          <w:rtl/>
        </w:rPr>
        <w:t>1. 2¹⁄₂ = ⁵⁄₂</w:t>
      </w:r>
    </w:p>
    <w:p>
      <w:pPr>
        <w:bidi/>
        <w:spacing w:before="0" w:after="20"/>
        <w:jc w:val="both"/>
      </w:pPr>
      <w:r>
        <w:rPr>
          <w:rtl/>
        </w:rPr>
        <w:t>2. ⁵⁄₂ : ⁵⁄₆ = ⁵⁄₂ × ⁶⁄₅</w:t>
      </w:r>
    </w:p>
    <w:p>
      <w:pPr>
        <w:bidi/>
        <w:spacing w:before="0" w:after="20"/>
        <w:jc w:val="both"/>
      </w:pPr>
      <w:r>
        <w:rPr>
          <w:rtl/>
        </w:rPr>
        <w:t>3. ⁵⁄₂ × ⁶⁄₅ = ³⁰⁄₁₀ = 3</w:t>
      </w:r>
    </w:p>
    <w:p>
      <w:pPr>
        <w:bidi/>
        <w:spacing w:before="0" w:after="20"/>
        <w:jc w:val="both"/>
      </w:pPr>
      <w:r>
        <w:rPr>
          <w:rtl/>
        </w:rPr>
        <w:t>4. בדיקה: 3 × ⁵⁄₆ = ¹⁵⁄₆ = 2¹⁄₂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3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כמה פעמים נכנס? חשבו.</w:t>
      </w:r>
    </w:p>
    <w:p>
      <w:pPr>
        <w:bidi/>
        <w:spacing w:before="0" w:after="60"/>
        <w:jc w:val="both"/>
      </w:pPr>
      <w:r>
        <w:rPr>
          <w:rtl/>
        </w:rPr>
        <w:t>א. 3 : ¹⁄₂ = __________</w:t>
      </w:r>
    </w:p>
    <w:p>
      <w:pPr>
        <w:bidi/>
        <w:spacing w:before="0" w:after="60"/>
        <w:jc w:val="both"/>
      </w:pPr>
      <w:r>
        <w:rPr>
          <w:rtl/>
        </w:rPr>
        <w:t>ב. 2 : ¹⁄₆ = __________</w:t>
      </w:r>
    </w:p>
    <w:p>
      <w:pPr>
        <w:bidi/>
        <w:spacing w:before="0" w:after="60"/>
        <w:jc w:val="both"/>
      </w:pPr>
      <w:r>
        <w:rPr>
          <w:rtl/>
        </w:rPr>
        <w:t>ג. 5 : ¹⁄₃ = __________</w:t>
      </w:r>
    </w:p>
    <w:p>
      <w:pPr>
        <w:bidi/>
        <w:spacing w:before="0" w:after="60"/>
        <w:jc w:val="both"/>
      </w:pPr>
      <w:r>
        <w:rPr>
          <w:rtl/>
        </w:rPr>
        <w:t>ד. 4 : ²⁄₅ = __________</w:t>
      </w:r>
    </w:p>
    <w:p>
      <w:pPr>
        <w:bidi/>
        <w:spacing w:before="0" w:after="60"/>
        <w:jc w:val="both"/>
      </w:pPr>
      <w:r>
        <w:rPr>
          <w:rtl/>
        </w:rPr>
        <w:t>ה. 6 : ³⁄₄ = __________</w:t>
      </w:r>
    </w:p>
    <w:p>
      <w:pPr>
        <w:bidi/>
        <w:spacing w:before="0" w:after="60"/>
        <w:jc w:val="both"/>
      </w:pPr>
      <w:r>
        <w:rPr>
          <w:rtl/>
        </w:rPr>
        <w:t>ו. 9 : ³⁄₅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חלקו שבר במספר שלם.</w:t>
      </w:r>
    </w:p>
    <w:p>
      <w:pPr>
        <w:bidi/>
        <w:spacing w:before="0" w:after="60"/>
        <w:jc w:val="both"/>
      </w:pPr>
      <w:r>
        <w:rPr>
          <w:rtl/>
        </w:rPr>
        <w:t>א. ⁸⁄₉ : ‪4 = __________‬</w:t>
      </w:r>
    </w:p>
    <w:p>
      <w:pPr>
        <w:bidi/>
        <w:spacing w:before="0" w:after="60"/>
        <w:jc w:val="both"/>
      </w:pPr>
      <w:r>
        <w:rPr>
          <w:rtl/>
        </w:rPr>
        <w:t>ב. ³⁄₅ : ‪6 = __________‬</w:t>
      </w:r>
    </w:p>
    <w:p>
      <w:pPr>
        <w:bidi/>
        <w:spacing w:before="0" w:after="60"/>
        <w:jc w:val="both"/>
      </w:pPr>
      <w:r>
        <w:rPr>
          <w:rtl/>
        </w:rPr>
        <w:t>ג. ⁵⁄₆ : ‪2 = __________‬</w:t>
      </w:r>
    </w:p>
    <w:p>
      <w:pPr>
        <w:bidi/>
        <w:spacing w:before="0" w:after="60"/>
        <w:jc w:val="both"/>
      </w:pPr>
      <w:r>
        <w:rPr>
          <w:rtl/>
        </w:rPr>
        <w:t>ד. ²⁄₇ : ‪2 = __________‬</w:t>
      </w:r>
    </w:p>
    <w:p>
      <w:pPr>
        <w:bidi/>
        <w:spacing w:before="0" w:after="60"/>
        <w:jc w:val="both"/>
      </w:pPr>
      <w:r>
        <w:rPr>
          <w:rtl/>
        </w:rPr>
        <w:t>ה. ¹⁰⁄₁₁ : ‪5 = __________‬</w:t>
      </w:r>
    </w:p>
    <w:p>
      <w:pPr>
        <w:bidi/>
        <w:spacing w:before="0" w:after="60"/>
        <w:jc w:val="both"/>
      </w:pPr>
      <w:r>
        <w:rPr>
          <w:rtl/>
        </w:rPr>
        <w:t>ו. ³⁄₈ : ‪3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חשבו. כתבו שבר, מספר מעורב או מספר שלם.</w:t>
      </w:r>
    </w:p>
    <w:p>
      <w:pPr>
        <w:bidi/>
        <w:spacing w:before="0" w:after="60"/>
        <w:jc w:val="both"/>
      </w:pPr>
      <w:r>
        <w:rPr>
          <w:rtl/>
        </w:rPr>
        <w:t>א. ⁵⁄₈ : ¹⁄₈ = __________</w:t>
      </w:r>
    </w:p>
    <w:p>
      <w:pPr>
        <w:bidi/>
        <w:spacing w:before="0" w:after="60"/>
        <w:jc w:val="both"/>
      </w:pPr>
      <w:r>
        <w:rPr>
          <w:rtl/>
        </w:rPr>
        <w:t>ב. ²⁄₃ : ¹⁄₃ = __________</w:t>
      </w:r>
    </w:p>
    <w:p>
      <w:pPr>
        <w:bidi/>
        <w:spacing w:before="0" w:after="60"/>
        <w:jc w:val="both"/>
      </w:pPr>
      <w:r>
        <w:rPr>
          <w:rtl/>
        </w:rPr>
        <w:t>ג. ⁹⁄₁₀ : ³⁄₁₀ = __________</w:t>
      </w:r>
    </w:p>
    <w:p>
      <w:pPr>
        <w:bidi/>
        <w:spacing w:before="0" w:after="60"/>
        <w:jc w:val="both"/>
      </w:pPr>
      <w:r>
        <w:rPr>
          <w:rtl/>
        </w:rPr>
        <w:t>ד. ⁵⁄₇ : ²⁄₇ = __________</w:t>
      </w:r>
    </w:p>
    <w:p>
      <w:pPr>
        <w:bidi/>
        <w:spacing w:before="0" w:after="60"/>
        <w:jc w:val="both"/>
      </w:pPr>
      <w:r>
        <w:rPr>
          <w:rtl/>
        </w:rPr>
        <w:t>ה. ¹¹⁄₁₂ : ¹⁄₁₂ = __________</w:t>
      </w:r>
    </w:p>
    <w:p>
      <w:pPr>
        <w:bidi/>
        <w:spacing w:before="0" w:after="60"/>
        <w:jc w:val="both"/>
      </w:pPr>
      <w:r>
        <w:rPr>
          <w:rtl/>
        </w:rPr>
        <w:t>ו. ³⁄₅ : ⁴⁄₅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חלקו בעזרת כפל בשבר ההפוך. צמצמו.</w:t>
      </w:r>
    </w:p>
    <w:p>
      <w:pPr>
        <w:bidi/>
        <w:spacing w:before="0" w:after="60"/>
        <w:jc w:val="both"/>
      </w:pPr>
      <w:r>
        <w:rPr>
          <w:rtl/>
        </w:rPr>
        <w:t>א. ³⁄₄ : ¹⁄₂ = __________</w:t>
      </w:r>
    </w:p>
    <w:p>
      <w:pPr>
        <w:bidi/>
        <w:spacing w:before="0" w:after="60"/>
        <w:jc w:val="both"/>
      </w:pPr>
      <w:r>
        <w:rPr>
          <w:rtl/>
        </w:rPr>
        <w:t>ב. ¹⁄₃ : ⁴⁄₉ = __________</w:t>
      </w:r>
    </w:p>
    <w:p>
      <w:pPr>
        <w:bidi/>
        <w:spacing w:before="0" w:after="60"/>
        <w:jc w:val="both"/>
      </w:pPr>
      <w:r>
        <w:rPr>
          <w:rtl/>
        </w:rPr>
        <w:t>ג. ⁵⁄₆ : ⁵⁄₁₂ = __________</w:t>
      </w:r>
    </w:p>
    <w:p>
      <w:pPr>
        <w:bidi/>
        <w:spacing w:before="0" w:after="60"/>
        <w:jc w:val="both"/>
      </w:pPr>
      <w:r>
        <w:rPr>
          <w:rtl/>
        </w:rPr>
        <w:t>ד. ²⁄₅ : ³⁄₄ = __________</w:t>
      </w:r>
    </w:p>
    <w:p>
      <w:pPr>
        <w:bidi/>
        <w:spacing w:before="0" w:after="60"/>
        <w:jc w:val="both"/>
      </w:pPr>
      <w:r>
        <w:rPr>
          <w:rtl/>
        </w:rPr>
        <w:t>ה. ⁷⁄₁₀ : ¹⁄₅ = __________</w:t>
      </w:r>
    </w:p>
    <w:p>
      <w:pPr>
        <w:bidi/>
        <w:spacing w:before="0" w:after="60"/>
        <w:jc w:val="both"/>
      </w:pPr>
      <w:r>
        <w:rPr>
          <w:rtl/>
        </w:rPr>
        <w:t>ו. ³⁄₈ : ⁹⁄₁₀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הפכו את המספר המעורב לשבר וחשבו.</w:t>
      </w:r>
    </w:p>
    <w:p>
      <w:pPr>
        <w:bidi/>
        <w:spacing w:before="0" w:after="60"/>
        <w:jc w:val="both"/>
      </w:pPr>
      <w:r>
        <w:rPr>
          <w:rtl/>
        </w:rPr>
        <w:t>א. 1¹⁄₂ : ¹⁄₄ = __________</w:t>
      </w:r>
    </w:p>
    <w:p>
      <w:pPr>
        <w:bidi/>
        <w:spacing w:before="0" w:after="60"/>
        <w:jc w:val="both"/>
      </w:pPr>
      <w:r>
        <w:rPr>
          <w:rtl/>
        </w:rPr>
        <w:t>ב. 2¹⁄₂ : ⁵⁄₆ = __________</w:t>
      </w:r>
    </w:p>
    <w:p>
      <w:pPr>
        <w:bidi/>
        <w:spacing w:before="0" w:after="60"/>
        <w:jc w:val="both"/>
      </w:pPr>
      <w:r>
        <w:rPr>
          <w:rtl/>
        </w:rPr>
        <w:t>ג. 3¹⁄₃ : ²⁄₃ = __________</w:t>
      </w:r>
    </w:p>
    <w:p>
      <w:pPr>
        <w:bidi/>
        <w:spacing w:before="0" w:after="60"/>
        <w:jc w:val="both"/>
      </w:pPr>
      <w:r>
        <w:rPr>
          <w:rtl/>
        </w:rPr>
        <w:t>ד. 1³⁄₄ : 1¹⁄₆ = __________</w:t>
      </w:r>
    </w:p>
    <w:p>
      <w:pPr>
        <w:bidi/>
        <w:spacing w:before="0" w:after="60"/>
        <w:jc w:val="both"/>
      </w:pPr>
      <w:r>
        <w:rPr>
          <w:rtl/>
        </w:rPr>
        <w:t>ה. 2²⁄₅ : 1¹⁄₅ = __________</w:t>
      </w:r>
    </w:p>
    <w:p>
      <w:pPr>
        <w:bidi/>
        <w:spacing w:before="0" w:after="60"/>
        <w:jc w:val="both"/>
      </w:pPr>
      <w:r>
        <w:rPr>
          <w:rtl/>
        </w:rPr>
        <w:t>ו. 4¹⁄₂ : ³⁄₈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חשבו את המנה ובדקו בכפל.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בדיקה בכפל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¹⁄₈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²⁄₃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⁵⁄₆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1¹⁄₂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¹⁄₂ : ¹⁄₈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3 : ³⁄₅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²⁄₃ : 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³⁄₄ : ³⁄₈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⁵⁄₆ : ¹⁄₃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²⁄₃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⁴⁄₉ : ²⁄₃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¹⁄₃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1 : ¹⁄₅ = 5      נכון / לא נכון</w:t>
      </w:r>
    </w:p>
    <w:p>
      <w:pPr>
        <w:bidi/>
        <w:spacing w:before="0" w:after="60"/>
        <w:jc w:val="both"/>
      </w:pPr>
      <w:r>
        <w:rPr>
          <w:rtl/>
        </w:rPr>
        <w:t>ב. ³⁄₄ : ‪3 = 4‬      נכון / לא נכון</w:t>
      </w:r>
    </w:p>
    <w:p>
      <w:pPr>
        <w:bidi/>
        <w:spacing w:before="0" w:after="60"/>
        <w:jc w:val="both"/>
      </w:pPr>
      <w:r>
        <w:rPr>
          <w:rtl/>
        </w:rPr>
        <w:t>ג. השבר ההפוך של 7 הוא ¹⁄₇.      נכון / לא נכון</w:t>
      </w:r>
    </w:p>
    <w:p>
      <w:pPr>
        <w:bidi/>
        <w:spacing w:before="0" w:after="60"/>
        <w:jc w:val="both"/>
      </w:pPr>
      <w:r>
        <w:rPr>
          <w:rtl/>
        </w:rPr>
        <w:t>ד. ⁵⁄₈ : ⁵⁄₈ = 1      נכון / לא נכון</w:t>
      </w:r>
    </w:p>
    <w:p>
      <w:pPr>
        <w:bidi/>
        <w:spacing w:before="0" w:after="60"/>
        <w:jc w:val="both"/>
      </w:pPr>
      <w:r>
        <w:rPr>
          <w:rtl/>
        </w:rPr>
        <w:t>ה. המנה 2 : ³⁄₄ קטנה מ-2.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חבל באורך 5 מטרים נחתך לחתיכות של ¹⁄₄ מטר. כמה חתיכות התקבלו?</w:t>
      </w:r>
    </w:p>
    <w:p>
      <w:pPr>
        <w:bidi/>
        <w:spacing w:before="0" w:after="80"/>
        <w:jc w:val="both"/>
      </w:pPr>
      <w:r>
        <w:rPr>
          <w:rtl/>
        </w:rPr>
        <w:t xml:space="preserve">   ○ 1¹⁄₄      ○ 20      ○ 5¹⁄₄      ○ 9</w:t>
      </w:r>
    </w:p>
    <w:p>
      <w:pPr>
        <w:bidi/>
        <w:spacing w:before="0" w:after="20"/>
        <w:jc w:val="both"/>
      </w:pPr>
      <w:r>
        <w:rPr>
          <w:rtl/>
        </w:rPr>
        <w:t>ב. ³⁄₅ : ³⁄₁₀ = ?</w:t>
      </w:r>
    </w:p>
    <w:p>
      <w:pPr>
        <w:bidi/>
        <w:spacing w:before="0" w:after="80"/>
        <w:jc w:val="both"/>
      </w:pPr>
      <w:r>
        <w:rPr>
          <w:rtl/>
        </w:rPr>
        <w:t xml:space="preserve">   ○ 2      ○ ⁹⁄₅₀      ○ ¹⁄₂      ○ 1¹⁄₂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‪4 : __________ = 16‬</w:t>
      </w:r>
    </w:p>
    <w:p>
      <w:pPr>
        <w:bidi/>
        <w:spacing w:before="0" w:after="60"/>
        <w:jc w:val="both"/>
      </w:pPr>
      <w:r>
        <w:rPr>
          <w:rtl/>
        </w:rPr>
        <w:t>ב. __________ : ³⁄₈ = 2</w:t>
      </w:r>
    </w:p>
    <w:p>
      <w:pPr>
        <w:bidi/>
        <w:spacing w:before="0" w:after="60"/>
        <w:jc w:val="both"/>
      </w:pPr>
      <w:r>
        <w:rPr>
          <w:rtl/>
        </w:rPr>
        <w:t>ג. ⁵⁄₆ : __________ = ⁵⁄₁₂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60"/>
        <w:jc w:val="both"/>
      </w:pPr>
      <w:r>
        <w:rPr>
          <w:rtl/>
        </w:rPr>
        <w:t>א. בבקבוק 1¹⁄₂ ליטר מיץ. ממלאים כוסות של ¹⁄₄ ליטר. אפשר למלא __________ כוסות.</w:t>
      </w:r>
    </w:p>
    <w:p>
      <w:pPr>
        <w:bidi/>
        <w:spacing w:before="0" w:after="60"/>
        <w:jc w:val="both"/>
      </w:pPr>
      <w:r>
        <w:rPr>
          <w:rtl/>
        </w:rPr>
        <w:t>ב. נועה גזרה סרט באורך ³⁄₄ מטר ל-3 חתיכות שוות. אורך כל חתיכה __________ מטר.</w:t>
      </w:r>
    </w:p>
    <w:p>
      <w:pPr>
        <w:bidi/>
        <w:spacing w:before="0" w:after="60"/>
        <w:jc w:val="both"/>
      </w:pPr>
      <w:r>
        <w:rPr>
          <w:rtl/>
        </w:rPr>
        <w:t>ג. דניאל רוכב ²⁄₃ ק"מ בכל דקה. כדי לרכוב 6 ק"מ הוא צריך __________ דקות.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חשבו ובדקו בכפל: 3³⁄₄ : 1¹⁄₄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אריאל חישב: ³⁄₄ : ¹⁄₂ = ³⁄₈. מצאו את הטעות ותקנו.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לכיתה הביאו 3 ליטרים של מיץ. כל כוס מכילה ¹⁄₈ ליטר, ובכיתה 20 תלמידים. כל תלמיד מקבל כוס אחת. כמה תלמידים יוכלו לקבל כוס שנייה?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לכיתה הביאו 5 פיצות. כל ילד מקבל ¹⁄₃ פיצה. כמה ילדים יקבלו פיצה?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נשארו ³⁄₄ מעוגה, ואמא של אורי חילקה אותם שווה בשווה בין 3 שכנים. איזה חלק מעוגה שלמה קיבל כל שכן?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חבל באורך 7¹⁄₂ מטרים חותכים לחתיכות של 1¹⁄₄ מטרים. כמה חתיכות יתקבלו?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בכד 2²⁄₃ ליטרים של לימונדה. מוזגים אותה לכוסות של ¹⁄₃ ליטר. כמה כוסות אפשר למלא?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לטיול יצאו 20 ילדים. כל ילד שותה ³⁄₈ ליטר מים בכל הפסקה, ובטיול 2 הפסקות. המים נמכרים בבקבוקים של 1¹⁄₂ ליטרים. כמה בקבוקים צריך לקנות?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שטחו של לוח מלבני 7¹⁄₂ מ"ר, ואורכו 3³⁄₄ מטרים. מה רוחב הלוח? מה ההיקף שלו?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פרק 5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E3A8A"/>
          <w:sz w:val="44"/>
          <w:szCs w:val="44"/>
          <w:rtl/>
        </w:rPr>
        <w:t>פרק 5: כפל וחילוק ב-10, 100 ו-1,000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כפל ב-10, 100, 1,000</w:t>
      </w:r>
    </w:p>
    <w:p>
      <w:pPr>
        <w:bidi/>
        <w:spacing w:before="0" w:after="40"/>
        <w:jc w:val="both"/>
      </w:pPr>
      <w:r>
        <w:rPr>
          <w:rtl/>
        </w:rPr>
        <w:t>הנקודה העשרונית זזה ימינה – כמספר האפסים.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3.47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34.7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347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3,470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חילוק ב-10, 100, 1,000</w:t>
      </w:r>
    </w:p>
    <w:p>
      <w:pPr>
        <w:bidi/>
        <w:spacing w:before="0" w:after="40"/>
        <w:jc w:val="both"/>
      </w:pPr>
      <w:r>
        <w:rPr>
          <w:rtl/>
        </w:rPr>
        <w:t>הנקודה זזה שמאלה – כמספר האפסים. חסרות ספרות? מוסיפים 0.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0.08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0.008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המרת יחידות מידה</w:t>
      </w:r>
    </w:p>
    <w:p>
      <w:pPr>
        <w:bidi/>
        <w:spacing w:before="0" w:after="20"/>
        <w:jc w:val="both"/>
      </w:pPr>
      <w:r>
        <w:rPr>
          <w:rtl/>
        </w:rPr>
        <w:t>1. ממטרים לס"מ כופלים ב-100, ומס"מ למטרים מחלקים ב-100.</w:t>
      </w:r>
    </w:p>
    <w:p>
      <w:pPr>
        <w:bidi/>
        <w:spacing w:before="0" w:after="20"/>
        <w:jc w:val="both"/>
      </w:pPr>
      <w:r>
        <w:rPr>
          <w:rtl/>
        </w:rPr>
        <w:t>2. מק"ג לגרם ומליטר למ"ל כופלים ב-1,000.</w:t>
      </w:r>
    </w:p>
    <w:p>
      <w:pPr>
        <w:bidi/>
        <w:spacing w:before="0" w:after="20"/>
        <w:jc w:val="both"/>
      </w:pPr>
      <w:r>
        <w:rPr>
          <w:rtl/>
        </w:rPr>
        <w:t>3. מגרם לק"ג וממ"ל לליטר מחלקים ב-1,000.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בכפל ב-10, ב-100 או ב-1,000 הנקודה העשרונית זזה ימינה – מקום אחד, שניים או שלושה (כמספר האפסים).</w:t>
      </w:r>
    </w:p>
    <w:p>
      <w:pPr>
        <w:bidi/>
        <w:spacing w:before="0" w:after="20"/>
        <w:jc w:val="both"/>
      </w:pPr>
      <w:r>
        <w:rPr>
          <w:rtl/>
        </w:rPr>
        <w:t>2. בחילוק ב-10, ב-100 או ב-1,000 הנקודה זזה שמאלה באותו מספר מקומות.</w:t>
      </w:r>
    </w:p>
    <w:p>
      <w:pPr>
        <w:bidi/>
        <w:spacing w:before="0" w:after="20"/>
        <w:jc w:val="both"/>
      </w:pPr>
      <w:r>
        <w:rPr>
          <w:rtl/>
        </w:rPr>
        <w:t>3. אם חסרות ספרות – מוסיפים אפסים: ‪4.5 × 100 = 450‬, ו-‪3 : 100 = 0.03‬.</w:t>
      </w:r>
    </w:p>
    <w:p>
      <w:pPr>
        <w:bidi/>
        <w:spacing w:before="0" w:after="20"/>
        <w:jc w:val="both"/>
      </w:pPr>
      <w:r>
        <w:rPr>
          <w:rtl/>
        </w:rPr>
        <w:t>4. בודקים: בכפל התוצאה גדלה, ובחילוק היא קטנה.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‪52.6 : 1,000 = ?‬</w:t>
      </w:r>
    </w:p>
    <w:p>
      <w:pPr>
        <w:bidi/>
        <w:spacing w:before="0" w:after="20"/>
        <w:jc w:val="both"/>
      </w:pPr>
      <w:r>
        <w:rPr>
          <w:rtl/>
        </w:rPr>
        <w:t>1. מחלקים ב-1,000 – הנקודה זזה 3 מקומות שמאלה</w:t>
      </w:r>
    </w:p>
    <w:p>
      <w:pPr>
        <w:bidi/>
        <w:spacing w:before="0" w:after="20"/>
        <w:jc w:val="both"/>
      </w:pPr>
      <w:r>
        <w:rPr>
          <w:rtl/>
        </w:rPr>
        <w:t>2. חסרות ספרות, לכן מוסיפים אפס משמאל</w:t>
      </w:r>
    </w:p>
    <w:p>
      <w:pPr>
        <w:bidi/>
        <w:spacing w:before="0" w:after="20"/>
        <w:jc w:val="both"/>
      </w:pPr>
      <w:r>
        <w:rPr>
          <w:rtl/>
        </w:rPr>
        <w:t>3. ‪52.6 : 1,000 = 0.0526‬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0.0526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‪3.8 × 10 = __________‬</w:t>
      </w:r>
    </w:p>
    <w:p>
      <w:pPr>
        <w:bidi/>
        <w:spacing w:before="0" w:after="60"/>
        <w:jc w:val="both"/>
      </w:pPr>
      <w:r>
        <w:rPr>
          <w:rtl/>
        </w:rPr>
        <w:t>ב. ‪0.75 × 10 = __________‬</w:t>
      </w:r>
    </w:p>
    <w:p>
      <w:pPr>
        <w:bidi/>
        <w:spacing w:before="0" w:after="60"/>
        <w:jc w:val="both"/>
      </w:pPr>
      <w:r>
        <w:rPr>
          <w:rtl/>
        </w:rPr>
        <w:t>ג. ‪2.09 × 100 = __________‬</w:t>
      </w:r>
    </w:p>
    <w:p>
      <w:pPr>
        <w:bidi/>
        <w:spacing w:before="0" w:after="60"/>
        <w:jc w:val="both"/>
      </w:pPr>
      <w:r>
        <w:rPr>
          <w:rtl/>
        </w:rPr>
        <w:t>ד. ‪0.6 × 100 = __________‬</w:t>
      </w:r>
    </w:p>
    <w:p>
      <w:pPr>
        <w:bidi/>
        <w:spacing w:before="0" w:after="60"/>
        <w:jc w:val="both"/>
      </w:pPr>
      <w:r>
        <w:rPr>
          <w:rtl/>
        </w:rPr>
        <w:t>ה. ‪0.304 × 1,000 = __________‬</w:t>
      </w:r>
    </w:p>
    <w:p>
      <w:pPr>
        <w:bidi/>
        <w:spacing w:before="0" w:after="60"/>
        <w:jc w:val="both"/>
      </w:pPr>
      <w:r>
        <w:rPr>
          <w:rtl/>
        </w:rPr>
        <w:t>ו. ‪12.5 × 1,000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60"/>
        <w:jc w:val="both"/>
      </w:pPr>
      <w:r>
        <w:rPr>
          <w:rtl/>
        </w:rPr>
        <w:t>א. ‪93.2 : 10 = __________‬</w:t>
      </w:r>
    </w:p>
    <w:p>
      <w:pPr>
        <w:bidi/>
        <w:spacing w:before="0" w:after="60"/>
        <w:jc w:val="both"/>
      </w:pPr>
      <w:r>
        <w:rPr>
          <w:rtl/>
        </w:rPr>
        <w:t>ב. ‪0.8 : 10 = __________‬</w:t>
      </w:r>
    </w:p>
    <w:p>
      <w:pPr>
        <w:bidi/>
        <w:spacing w:before="0" w:after="60"/>
        <w:jc w:val="both"/>
      </w:pPr>
      <w:r>
        <w:rPr>
          <w:rtl/>
        </w:rPr>
        <w:t>ג. ‪47 : 100 = __________‬</w:t>
      </w:r>
    </w:p>
    <w:p>
      <w:pPr>
        <w:bidi/>
        <w:spacing w:before="0" w:after="60"/>
        <w:jc w:val="both"/>
      </w:pPr>
      <w:r>
        <w:rPr>
          <w:rtl/>
        </w:rPr>
        <w:t>ד. ‪3.6 : 100 = __________‬</w:t>
      </w:r>
    </w:p>
    <w:p>
      <w:pPr>
        <w:bidi/>
        <w:spacing w:before="0" w:after="60"/>
        <w:jc w:val="both"/>
      </w:pPr>
      <w:r>
        <w:rPr>
          <w:rtl/>
        </w:rPr>
        <w:t>ה. ‪850 : 1,000 = __________‬</w:t>
      </w:r>
    </w:p>
    <w:p>
      <w:pPr>
        <w:bidi/>
        <w:spacing w:before="0" w:after="60"/>
        <w:jc w:val="both"/>
      </w:pPr>
      <w:r>
        <w:rPr>
          <w:rtl/>
        </w:rPr>
        <w:t>ו. ‪4 : 1,000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טבלת הכפל.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3.065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0.09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טבלת החילוק.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‪0.29 × __________ = 290‬</w:t>
      </w:r>
    </w:p>
    <w:p>
      <w:pPr>
        <w:bidi/>
        <w:spacing w:before="0" w:after="60"/>
        <w:jc w:val="both"/>
      </w:pPr>
      <w:r>
        <w:rPr>
          <w:rtl/>
        </w:rPr>
        <w:t>ב. ‪__________ × 100 = 3.4‬</w:t>
      </w:r>
    </w:p>
    <w:p>
      <w:pPr>
        <w:bidi/>
        <w:spacing w:before="0" w:after="60"/>
        <w:jc w:val="both"/>
      </w:pPr>
      <w:r>
        <w:rPr>
          <w:rtl/>
        </w:rPr>
        <w:t>ג. ‪81.5 : __________ = 8.15‬</w:t>
      </w:r>
    </w:p>
    <w:p>
      <w:pPr>
        <w:bidi/>
        <w:spacing w:before="0" w:after="60"/>
        <w:jc w:val="both"/>
      </w:pPr>
      <w:r>
        <w:rPr>
          <w:rtl/>
        </w:rPr>
        <w:t>ד. ‪__________ : 1,000 = 0.007‬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‪0.5 × 100 = 50‬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‪3.6 : 100 = 0.36‬      נכון / לא נכון</w:t>
      </w:r>
    </w:p>
    <w:p>
      <w:pPr>
        <w:bidi/>
        <w:spacing w:before="0" w:after="60"/>
        <w:jc w:val="both"/>
      </w:pPr>
      <w:r>
        <w:rPr>
          <w:rtl/>
        </w:rPr>
        <w:t>ג. כשמחלקים מספר ב-1,000, המנה קטנה מהמחולק.      נכון / לא נכון</w:t>
      </w:r>
    </w:p>
    <w:p>
      <w:pPr>
        <w:bidi/>
        <w:spacing w:before="0" w:after="60"/>
        <w:jc w:val="both"/>
      </w:pPr>
      <w:r>
        <w:rPr>
          <w:rtl/>
        </w:rPr>
        <w:t>ד. ‪0.08 × 1,000 = 8‬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באיזה מספר צריך לכפול את 0.4 כדי לקבל 40?</w:t>
      </w:r>
    </w:p>
    <w:p>
      <w:pPr>
        <w:bidi/>
        <w:spacing w:before="0" w:after="80"/>
        <w:jc w:val="both"/>
      </w:pPr>
      <w:r>
        <w:rPr>
          <w:rtl/>
        </w:rPr>
        <w:t xml:space="preserve">   ○ 10      ○ 100      ○ 1,000      ○ 4</w:t>
      </w:r>
    </w:p>
    <w:p>
      <w:pPr>
        <w:bidi/>
        <w:spacing w:before="0" w:after="20"/>
        <w:jc w:val="both"/>
      </w:pPr>
      <w:r>
        <w:rPr>
          <w:rtl/>
        </w:rPr>
        <w:t>ב. ‪7.5 : 100 = ?‬</w:t>
      </w:r>
    </w:p>
    <w:p>
      <w:pPr>
        <w:bidi/>
        <w:spacing w:before="0" w:after="80"/>
        <w:jc w:val="both"/>
      </w:pPr>
      <w:r>
        <w:rPr>
          <w:rtl/>
        </w:rPr>
        <w:t xml:space="preserve">   ○ 750      ○ 0.75      ○ 0.075      ○ 0.0075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‪4.08 ×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408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‪4.08 × 100‬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4,080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‪4.08 × 1,000‬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40.8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‪4.08 :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0.48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‪48 : 100‬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0.408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‪0.48 × 1,000‬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480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המירו יחידות מידה.</w:t>
      </w:r>
    </w:p>
    <w:p>
      <w:pPr>
        <w:bidi/>
        <w:spacing w:before="0" w:after="60"/>
        <w:jc w:val="both"/>
      </w:pPr>
      <w:r>
        <w:rPr>
          <w:rtl/>
        </w:rPr>
        <w:t>א. 1.75 מטרים = __________ ס"מ</w:t>
      </w:r>
    </w:p>
    <w:p>
      <w:pPr>
        <w:bidi/>
        <w:spacing w:before="0" w:after="60"/>
        <w:jc w:val="both"/>
      </w:pPr>
      <w:r>
        <w:rPr>
          <w:rtl/>
        </w:rPr>
        <w:t>ב. 0.6 ק"ג = __________ גרם</w:t>
      </w:r>
    </w:p>
    <w:p>
      <w:pPr>
        <w:bidi/>
        <w:spacing w:before="0" w:after="60"/>
        <w:jc w:val="both"/>
      </w:pPr>
      <w:r>
        <w:rPr>
          <w:rtl/>
        </w:rPr>
        <w:t>ג. 2,500 מ"ל = __________ ליטרים</w:t>
      </w:r>
    </w:p>
    <w:p>
      <w:pPr>
        <w:bidi/>
        <w:spacing w:before="0" w:after="60"/>
        <w:jc w:val="both"/>
      </w:pPr>
      <w:r>
        <w:rPr>
          <w:rtl/>
        </w:rPr>
        <w:t>ד. 7 ס"מ = __________ מטר</w:t>
      </w:r>
    </w:p>
    <w:p>
      <w:pPr>
        <w:bidi/>
        <w:spacing w:before="0" w:after="60"/>
        <w:jc w:val="both"/>
      </w:pPr>
      <w:r>
        <w:rPr>
          <w:rtl/>
        </w:rPr>
        <w:t>ה. 3.08 ק"מ = __________ מטרים</w:t>
      </w:r>
    </w:p>
    <w:p>
      <w:pPr>
        <w:bidi/>
        <w:spacing w:before="0" w:after="60"/>
        <w:jc w:val="both"/>
      </w:pPr>
      <w:r>
        <w:rPr>
          <w:rtl/>
        </w:rPr>
        <w:t>ו. 350 גרם = __________ ק"ג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בראש ומיינו לפי התוצאה.</w:t>
      </w:r>
    </w:p>
    <w:p>
      <w:pPr>
        <w:bidi/>
        <w:spacing w:before="0" w:after="80"/>
        <w:jc w:val="both"/>
      </w:pPr>
      <w:r>
        <w:rPr>
          <w:color w:val="1E3A8A"/>
          <w:sz w:val="24"/>
          <w:szCs w:val="24"/>
          <w:rtl/>
        </w:rPr>
        <w:t>המילים: ‪0.7 × 10‬  |  ‪0.07 × 10‬  |  ‪3.2 : 10‬  |  ‪0.15 × 100‬  |  ‪950 : 100‬  |  ‪1.2 × 1,000‬  |  ‪0.04 × 100‬  |  ‪56 : 1,000‬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בין 1 ל-10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60"/>
        <w:jc w:val="both"/>
      </w:pPr>
      <w:r>
        <w:rPr>
          <w:rtl/>
        </w:rPr>
        <w:t>א. חבילה של 10 מחברות עולה 64.50 ₪. מחברת אחת עולה __________ ₪.</w:t>
      </w:r>
    </w:p>
    <w:p>
      <w:pPr>
        <w:bidi/>
        <w:spacing w:before="0" w:after="60"/>
        <w:jc w:val="both"/>
      </w:pPr>
      <w:r>
        <w:rPr>
          <w:rtl/>
        </w:rPr>
        <w:t>ב. עט עולה 3.90 ₪. 100 עטים עולים __________ ₪.</w:t>
      </w:r>
    </w:p>
    <w:p>
      <w:pPr>
        <w:bidi/>
        <w:spacing w:before="0" w:after="60"/>
        <w:jc w:val="both"/>
      </w:pPr>
      <w:r>
        <w:rPr>
          <w:rtl/>
        </w:rPr>
        <w:t>ג. 1,000 גרגרי אורז שוקלים 25 גרם. גרגר אחד שוקל __________ גרם.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חשבו והסבירו: ‪0.087 × 1,000‬ ו-‪87 : 1,000‬.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איתי חישב: ‪0.5 : 10 = 0.50‬. מצאו את הטעות ותקנו.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מספר כפלו ב-100, את התוצאה חילקו ב-1,000, וקיבלו 3.6. מה היה המספר?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בול עולה 2.35 ₪. כמה עולים 100 בולים?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10 ק"ג תפוחים עלו 79 ₪. כמה עלה קילוגרם אחד?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חבילה של 1,000 דפים גובהה 95 מ"מ. מה העובי של דף אחד?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עידו רץ 1.25 ק"מ בכל אימון. כמה קילומטרים ירוץ ב-10 אימונים? כמה מטרים זה?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חנות ספרים קנתה 100 מחברות, כל אחת ב-3.9 ₪, ומכרה את כולן ב-5.5 ₪ למחברת. כמה הרוויחה החנות?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אליה אסף 1,000 פקקים למחזור. כל פקק שוקל 2.4 גרם. כמה קילוגרמים שוקלים כל הפקקים? מרכז המחזור משלם 10 ₪ לכל קילוגרם – כמה כסף יקבל?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פרק 6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E3A8A"/>
          <w:sz w:val="44"/>
          <w:szCs w:val="44"/>
          <w:rtl/>
        </w:rPr>
        <w:t>פרק 6: כפל שברים עשרוניים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שבר עשרוני כפול מספר שלם</w:t>
      </w:r>
    </w:p>
    <w:p>
      <w:pPr>
        <w:bidi/>
        <w:spacing w:before="0" w:after="40"/>
        <w:jc w:val="both"/>
      </w:pPr>
      <w:r>
        <w:rPr>
          <w:rtl/>
        </w:rPr>
        <w:t>כופלים כמו במספרים שלמים, ומציבים את הנקודה לפי מספר הספרות אחרי הנקודה.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‪3 × 0.4 = 1.2 · 6 × 2.35 = 14.1‬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שבר עשרוני כפול שבר עשרוני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 בלי נקודה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ספרות אחרי הנקודה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‪0.3 × 0.2‬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 + 1 =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0.06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‪2.4 × 1.3‬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 + 1 =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3.12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בודקים באומדן</w:t>
      </w:r>
    </w:p>
    <w:p>
      <w:pPr>
        <w:bidi/>
        <w:spacing w:before="0" w:after="20"/>
        <w:jc w:val="both"/>
      </w:pPr>
      <w:r>
        <w:rPr>
          <w:rtl/>
        </w:rPr>
        <w:t>1. מעגלים לשלמים: ‪4.8 × 3.1‬ קרוב ל-‪5 × 3 = 15‬.</w:t>
      </w:r>
    </w:p>
    <w:p>
      <w:pPr>
        <w:bidi/>
        <w:spacing w:before="0" w:after="20"/>
        <w:jc w:val="both"/>
      </w:pPr>
      <w:r>
        <w:rPr>
          <w:rtl/>
        </w:rPr>
        <w:t>2. כפל במספר קטן מ-1 מקטין, וכפל במספר גדול מ-1 מגדיל.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כופלים את המספרים כאילו אין בהם נקודה עשרונית.</w:t>
      </w:r>
    </w:p>
    <w:p>
      <w:pPr>
        <w:bidi/>
        <w:spacing w:before="0" w:after="20"/>
        <w:jc w:val="both"/>
      </w:pPr>
      <w:r>
        <w:rPr>
          <w:rtl/>
        </w:rPr>
        <w:t>2. סופרים כמה ספרות יש אחרי הנקודה בשני הגורמים יחד.</w:t>
      </w:r>
    </w:p>
    <w:p>
      <w:pPr>
        <w:bidi/>
        <w:spacing w:before="0" w:after="20"/>
        <w:jc w:val="both"/>
      </w:pPr>
      <w:r>
        <w:rPr>
          <w:rtl/>
        </w:rPr>
        <w:t>3. במכפלה סופרים אותו מספר ספרות מימין ומציבים שם את הנקודה (אם חסרות ספרות – מוסיפים אפסים משמאל).</w:t>
      </w:r>
    </w:p>
    <w:p>
      <w:pPr>
        <w:bidi/>
        <w:spacing w:before="0" w:after="20"/>
        <w:jc w:val="both"/>
      </w:pPr>
      <w:r>
        <w:rPr>
          <w:rtl/>
        </w:rPr>
        <w:t>4. בודקים באומדן: ‪2.4 × 1.3‬ קרוב ל-‪2 × 1 = 2‬ או ל-‪3 × 1 = 3‬, לכן 3.12 הגיוני.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קילוגרם עגבניות עולה 6.5 ₪. אורי קנה 1.2 ק"ג. כמה שילם?</w:t>
      </w:r>
    </w:p>
    <w:p>
      <w:pPr>
        <w:bidi/>
        <w:spacing w:before="0" w:after="20"/>
        <w:jc w:val="both"/>
      </w:pPr>
      <w:r>
        <w:rPr>
          <w:rtl/>
        </w:rPr>
        <w:t>1. כופלים בלי הנקודות: ‪65 × 12 = 780‬</w:t>
      </w:r>
    </w:p>
    <w:p>
      <w:pPr>
        <w:bidi/>
        <w:spacing w:before="0" w:after="20"/>
        <w:jc w:val="both"/>
      </w:pPr>
      <w:r>
        <w:rPr>
          <w:rtl/>
        </w:rPr>
        <w:t>2. בגורמים יש יחד 2 ספרות אחרי הנקודה</w:t>
      </w:r>
    </w:p>
    <w:p>
      <w:pPr>
        <w:bidi/>
        <w:spacing w:before="0" w:after="20"/>
        <w:jc w:val="both"/>
      </w:pPr>
      <w:r>
        <w:rPr>
          <w:rtl/>
        </w:rPr>
        <w:t>3. ‪6.5 × 1.2 = 7.8‬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תשובה: אורי שילם 7.8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‪6 × 0.3 = __________‬</w:t>
      </w:r>
    </w:p>
    <w:p>
      <w:pPr>
        <w:bidi/>
        <w:spacing w:before="0" w:after="60"/>
        <w:jc w:val="both"/>
      </w:pPr>
      <w:r>
        <w:rPr>
          <w:rtl/>
        </w:rPr>
        <w:t>ב. ‪9 × 0.7 = __________‬</w:t>
      </w:r>
    </w:p>
    <w:p>
      <w:pPr>
        <w:bidi/>
        <w:spacing w:before="0" w:after="60"/>
        <w:jc w:val="both"/>
      </w:pPr>
      <w:r>
        <w:rPr>
          <w:rtl/>
        </w:rPr>
        <w:t>ג. ‪4 × 2.5 = __________‬</w:t>
      </w:r>
    </w:p>
    <w:p>
      <w:pPr>
        <w:bidi/>
        <w:spacing w:before="0" w:after="60"/>
        <w:jc w:val="both"/>
      </w:pPr>
      <w:r>
        <w:rPr>
          <w:rtl/>
        </w:rPr>
        <w:t>ד. ‪7 × 0.05 = __________‬</w:t>
      </w:r>
    </w:p>
    <w:p>
      <w:pPr>
        <w:bidi/>
        <w:spacing w:before="0" w:after="60"/>
        <w:jc w:val="both"/>
      </w:pPr>
      <w:r>
        <w:rPr>
          <w:rtl/>
        </w:rPr>
        <w:t>ה. ‪3 × 4.12 = __________‬</w:t>
      </w:r>
    </w:p>
    <w:p>
      <w:pPr>
        <w:bidi/>
        <w:spacing w:before="0" w:after="60"/>
        <w:jc w:val="both"/>
      </w:pPr>
      <w:r>
        <w:rPr>
          <w:rtl/>
        </w:rPr>
        <w:t>ו. ‪15 × 0.6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60"/>
        <w:jc w:val="both"/>
      </w:pPr>
      <w:r>
        <w:rPr>
          <w:rtl/>
        </w:rPr>
        <w:t>א. ‪0.7 × 0.2 = __________‬</w:t>
      </w:r>
    </w:p>
    <w:p>
      <w:pPr>
        <w:bidi/>
        <w:spacing w:before="0" w:after="60"/>
        <w:jc w:val="both"/>
      </w:pPr>
      <w:r>
        <w:rPr>
          <w:rtl/>
        </w:rPr>
        <w:t>ב. ‪0.4 × 0.9 = __________‬</w:t>
      </w:r>
    </w:p>
    <w:p>
      <w:pPr>
        <w:bidi/>
        <w:spacing w:before="0" w:after="60"/>
        <w:jc w:val="both"/>
      </w:pPr>
      <w:r>
        <w:rPr>
          <w:rtl/>
        </w:rPr>
        <w:t>ג. ‪0.5 × 0.06 = __________‬</w:t>
      </w:r>
    </w:p>
    <w:p>
      <w:pPr>
        <w:bidi/>
        <w:spacing w:before="0" w:after="60"/>
        <w:jc w:val="both"/>
      </w:pPr>
      <w:r>
        <w:rPr>
          <w:rtl/>
        </w:rPr>
        <w:t>ד. ‪1.4 × 0.5 = __________‬</w:t>
      </w:r>
    </w:p>
    <w:p>
      <w:pPr>
        <w:bidi/>
        <w:spacing w:before="0" w:after="60"/>
        <w:jc w:val="both"/>
      </w:pPr>
      <w:r>
        <w:rPr>
          <w:rtl/>
        </w:rPr>
        <w:t>ה. ‪3.5 × 0.3 = __________‬</w:t>
      </w:r>
    </w:p>
    <w:p>
      <w:pPr>
        <w:bidi/>
        <w:spacing w:before="0" w:after="60"/>
        <w:jc w:val="both"/>
      </w:pPr>
      <w:r>
        <w:rPr>
          <w:rtl/>
        </w:rPr>
        <w:t>ו. ‪0.25 × 0.4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 בלי נקודה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ספרות אחרי הנקודה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‪1.6 × 0.3‬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‪0.45 × 0.2‬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‪2.5 × 1.4‬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נתון: ‪35 × 16 = 560‬. השתמשו בו וחשבו.</w:t>
      </w:r>
    </w:p>
    <w:p>
      <w:pPr>
        <w:bidi/>
        <w:spacing w:before="0" w:after="60"/>
        <w:jc w:val="both"/>
      </w:pPr>
      <w:r>
        <w:rPr>
          <w:rtl/>
        </w:rPr>
        <w:t>א. ‪3.5 × 1.6 = __________‬</w:t>
      </w:r>
    </w:p>
    <w:p>
      <w:pPr>
        <w:bidi/>
        <w:spacing w:before="0" w:after="60"/>
        <w:jc w:val="both"/>
      </w:pPr>
      <w:r>
        <w:rPr>
          <w:rtl/>
        </w:rPr>
        <w:t>ב. ‪0.35 × 16 = __________‬</w:t>
      </w:r>
    </w:p>
    <w:p>
      <w:pPr>
        <w:bidi/>
        <w:spacing w:before="0" w:after="60"/>
        <w:jc w:val="both"/>
      </w:pPr>
      <w:r>
        <w:rPr>
          <w:rtl/>
        </w:rPr>
        <w:t>ג. ‪3.5 × 0.16 = __________‬</w:t>
      </w:r>
    </w:p>
    <w:p>
      <w:pPr>
        <w:bidi/>
        <w:spacing w:before="0" w:after="60"/>
        <w:jc w:val="both"/>
      </w:pPr>
      <w:r>
        <w:rPr>
          <w:rtl/>
        </w:rPr>
        <w:t>ד. ‪35 × 0.016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המכפלה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‪0.4 × 0.5‬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2.25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‪1.2 × 0.5‬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0.49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‪0.3 × 0.03‬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‪2.5 × 1.2‬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‪0.7 × 0.7‬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0.009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‪1.5 × 1.5‬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‪0.2 × 0.4 = 0.8‬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‪2.5 × 4 = 10‬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‪1.2 × 0.1 = 0.12‬      נכון / לא נכון</w:t>
      </w:r>
    </w:p>
    <w:p>
      <w:pPr>
        <w:bidi/>
        <w:spacing w:before="0" w:after="60"/>
        <w:jc w:val="both"/>
      </w:pPr>
      <w:r>
        <w:rPr>
          <w:rtl/>
        </w:rPr>
        <w:t>ד. המכפלה ‪7.8 × 0.9‬ גדולה מ-7.8.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‪4.5 × 3.2‬ – איפה הנקודה? המכפלה היא:</w:t>
      </w:r>
    </w:p>
    <w:p>
      <w:pPr>
        <w:bidi/>
        <w:spacing w:before="0" w:after="80"/>
        <w:jc w:val="both"/>
      </w:pPr>
      <w:r>
        <w:rPr>
          <w:rtl/>
        </w:rPr>
        <w:t xml:space="preserve">   ○ 1.44      ○ 14.4      ○ 144      ○ 1,440</w:t>
      </w:r>
    </w:p>
    <w:p>
      <w:pPr>
        <w:bidi/>
        <w:spacing w:before="0" w:after="20"/>
        <w:jc w:val="both"/>
      </w:pPr>
      <w:r>
        <w:rPr>
          <w:rtl/>
        </w:rPr>
        <w:t>ב. ליטר מיץ עולה 7.20 ₪. כמה עולה חצי ליטר (0.5 ליטר)?</w:t>
      </w:r>
    </w:p>
    <w:p>
      <w:pPr>
        <w:bidi/>
        <w:spacing w:before="0" w:after="80"/>
        <w:jc w:val="both"/>
      </w:pPr>
      <w:r>
        <w:rPr>
          <w:rtl/>
        </w:rPr>
        <w:t xml:space="preserve">   ○ 3.60 ₪      ○ 36 ₪      ○ 14.40 ₪      ○ 0.36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המכפלה קטנה מ-2.5 או גדולה מ-2.5? מיינו.</w:t>
      </w:r>
    </w:p>
    <w:p>
      <w:pPr>
        <w:bidi/>
        <w:spacing w:before="0" w:after="80"/>
        <w:jc w:val="both"/>
      </w:pPr>
      <w:r>
        <w:rPr>
          <w:color w:val="1E3A8A"/>
          <w:sz w:val="24"/>
          <w:szCs w:val="24"/>
          <w:rtl/>
        </w:rPr>
        <w:t>המילים: ‪2.5 × 0.8‬  |  ‪2.5 × 1.6‬  |  ‪2.5 × 0.04‬  |  ‪2.5 × 3‬  |  ‪2.5 × 0.5‬  |  ‪2.5 × 1.1‬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מ-2.5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מ-2.5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‪0.6 × __________ = 0.18‬</w:t>
      </w:r>
    </w:p>
    <w:p>
      <w:pPr>
        <w:bidi/>
        <w:spacing w:before="0" w:after="60"/>
        <w:jc w:val="both"/>
      </w:pPr>
      <w:r>
        <w:rPr>
          <w:rtl/>
        </w:rPr>
        <w:t>ב. ‪__________ × 0.2 = 1.6‬</w:t>
      </w:r>
    </w:p>
    <w:p>
      <w:pPr>
        <w:bidi/>
        <w:spacing w:before="0" w:after="60"/>
        <w:jc w:val="both"/>
      </w:pPr>
      <w:r>
        <w:rPr>
          <w:rtl/>
        </w:rPr>
        <w:t>ג. ‪2.5 × __________ = 0.5‬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במאונך ובדקו באומדן: ‪5.08 × 3.6‬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60"/>
        <w:jc w:val="both"/>
      </w:pPr>
      <w:r>
        <w:rPr>
          <w:rtl/>
        </w:rPr>
        <w:t>א. מטר בד עולה 24.50 ₪. 3.2 מטרים עולים __________ ₪.</w:t>
      </w:r>
    </w:p>
    <w:p>
      <w:pPr>
        <w:bidi/>
        <w:spacing w:before="0" w:after="60"/>
        <w:jc w:val="both"/>
      </w:pPr>
      <w:r>
        <w:rPr>
          <w:rtl/>
        </w:rPr>
        <w:t>ב. אריאל רץ 2.4 ק"מ בכל יום. ב-5 ימים הוא רץ __________ ק"מ.</w:t>
      </w:r>
    </w:p>
    <w:p>
      <w:pPr>
        <w:bidi/>
        <w:spacing w:before="0" w:after="60"/>
        <w:jc w:val="both"/>
      </w:pPr>
      <w:r>
        <w:rPr>
          <w:rtl/>
        </w:rPr>
        <w:t>ג. ק"ג אגוזים עולה 64 ₪. 0.25 ק"ג עולים __________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עומר חישב: ‪0.6 × 0.3 = 1.8‬. מצאו את הטעות ותקנו. הסבירו גם בעזרת אומדן למה 1.8 לא ייתכן.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ציירו ריבוע של 10 על 10 משבצות (מודל השטח) והסבירו למה ‪0.4 × 0.7 = 0.28‬.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אורך מלבן 3.6 מטרים, ורוחבו 0.75 מהאורך. מה שטח המלבן?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בכל בקבוק 1.5 ליטרים מים. כמה ליטרים יש ב-4 בקבוקים?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לחמנייה עולה 2.3 ₪. כמה עולות 5 לחמניות?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קילוגרם דג עולה 42.5 ₪. דוד קנה 0.6 ק"ג. כמה שילם?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אורך ערוגה 2.5 מטרים ורוחבה 1.8 מטרים. מה שטח הערוגה?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אורי קנה 3 מחברות, כל אחת ב-4.9 ₪, ו-2 עטים, כל אחד ב-6.25 ₪. כמה שילם בסך הכול?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בטיול לנחל הלכה הכיתה במהירות של 3.6 ק"מ בשעה: 2.5 שעות בבוקר ו-1.5 שעות אחר הצהריים. כמה קילומטרים הלכו בסך הכול?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פרק 7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E3A8A"/>
          <w:sz w:val="44"/>
          <w:szCs w:val="44"/>
          <w:rtl/>
        </w:rPr>
        <w:t>פרק 7: חילוק שברים עשרוניים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חילוק במספר שלם</w:t>
      </w:r>
    </w:p>
    <w:p>
      <w:pPr>
        <w:bidi/>
        <w:spacing w:before="0" w:after="40"/>
        <w:jc w:val="both"/>
      </w:pPr>
      <w:r>
        <w:rPr>
          <w:rtl/>
        </w:rPr>
        <w:t>מחלקים כמו במספרים שלמים, והנקודה במנה עומדת מעל הנקודה במחולק. נשארה שארית? מוסיפים 0 וממשיכים.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‪8.4 : 4 = 2.1 · 3 : 4 = 0.75‬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חילוק בשבר עשרוני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כופלים את שניהם ב-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שקול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‪2.4 : 0.6‬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‪24 : 6‬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‪1.5 : 0.25‬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‪150 : 25‬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8"/>
          <w:szCs w:val="28"/>
          <w:rtl/>
        </w:rPr>
        <w:t>◆ בדיקה ואומדן</w:t>
      </w:r>
    </w:p>
    <w:p>
      <w:pPr>
        <w:bidi/>
        <w:spacing w:before="0" w:after="20"/>
        <w:jc w:val="both"/>
      </w:pPr>
      <w:r>
        <w:rPr>
          <w:rtl/>
        </w:rPr>
        <w:t>1. בודקים בכפל: ‪4 × 0.6 = 2.4‬</w:t>
      </w:r>
    </w:p>
    <w:p>
      <w:pPr>
        <w:bidi/>
        <w:spacing w:before="0" w:after="20"/>
        <w:jc w:val="both"/>
      </w:pPr>
      <w:r>
        <w:rPr>
          <w:rtl/>
        </w:rPr>
        <w:t>2. חילוק במספר קטן מ-1 מגדיל: ‪3 : 0.5 = 6‬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E3A8A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מחלק שלם: מחלקים כרגיל, ומציבים במנה נקודה בדיוק מעל הנקודה של המחולק.</w:t>
      </w:r>
    </w:p>
    <w:p>
      <w:pPr>
        <w:bidi/>
        <w:spacing w:before="0" w:after="20"/>
        <w:jc w:val="both"/>
      </w:pPr>
      <w:r>
        <w:rPr>
          <w:rtl/>
        </w:rPr>
        <w:t>2. כשנשארת שארית – מוסיפים 0 אחרי הספרה האחרונה וממשיכים לחלק.</w:t>
      </w:r>
    </w:p>
    <w:p>
      <w:pPr>
        <w:bidi/>
        <w:spacing w:before="0" w:after="20"/>
        <w:jc w:val="both"/>
      </w:pPr>
      <w:r>
        <w:rPr>
          <w:rtl/>
        </w:rPr>
        <w:t>3. מחלק עשרוני: כופלים את המחולק ואת המחלק באותו מספר (10, 100…) עד שהמחלק שלם, למשל ‪8.4 : 0.6 = 84 : 6‬.</w:t>
      </w:r>
    </w:p>
    <w:p>
      <w:pPr>
        <w:bidi/>
        <w:spacing w:before="0" w:after="20"/>
        <w:jc w:val="both"/>
      </w:pPr>
      <w:r>
        <w:rPr>
          <w:rtl/>
        </w:rPr>
        <w:t>4. בודקים בכפל: המנה × המחלק = המחולק.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‪13.5 : 4 = ?‬</w:t>
      </w:r>
    </w:p>
    <w:p>
      <w:pPr>
        <w:bidi/>
        <w:spacing w:before="0" w:after="20"/>
        <w:jc w:val="both"/>
      </w:pPr>
      <w:r>
        <w:rPr>
          <w:rtl/>
        </w:rPr>
        <w:t>1. ‪13 : 4‬ → 3, ו-‪13 − 12 = 1‬</w:t>
      </w:r>
    </w:p>
    <w:p>
      <w:pPr>
        <w:bidi/>
        <w:spacing w:before="0" w:after="20"/>
        <w:jc w:val="both"/>
      </w:pPr>
      <w:r>
        <w:rPr>
          <w:rtl/>
        </w:rPr>
        <w:t>2. מורידים את הספרה 5 (אחרי הנקודה – מציבים נקודה במנה): ‪15 : 4‬ → 3, ו-‪15 − 12 = 3‬</w:t>
      </w:r>
    </w:p>
    <w:p>
      <w:pPr>
        <w:bidi/>
        <w:spacing w:before="0" w:after="20"/>
        <w:jc w:val="both"/>
      </w:pPr>
      <w:r>
        <w:rPr>
          <w:rtl/>
        </w:rPr>
        <w:t>3. מוסיפים 0 ומקבלים 30. ‪30 : 4‬ → 7, ו-‪30 − 28 = 2‬</w:t>
      </w:r>
    </w:p>
    <w:p>
      <w:pPr>
        <w:bidi/>
        <w:spacing w:before="0" w:after="20"/>
        <w:jc w:val="both"/>
      </w:pPr>
      <w:r>
        <w:rPr>
          <w:rtl/>
        </w:rPr>
        <w:t>4. מוסיפים 0 ומקבלים 20. ‪20 : 4 = 5‬</w:t>
      </w:r>
    </w:p>
    <w:p>
      <w:pPr>
        <w:bidi/>
        <w:spacing w:before="0" w:after="20"/>
        <w:jc w:val="both"/>
      </w:pPr>
      <w:r>
        <w:rPr>
          <w:rtl/>
        </w:rPr>
        <w:t>5. ‪13.5 : 4 = 3.375‬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3.375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‪8.4 : 2 = __________‬</w:t>
      </w:r>
    </w:p>
    <w:p>
      <w:pPr>
        <w:bidi/>
        <w:spacing w:before="0" w:after="60"/>
        <w:jc w:val="both"/>
      </w:pPr>
      <w:r>
        <w:rPr>
          <w:rtl/>
        </w:rPr>
        <w:t>ב. ‪4.8 : 4 = __________‬</w:t>
      </w:r>
    </w:p>
    <w:p>
      <w:pPr>
        <w:bidi/>
        <w:spacing w:before="0" w:after="60"/>
        <w:jc w:val="both"/>
      </w:pPr>
      <w:r>
        <w:rPr>
          <w:rtl/>
        </w:rPr>
        <w:t>ג. ‪0.96 : 3 = __________‬</w:t>
      </w:r>
    </w:p>
    <w:p>
      <w:pPr>
        <w:bidi/>
        <w:spacing w:before="0" w:after="60"/>
        <w:jc w:val="both"/>
      </w:pPr>
      <w:r>
        <w:rPr>
          <w:rtl/>
        </w:rPr>
        <w:t>ד. ‪3.5 : 7 = __________‬</w:t>
      </w:r>
    </w:p>
    <w:p>
      <w:pPr>
        <w:bidi/>
        <w:spacing w:before="0" w:after="60"/>
        <w:jc w:val="both"/>
      </w:pPr>
      <w:r>
        <w:rPr>
          <w:rtl/>
        </w:rPr>
        <w:t>ה. ‪1.44 : 6 = __________‬</w:t>
      </w:r>
    </w:p>
    <w:p>
      <w:pPr>
        <w:bidi/>
        <w:spacing w:before="0" w:after="60"/>
        <w:jc w:val="both"/>
      </w:pPr>
      <w:r>
        <w:rPr>
          <w:rtl/>
        </w:rPr>
        <w:t>ו. ‪0.81 : 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 כשנשארת שארית – הוסיפו 0 והמשיכו לחלק.</w:t>
      </w:r>
    </w:p>
    <w:p>
      <w:pPr>
        <w:bidi/>
        <w:spacing w:before="0" w:after="60"/>
        <w:jc w:val="both"/>
      </w:pPr>
      <w:r>
        <w:rPr>
          <w:rtl/>
        </w:rPr>
        <w:t>א. ‪1 : 4 = __________‬</w:t>
      </w:r>
    </w:p>
    <w:p>
      <w:pPr>
        <w:bidi/>
        <w:spacing w:before="0" w:after="60"/>
        <w:jc w:val="both"/>
      </w:pPr>
      <w:r>
        <w:rPr>
          <w:rtl/>
        </w:rPr>
        <w:t>ב. ‪3 : 8 = __________‬</w:t>
      </w:r>
    </w:p>
    <w:p>
      <w:pPr>
        <w:bidi/>
        <w:spacing w:before="0" w:after="60"/>
        <w:jc w:val="both"/>
      </w:pPr>
      <w:r>
        <w:rPr>
          <w:rtl/>
        </w:rPr>
        <w:t>ג. ‪6.6 : 4 = __________‬</w:t>
      </w:r>
    </w:p>
    <w:p>
      <w:pPr>
        <w:bidi/>
        <w:spacing w:before="0" w:after="60"/>
        <w:jc w:val="both"/>
      </w:pPr>
      <w:r>
        <w:rPr>
          <w:rtl/>
        </w:rPr>
        <w:t>ד. ‪7 : 20 = __________‬</w:t>
      </w:r>
    </w:p>
    <w:p>
      <w:pPr>
        <w:bidi/>
        <w:spacing w:before="0" w:after="60"/>
        <w:jc w:val="both"/>
      </w:pPr>
      <w:r>
        <w:rPr>
          <w:rtl/>
        </w:rPr>
        <w:t>ה. ‪2.7 : 5 = __________‬</w:t>
      </w:r>
    </w:p>
    <w:p>
      <w:pPr>
        <w:bidi/>
        <w:spacing w:before="0" w:after="60"/>
        <w:jc w:val="both"/>
      </w:pPr>
      <w:r>
        <w:rPr>
          <w:rtl/>
        </w:rPr>
        <w:t>ו. ‪8.1 : 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בשבר עשרוני.</w:t>
      </w:r>
    </w:p>
    <w:p>
      <w:pPr>
        <w:bidi/>
        <w:spacing w:before="0" w:after="60"/>
        <w:jc w:val="both"/>
      </w:pPr>
      <w:r>
        <w:rPr>
          <w:rtl/>
        </w:rPr>
        <w:t>א. ‪4.8 : 0.8 = __________‬</w:t>
      </w:r>
    </w:p>
    <w:p>
      <w:pPr>
        <w:bidi/>
        <w:spacing w:before="0" w:after="60"/>
        <w:jc w:val="both"/>
      </w:pPr>
      <w:r>
        <w:rPr>
          <w:rtl/>
        </w:rPr>
        <w:t>ב. ‪3.5 : 0.07 = __________‬</w:t>
      </w:r>
    </w:p>
    <w:p>
      <w:pPr>
        <w:bidi/>
        <w:spacing w:before="0" w:after="60"/>
        <w:jc w:val="both"/>
      </w:pPr>
      <w:r>
        <w:rPr>
          <w:rtl/>
        </w:rPr>
        <w:t>ג. ‪0.63 : 0.09 = __________‬</w:t>
      </w:r>
    </w:p>
    <w:p>
      <w:pPr>
        <w:bidi/>
        <w:spacing w:before="0" w:after="60"/>
        <w:jc w:val="both"/>
      </w:pPr>
      <w:r>
        <w:rPr>
          <w:rtl/>
        </w:rPr>
        <w:t>ד. ‪1.6 : 0.4 = __________‬</w:t>
      </w:r>
    </w:p>
    <w:p>
      <w:pPr>
        <w:bidi/>
        <w:spacing w:before="0" w:after="60"/>
        <w:jc w:val="both"/>
      </w:pPr>
      <w:r>
        <w:rPr>
          <w:rtl/>
        </w:rPr>
        <w:t>ה. ‪6 : 0.2 = __________‬</w:t>
      </w:r>
    </w:p>
    <w:p>
      <w:pPr>
        <w:bidi/>
        <w:spacing w:before="0" w:after="60"/>
        <w:jc w:val="both"/>
      </w:pPr>
      <w:r>
        <w:rPr>
          <w:rtl/>
        </w:rPr>
        <w:t>ו. ‪0.56 : 0.8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כתבו תרגיל שקול עם מחלק שלם, וחשבו.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שקול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‪5.6 : 0.8‬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‪0.45 : 0.15‬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‪8.4 : 0.12‬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: 0.06‬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‪2.4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‪2.4 : 0.3‬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‪24 : 0.3‬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‪0.24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0.08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‪2.4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‪2.4 : 0.06‬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‪4.5 : 0.5 = 9‬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‪0.6 : 0.2 = 0.3‬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‪7 : 0.01 = 700‬      נכון / לא נכון</w:t>
      </w:r>
    </w:p>
    <w:p>
      <w:pPr>
        <w:bidi/>
        <w:spacing w:before="0" w:after="60"/>
        <w:jc w:val="both"/>
      </w:pPr>
      <w:r>
        <w:rPr>
          <w:rtl/>
        </w:rPr>
        <w:t>ד. המנה של ‪3.6 : 1.2‬ שווה למנה של ‪36 : 12‬.      נכון / לא נכון</w:t>
      </w:r>
    </w:p>
    <w:p>
      <w:pPr>
        <w:bidi/>
        <w:spacing w:before="0" w:after="60"/>
        <w:jc w:val="both"/>
      </w:pPr>
      <w:r>
        <w:rPr>
          <w:rtl/>
        </w:rPr>
        <w:t>ה. ‪1 : 0.2 = 0.5‬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בקבוק של 2 ליטרים מוזגים לכוסות של 0.25 ליטר. כמה כוסות מתמלאות?</w:t>
      </w:r>
    </w:p>
    <w:p>
      <w:pPr>
        <w:bidi/>
        <w:spacing w:before="0" w:after="80"/>
        <w:jc w:val="both"/>
      </w:pPr>
      <w:r>
        <w:rPr>
          <w:rtl/>
        </w:rPr>
        <w:t xml:space="preserve">   ○ 0.5      ○ 4      ○ 8      ○ 50</w:t>
      </w:r>
    </w:p>
    <w:p>
      <w:pPr>
        <w:bidi/>
        <w:spacing w:before="0" w:after="20"/>
        <w:jc w:val="both"/>
      </w:pPr>
      <w:r>
        <w:rPr>
          <w:rtl/>
        </w:rPr>
        <w:t>ב. איזה אומדן מתאים ל-‪35.8 : 6.1‬?</w:t>
      </w:r>
    </w:p>
    <w:p>
      <w:pPr>
        <w:bidi/>
        <w:spacing w:before="0" w:after="80"/>
        <w:jc w:val="both"/>
      </w:pPr>
      <w:r>
        <w:rPr>
          <w:rtl/>
        </w:rPr>
        <w:t xml:space="preserve">   ○ 0.6      ○ 6      ○ 60      ○ 600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המנה קטנה מ-12 או גדולה מ-12? מיינו.</w:t>
      </w:r>
    </w:p>
    <w:p>
      <w:pPr>
        <w:bidi/>
        <w:spacing w:before="0" w:after="80"/>
        <w:jc w:val="both"/>
      </w:pPr>
      <w:r>
        <w:rPr>
          <w:color w:val="1E3A8A"/>
          <w:sz w:val="24"/>
          <w:szCs w:val="24"/>
          <w:rtl/>
        </w:rPr>
        <w:t>המילים: ‪12 : 0.6‬  |  ‪12 : 1.5‬  |  ‪12 : 0.04‬  |  ‪12 : 2.4‬  |  ‪12 : 0.75‬  |  ‪12 : 4.8‬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מ-12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‪__________ : 0.4 = 15‬</w:t>
      </w:r>
    </w:p>
    <w:p>
      <w:pPr>
        <w:bidi/>
        <w:spacing w:before="0" w:after="60"/>
        <w:jc w:val="both"/>
      </w:pPr>
      <w:r>
        <w:rPr>
          <w:rtl/>
        </w:rPr>
        <w:t>ב. ‪2.8 : __________ = 0.7‬</w:t>
      </w:r>
    </w:p>
    <w:p>
      <w:pPr>
        <w:bidi/>
        <w:spacing w:before="0" w:after="60"/>
        <w:jc w:val="both"/>
      </w:pPr>
      <w:r>
        <w:rPr>
          <w:rtl/>
        </w:rPr>
        <w:t>ג. ‪__________ : 8 = 0.45‬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בחילוק ארוך ובדקו בכפל: ‪30.6 : 0.9‬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60"/>
        <w:jc w:val="both"/>
      </w:pPr>
      <w:r>
        <w:rPr>
          <w:rtl/>
        </w:rPr>
        <w:t>א. 5 מחברות עולות 32.50 ₪. מחברת אחת עולה __________ ₪.</w:t>
      </w:r>
    </w:p>
    <w:p>
      <w:pPr>
        <w:bidi/>
        <w:spacing w:before="0" w:after="60"/>
        <w:jc w:val="both"/>
      </w:pPr>
      <w:r>
        <w:rPr>
          <w:rtl/>
        </w:rPr>
        <w:t>ב. חבל באורך 7.2 מטרים חותכים לחתיכות של 0.6 מטר. מקבלים __________ חתיכות.</w:t>
      </w:r>
    </w:p>
    <w:p>
      <w:pPr>
        <w:bidi/>
        <w:spacing w:before="0" w:after="60"/>
        <w:jc w:val="both"/>
      </w:pPr>
      <w:r>
        <w:rPr>
          <w:rtl/>
        </w:rPr>
        <w:t>ג. נועם שילם 13.50 ₪ על 1.5 ק"ג תפוחים. ק"ג אחד עולה __________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דניאל חישב: ‪4.8 : 0.4 = 1.2‬. מצאו את הטעות ותקנו.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הסבירו בעזרת כסף (שקלים ואגורות) למה ‪2.4 : 0.6 = 24 : 6‬.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מכונית נוסעת 1.2 ק"מ בכל דקה. כמה דקות ייקח לה לנסוע 54 ק"מ? ומה מהירותה בק"מ לשעה?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5 ק"ג תפוחים עלו 27.5 ₪. כמה עלה קילוגרם אחד?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8.4 ליטרים של מיץ מזגו שווה בשווה ל-6 כדים. כמה ליטרים יש בכל כד?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סרט באורך 4.8 מטרים חותכים לחתיכות של 0.6 מטר. כמה חתיכות יתקבלו?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בשק 2.25 ק"ג אורז. אורזים אותו בשקיות של 0.75 ק"ג. כמה שקיות יתמלאו?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לעידו היו 36.6 ₪, וסבא נתן לו עוד 50 ₪. בכל הכסף הוא רוצה לקנות כרטיסים לפארק המדע, כל כרטיס ב-21.65 ₪. כמה כרטיסים יוכל לקנות?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במיכל 27 ליטרים של מים. ממלאים מהם בקבוקים של 1.5 ליטרים, ואורזים 6 בקבוקים בכל ארגז. כמה ארגזים מלאים יהיו?</w:t>
      </w:r>
    </w:p>
    <w:p>
      <w:pPr>
        <w:bidi/>
        <w:spacing w:before="0" w:after="20"/>
        <w:jc w:val="both"/>
      </w:pPr>
      <w:r>
        <w:rPr>
          <w:b/>
          <w:bCs/>
          <w:color w:val="1E3A8A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E3A8A"/>
          <w:sz w:val="44"/>
          <w:szCs w:val="44"/>
          <w:rtl/>
        </w:rPr>
        <w:t>חזרה – מה למדנו?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כתבו שבר מצומצם או מספר מעורב.</w:t>
      </w:r>
    </w:p>
    <w:p>
      <w:pPr>
        <w:bidi/>
        <w:spacing w:before="0" w:after="60"/>
        <w:jc w:val="both"/>
      </w:pPr>
      <w:r>
        <w:rPr>
          <w:rtl/>
        </w:rPr>
        <w:t>א. ‪5 : 8 = __________‬</w:t>
      </w:r>
    </w:p>
    <w:p>
      <w:pPr>
        <w:bidi/>
        <w:spacing w:before="0" w:after="60"/>
        <w:jc w:val="both"/>
      </w:pPr>
      <w:r>
        <w:rPr>
          <w:rtl/>
        </w:rPr>
        <w:t>ב. 4 × ³⁄₁₀ = __________</w:t>
      </w:r>
    </w:p>
    <w:p>
      <w:pPr>
        <w:bidi/>
        <w:spacing w:before="0" w:after="60"/>
        <w:jc w:val="both"/>
      </w:pPr>
      <w:r>
        <w:rPr>
          <w:rtl/>
        </w:rPr>
        <w:t>ג. ²⁄₃ × ⁹⁄₁₀ = __________</w:t>
      </w:r>
    </w:p>
    <w:p>
      <w:pPr>
        <w:bidi/>
        <w:spacing w:before="0" w:after="60"/>
        <w:jc w:val="both"/>
      </w:pPr>
      <w:r>
        <w:rPr>
          <w:rtl/>
        </w:rPr>
        <w:t>ד. ⁵⁄₆ : ¹⁄₃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חשבו.</w:t>
      </w:r>
    </w:p>
    <w:p>
      <w:pPr>
        <w:bidi/>
        <w:spacing w:before="0" w:after="60"/>
        <w:jc w:val="both"/>
      </w:pPr>
      <w:r>
        <w:rPr>
          <w:rtl/>
        </w:rPr>
        <w:t>א. ‪0.47 × 100 = __________‬</w:t>
      </w:r>
    </w:p>
    <w:p>
      <w:pPr>
        <w:bidi/>
        <w:spacing w:before="0" w:after="60"/>
        <w:jc w:val="both"/>
      </w:pPr>
      <w:r>
        <w:rPr>
          <w:rtl/>
        </w:rPr>
        <w:t>ב. ‪32 : 1,000 = __________‬</w:t>
      </w:r>
    </w:p>
    <w:p>
      <w:pPr>
        <w:bidi/>
        <w:spacing w:before="0" w:after="60"/>
        <w:jc w:val="both"/>
      </w:pPr>
      <w:r>
        <w:rPr>
          <w:rtl/>
        </w:rPr>
        <w:t>ג. ‪1.5 × 0.6 = __________‬</w:t>
      </w:r>
    </w:p>
    <w:p>
      <w:pPr>
        <w:bidi/>
        <w:spacing w:before="0" w:after="60"/>
        <w:jc w:val="both"/>
      </w:pPr>
      <w:r>
        <w:rPr>
          <w:rtl/>
        </w:rPr>
        <w:t>ד. ‪7.2 : 0.9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‪3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¹⁄₂ × 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2 : ¹⁄₄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0.25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‪0.5 × 0.6‬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1¹⁄₂ × 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0.75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‪4.2 : 0.7‬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‪7 : 2 = 3‬¹⁄₂      נכון / לא נכון</w:t>
      </w:r>
    </w:p>
    <w:p>
      <w:pPr>
        <w:bidi/>
        <w:spacing w:before="0" w:after="60"/>
        <w:jc w:val="both"/>
      </w:pPr>
      <w:r>
        <w:rPr>
          <w:rtl/>
        </w:rPr>
        <w:t>ב. ¹⁄₂ : ¹⁄₄ = ¹⁄₈      נכון / לא נכון</w:t>
      </w:r>
    </w:p>
    <w:p>
      <w:pPr>
        <w:bidi/>
        <w:spacing w:before="0" w:after="60"/>
        <w:jc w:val="both"/>
      </w:pPr>
      <w:r>
        <w:rPr>
          <w:rtl/>
        </w:rPr>
        <w:t>ג. ‪0.3 × 0.3 = 0.9‬      נכון / לא נכון</w:t>
      </w:r>
    </w:p>
    <w:p>
      <w:pPr>
        <w:bidi/>
        <w:spacing w:before="0" w:after="60"/>
        <w:jc w:val="both"/>
      </w:pPr>
      <w:r>
        <w:rPr>
          <w:rtl/>
        </w:rPr>
        <w:t>ד. ²⁄₅ = 0.4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תוצאתו גדולה מ-10?</w:t>
      </w:r>
    </w:p>
    <w:p>
      <w:pPr>
        <w:bidi/>
        <w:spacing w:before="0" w:after="80"/>
        <w:jc w:val="both"/>
      </w:pPr>
      <w:r>
        <w:rPr>
          <w:rtl/>
        </w:rPr>
        <w:t xml:space="preserve">   ○ ‪10 × 0.9‬      ○ 10 × ¹⁄₂      ○ ‪10 : 0.5‬      ○ ‪10 : 2‬</w:t>
      </w:r>
    </w:p>
    <w:p>
      <w:pPr>
        <w:bidi/>
        <w:spacing w:before="0" w:after="20"/>
        <w:jc w:val="both"/>
      </w:pPr>
      <w:r>
        <w:rPr>
          <w:rtl/>
        </w:rPr>
        <w:t>ב. ³⁄₄ מ-20 הם:</w:t>
      </w:r>
    </w:p>
    <w:p>
      <w:pPr>
        <w:bidi/>
        <w:spacing w:before="0" w:after="80"/>
        <w:jc w:val="both"/>
      </w:pPr>
      <w:r>
        <w:rPr>
          <w:rtl/>
        </w:rPr>
        <w:t xml:space="preserve">   ○ 15      ○ 5      ○ ³⁄₈₀      ○ 26²⁄₃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פתרו את הבעיות.</w:t>
      </w:r>
    </w:p>
    <w:p>
      <w:pPr>
        <w:bidi/>
        <w:spacing w:before="0" w:after="60"/>
        <w:jc w:val="both"/>
      </w:pPr>
      <w:r>
        <w:rPr>
          <w:rtl/>
        </w:rPr>
        <w:t>א. בקבוק של 2¹⁄₄ ליטרים ממלא __________ כוסות של ¹⁄₄ ליטר.</w:t>
      </w:r>
    </w:p>
    <w:p>
      <w:pPr>
        <w:bidi/>
        <w:spacing w:before="0" w:after="60"/>
        <w:jc w:val="both"/>
      </w:pPr>
      <w:r>
        <w:rPr>
          <w:rtl/>
        </w:rPr>
        <w:t>ב. מטר חבל עולה 4.80 ₪. 2.5 מטרים עולים __________ ₪.</w:t>
      </w:r>
    </w:p>
    <w:p>
      <w:pPr>
        <w:bidi/>
        <w:spacing w:before="0" w:after="60"/>
        <w:jc w:val="both"/>
      </w:pPr>
      <w:r>
        <w:rPr>
          <w:rtl/>
        </w:rPr>
        <w:t>ג. ²⁄₃ מ-27 התלמידים בכיתה הם __________ תלמידים.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חשבו בשתי דרכים: ¹⁄₄ × 0.8. דרך א: בשברים פשוטים. דרך ב: בשברים עשרוניים.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בעיה מילולית שפותרים בתרגיל ‪3 : 0.5‬, ופתרו אותה.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480" w:after="80"/>
        <w:jc w:val="center"/>
      </w:pPr>
      <w:r>
        <w:rPr>
          <w:rFonts w:ascii="David" w:hAnsi="David" w:cs="David"/>
          <w:b/>
          <w:bCs/>
          <w:color w:val="1E3A8A"/>
          <w:sz w:val="60"/>
          <w:szCs w:val="60"/>
          <w:rtl/>
        </w:rPr>
        <w:t>כל הכבוד!</w:t>
      </w:r>
    </w:p>
    <w:p>
      <w:pPr>
        <w:bidi/>
        <w:spacing w:before="0" w:after="80"/>
        <w:jc w:val="center"/>
      </w:pPr>
      <w:r>
        <w:rPr>
          <w:sz w:val="32"/>
          <w:szCs w:val="32"/>
          <w:rtl/>
        </w:rPr>
        <w:t>סיימתי את חוברת העבודה במתמטיקה לכיתה ו'.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44"/>
          <w:szCs w:val="44"/>
          <w:rtl/>
        </w:rPr>
        <w:t>תשובות לחוברת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E3A8A"/>
          <w:sz w:val="30"/>
          <w:szCs w:val="30"/>
          <w:rtl/>
        </w:rPr>
        <w:t>פרק 1: שבר כמנת חילוק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כתבו את המנה כשבר או כמספר מעורב.</w:t>
      </w:r>
    </w:p>
    <w:p>
      <w:pPr>
        <w:bidi/>
        <w:spacing w:before="0" w:after="40"/>
        <w:jc w:val="both"/>
      </w:pPr>
      <w:r>
        <w:rPr>
          <w:rtl/>
        </w:rPr>
        <w:t>א. ‪4 : 7‬ = ⁴⁄₇</w:t>
      </w:r>
    </w:p>
    <w:p>
      <w:pPr>
        <w:bidi/>
        <w:spacing w:before="0" w:after="40"/>
        <w:jc w:val="both"/>
      </w:pPr>
      <w:r>
        <w:rPr>
          <w:rtl/>
        </w:rPr>
        <w:t>ב. ‪6 : 11‬ = ⁶⁄₁₁</w:t>
      </w:r>
    </w:p>
    <w:p>
      <w:pPr>
        <w:bidi/>
        <w:spacing w:before="0" w:after="40"/>
        <w:jc w:val="both"/>
      </w:pPr>
      <w:r>
        <w:rPr>
          <w:rtl/>
        </w:rPr>
        <w:t>ג. ‪8 : 3 = 2‬²⁄₃</w:t>
      </w:r>
    </w:p>
    <w:p>
      <w:pPr>
        <w:bidi/>
        <w:spacing w:before="0" w:after="40"/>
        <w:jc w:val="both"/>
      </w:pPr>
      <w:r>
        <w:rPr>
          <w:rtl/>
        </w:rPr>
        <w:t>ד. ‪15 : 4 = 3‬³⁄₄</w:t>
      </w:r>
    </w:p>
    <w:p>
      <w:pPr>
        <w:bidi/>
        <w:spacing w:before="0" w:after="40"/>
        <w:jc w:val="both"/>
      </w:pPr>
      <w:r>
        <w:rPr>
          <w:rtl/>
        </w:rPr>
        <w:t>ה. ‪19 : 5 = 3‬⁴⁄₅</w:t>
      </w:r>
    </w:p>
    <w:p>
      <w:pPr>
        <w:bidi/>
        <w:spacing w:before="0" w:after="40"/>
        <w:jc w:val="both"/>
      </w:pPr>
      <w:r>
        <w:rPr>
          <w:rtl/>
        </w:rPr>
        <w:t>ו. ‪25 : 6 = 4‬¹⁄₆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‪4 : 9‬ = ⁴⁄₉</w:t>
      </w:r>
    </w:p>
    <w:p>
      <w:pPr>
        <w:bidi/>
        <w:spacing w:before="0" w:after="40"/>
        <w:jc w:val="both"/>
      </w:pPr>
      <w:r>
        <w:rPr>
          <w:rtl/>
        </w:rPr>
        <w:t>ב. ‪5 : 12‬ = ⁵⁄₁₂</w:t>
      </w:r>
    </w:p>
    <w:p>
      <w:pPr>
        <w:bidi/>
        <w:spacing w:before="0" w:after="40"/>
        <w:jc w:val="both"/>
      </w:pPr>
      <w:r>
        <w:rPr>
          <w:rtl/>
        </w:rPr>
        <w:t>ג. ‪7 : 3 = 2‬¹⁄₃</w:t>
      </w:r>
    </w:p>
    <w:p>
      <w:pPr>
        <w:bidi/>
        <w:spacing w:before="0" w:after="40"/>
        <w:jc w:val="both"/>
      </w:pPr>
      <w:r>
        <w:rPr>
          <w:rtl/>
        </w:rPr>
        <w:t>ד. ‪13 : 7 = 1‬⁶⁄₇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כמה לחמניות מקבל כל ילד?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הלחמניות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הילדים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 ילד מקבל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³⁄₄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2¹⁄₂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2¹⁄₃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2¹⁄₂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²⁄₃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שבר את השבר העשרוני השווה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¹⁄₅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0.55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0.2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¹⁄₈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0.75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⁷⁄₁₀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0.7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¹¹⁄₂₀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0.125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³⁄₂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1.5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‪7 : 3 = 2‬¹⁄₃ – נכון</w:t>
      </w:r>
    </w:p>
    <w:p>
      <w:pPr>
        <w:bidi/>
        <w:spacing w:before="0" w:after="40"/>
        <w:jc w:val="both"/>
      </w:pPr>
      <w:r>
        <w:rPr>
          <w:rtl/>
        </w:rPr>
        <w:t>ב. ‪10 : 4 = 2‬¹⁄₄ – לא נכון – ‪10 : 4 = 2‬²⁄₄ = 2¹⁄₂</w:t>
      </w:r>
    </w:p>
    <w:p>
      <w:pPr>
        <w:bidi/>
        <w:spacing w:before="0" w:after="40"/>
        <w:jc w:val="both"/>
      </w:pPr>
      <w:r>
        <w:rPr>
          <w:rtl/>
        </w:rPr>
        <w:t>ג. ⁵⁄₈ = 0.625 – נכון</w:t>
      </w:r>
    </w:p>
    <w:p>
      <w:pPr>
        <w:bidi/>
        <w:spacing w:before="0" w:after="40"/>
        <w:jc w:val="both"/>
      </w:pPr>
      <w:r>
        <w:rPr>
          <w:rtl/>
        </w:rPr>
        <w:t>ד. ‪3 : 12 = 4‬ – לא נכון – ‪3 : 12‬ = ³⁄₁₂ = ¹⁄₄</w:t>
      </w:r>
    </w:p>
    <w:p>
      <w:pPr>
        <w:bidi/>
        <w:spacing w:before="0" w:after="40"/>
        <w:jc w:val="both"/>
      </w:pPr>
      <w:r>
        <w:rPr>
          <w:rtl/>
        </w:rPr>
        <w:t>ה. ב-‪9 : 2‬ = ⁹⁄₂ המונה הוא 2. – לא נכון – המונה הוא 9 (המחולק), והמכנה הוא 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5 ק"ג אורז חולקו בשווה ל-8 שקיות. בכל שקית: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⁵⁄₈ ק"ג</w:t>
      </w:r>
    </w:p>
    <w:p>
      <w:pPr>
        <w:bidi/>
        <w:spacing w:before="0" w:after="20"/>
        <w:jc w:val="both"/>
      </w:pPr>
      <w:r>
        <w:rPr>
          <w:rtl/>
        </w:rPr>
        <w:t>ב. איזו מנה נמצאת בין 2 ל-3?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‪11 :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מיינו את תרגילי החילוק לפי המנה.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בין 1 ל-2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בין 2 ל-3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בין 3 ל-4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 : 4‬, ‪9 : 5‬, ‪3 :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‪11 : 4‬, ‪8 :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: 2‬, ‪13 : 4‬, ‪10 : 3‬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כתבו כשבר עשרוני.</w:t>
      </w:r>
    </w:p>
    <w:p>
      <w:pPr>
        <w:bidi/>
        <w:spacing w:before="0" w:after="40"/>
        <w:jc w:val="both"/>
      </w:pPr>
      <w:r>
        <w:rPr>
          <w:rtl/>
        </w:rPr>
        <w:t>א. ³⁄₁₀ = 0.3</w:t>
      </w:r>
    </w:p>
    <w:p>
      <w:pPr>
        <w:bidi/>
        <w:spacing w:before="0" w:after="40"/>
        <w:jc w:val="both"/>
      </w:pPr>
      <w:r>
        <w:rPr>
          <w:rtl/>
        </w:rPr>
        <w:t>ב. ⁹⁄₂₀ = 0.45</w:t>
      </w:r>
    </w:p>
    <w:p>
      <w:pPr>
        <w:bidi/>
        <w:spacing w:before="0" w:after="40"/>
        <w:jc w:val="both"/>
      </w:pPr>
      <w:r>
        <w:rPr>
          <w:rtl/>
        </w:rPr>
        <w:t>ג. ¹⁄₂₅ = 0.04</w:t>
      </w:r>
    </w:p>
    <w:p>
      <w:pPr>
        <w:bidi/>
        <w:spacing w:before="0" w:after="40"/>
        <w:jc w:val="both"/>
      </w:pPr>
      <w:r>
        <w:rPr>
          <w:rtl/>
        </w:rPr>
        <w:t>ד. ⁵⁄₈ = 0.625</w:t>
      </w:r>
    </w:p>
    <w:p>
      <w:pPr>
        <w:bidi/>
        <w:spacing w:before="0" w:after="40"/>
        <w:jc w:val="both"/>
      </w:pPr>
      <w:r>
        <w:rPr>
          <w:rtl/>
        </w:rPr>
        <w:t>ה. ⁷⁄₄ = 1.75</w:t>
      </w:r>
    </w:p>
    <w:p>
      <w:pPr>
        <w:bidi/>
        <w:spacing w:before="0" w:after="40"/>
        <w:jc w:val="both"/>
      </w:pPr>
      <w:r>
        <w:rPr>
          <w:rtl/>
        </w:rPr>
        <w:t>ו. ¹³⁄₅ = 2.6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חשבו בחילוק ארוך, וכתבו את המנה כשבר עשרוני: ‪13 : 8‬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‪13 : 8 = 1‬ ושארית 5. ממשיכים: ב-50 יש 6 פעמים 8 (48), שארית 2; ב-20 יש 2 פעמים 8 (16), שארית 4; ב-40 יש 5 פעמים 8. התשובה: ‪13 : 8 = 1.625‬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פתרו. כתבו שבר או מספר מעורב.</w:t>
      </w:r>
    </w:p>
    <w:p>
      <w:pPr>
        <w:bidi/>
        <w:spacing w:before="0" w:after="40"/>
        <w:jc w:val="both"/>
      </w:pPr>
      <w:r>
        <w:rPr>
          <w:rtl/>
        </w:rPr>
        <w:t>א. תמר חילקה סרט באורך 4 מטרים ל-5 חתיכות שוות. אורך כל חתיכה ⁴⁄₅ מטר.</w:t>
      </w:r>
    </w:p>
    <w:p>
      <w:pPr>
        <w:bidi/>
        <w:spacing w:before="0" w:after="40"/>
        <w:jc w:val="both"/>
      </w:pPr>
      <w:r>
        <w:rPr>
          <w:rtl/>
        </w:rPr>
        <w:t>ב. 9 חברים חילקו 12 עוגיות בשווה. כל אחד קיבל 1¹⁄₃ עוגיות.</w:t>
      </w:r>
    </w:p>
    <w:p>
      <w:pPr>
        <w:bidi/>
        <w:spacing w:before="0" w:after="40"/>
        <w:jc w:val="both"/>
      </w:pPr>
      <w:r>
        <w:rPr>
          <w:rtl/>
        </w:rPr>
        <w:t>ג. 7 ספרים זהים שוקלים יחד 3 ק"ג. כל ספר שוקל ³⁄₇ ק"ג.</w:t>
      </w:r>
    </w:p>
    <w:p>
      <w:pPr>
        <w:bidi/>
        <w:spacing w:before="0" w:after="40"/>
        <w:jc w:val="both"/>
      </w:pPr>
      <w:r>
        <w:rPr>
          <w:rtl/>
        </w:rPr>
        <w:t>ד. איתי רץ 10 הקפות ב-4 דקות. בכל דקה רץ 2¹⁄₂ הקפות.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דניאל אמר: «‪1 : 5‬ ו-‪5 : 1‬ שווים, כי יש בהם אותם מספרים». האם הוא צודק?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לא. ‪1 : 5‬ = ¹⁄₅, ואילו ‪5 : 1 = 5‬. בחילוק אין חוק החילוף: אם מחליפים בין המחולק למחלק, המנה משתנה.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כתבו בעיה מילולית קצרה שמתאימה לתרגיל ‪3 : 4‬ = ³⁄₄, ופתרו אותה.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לדוגמה: 3 פיתות חולקו בשווה בין 4 ילדים. כמה פיתה קיבל כל ילד? תשובה: ³⁄₄ פיתה.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 עשרוני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‪1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0.25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³⁄₅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: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⁴⁄₅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‪4 :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⁹⁄₈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‪9 :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1.125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איזה מספר שלם אפשר לחלק ב-6 כך שהמנה תהיה בין 2 ל-3, והשבר שמתקבל לא יהיה ניתן לצמצום? מצאו את כל האפשרויות.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המחולק צריך להיות בין 12 ל-18, ולא להתחלק ב-2 או ב-‪3: 13‬ או 17. ‪13 : 6 = 2‬¹⁄₆, ‪17 : 6 = 2‬⁵⁄₆.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4 חפיסות שוקולד חולקו שווה בשווה בין 5 ילדים. איזה חלק מחפיסה קיבל כל ילד?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: 5‬ = ⁴⁄₅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ילד קיבל ⁴⁄₅ חפיסה.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בשוק בבאר שבע חילק ירקן 11 ק"ג תפוחים לשני סלים שווים. כמה קילוגרמים יש בכל סל?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‪11 : 2‬ = ¹¹⁄₂ ; ¹¹⁄₂ = 5¹⁄₂ = 5.5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סל 5¹⁄₂ ק"ג (5.5 ק"ג).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חבל באורך 17 מטרים חותכים ל-5 חלקים שווים. מה אורך כל חלק? כתבו כמספר מעורב וכשבר עשרוני.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‪17 : 5‬ = ¹⁷⁄₅ ; ¹⁷⁄₅ = 3²⁄₅ ; ²⁄₅ = 0.4, ולכן 3²⁄₅ = 3.4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אורך כל חלק 3²⁄₅ מטרים, כלומר 3.4 מטרים.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בגינת בית הספר שטח של 21 מ"ר, והוא חולק ל-4 ערוגות שוות. מה השטח של כל ערוגה?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‪21 : 4‬ = ²¹⁄₄ ; ²¹⁄₄ = 5¹⁄₄ = 5.25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שטח כל ערוגה 5¹⁄₄ מ"ר (5.25 מ"ר).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לטיול הביא המדריך 9 ליטרים של מים, ובאמצע הדרך קנה עוד 6 ליטרים. את כל המים חילק שווה בשווה בין 12 ילדים. כמה ליטרים קיבל כל ילד?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+ 6 = 15‬ ; ‪15 : 12‬ = ¹⁵⁄₁₂ ; ¹⁵⁄₁₂ = 1³⁄₁₂ = 1¹⁄₄ = 1.25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ילד קיבל 1¹⁄₄ ליטרים (1.25 ליטרים).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מכונה א' ממלאת 20 ק"ג קמח ב-8 שקים שווים. מכונה ב' ממלאת 18 ק"ג קמח ב-5 שקים שווים. בכמה קילוגרמים כבד שק של מכונה ב' משק של מכונה א'?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‪20 : 8 = 2.5‬ ; ‪18 : 5 = 3.6‬ ; ‪3.6 − 2.5 = 1.1‬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שק של מכונה ב' כבד יותר ב-1.1 ק"ג.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E3A8A"/>
          <w:sz w:val="30"/>
          <w:szCs w:val="30"/>
          <w:rtl/>
        </w:rPr>
        <w:t>פרק 2: כפל שלם בשבר ובמספר מעורב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 כתבו את התוצאה כשבר מצומצם או כמספר מעורב.</w:t>
      </w:r>
    </w:p>
    <w:p>
      <w:pPr>
        <w:bidi/>
        <w:spacing w:before="0" w:after="40"/>
        <w:jc w:val="both"/>
      </w:pPr>
      <w:r>
        <w:rPr>
          <w:rtl/>
        </w:rPr>
        <w:t>א. 2 × ²⁄₇ = ⁴⁄₇</w:t>
      </w:r>
    </w:p>
    <w:p>
      <w:pPr>
        <w:bidi/>
        <w:spacing w:before="0" w:after="40"/>
        <w:jc w:val="both"/>
      </w:pPr>
      <w:r>
        <w:rPr>
          <w:rtl/>
        </w:rPr>
        <w:t>ב. 3 × ³⁄₁₀ = ⁹⁄₁₀</w:t>
      </w:r>
    </w:p>
    <w:p>
      <w:pPr>
        <w:bidi/>
        <w:spacing w:before="0" w:after="40"/>
        <w:jc w:val="both"/>
      </w:pPr>
      <w:r>
        <w:rPr>
          <w:rtl/>
        </w:rPr>
        <w:t>ג. 4 × ⁵⁄₈ = 2¹⁄₂</w:t>
      </w:r>
    </w:p>
    <w:p>
      <w:pPr>
        <w:bidi/>
        <w:spacing w:before="0" w:after="40"/>
        <w:jc w:val="both"/>
      </w:pPr>
      <w:r>
        <w:rPr>
          <w:rtl/>
        </w:rPr>
        <w:t>ד. 7 × ²⁄₃ = 4²⁄₃</w:t>
      </w:r>
    </w:p>
    <w:p>
      <w:pPr>
        <w:bidi/>
        <w:spacing w:before="0" w:after="40"/>
        <w:jc w:val="both"/>
      </w:pPr>
      <w:r>
        <w:rPr>
          <w:rtl/>
        </w:rPr>
        <w:t>ה. 9 × ⁵⁄₆ = 7¹⁄₂</w:t>
      </w:r>
    </w:p>
    <w:p>
      <w:pPr>
        <w:bidi/>
        <w:spacing w:before="0" w:after="40"/>
        <w:jc w:val="both"/>
      </w:pPr>
      <w:r>
        <w:rPr>
          <w:rtl/>
        </w:rPr>
        <w:t>ו. 8 × ³⁄₄ = 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40"/>
        <w:jc w:val="both"/>
      </w:pPr>
      <w:r>
        <w:rPr>
          <w:rtl/>
        </w:rPr>
        <w:t>א. ²⁄₃ × ‪27 = 18‬</w:t>
      </w:r>
    </w:p>
    <w:p>
      <w:pPr>
        <w:bidi/>
        <w:spacing w:before="0" w:after="40"/>
        <w:jc w:val="both"/>
      </w:pPr>
      <w:r>
        <w:rPr>
          <w:rtl/>
        </w:rPr>
        <w:t>ב. ¹⁄₆ × ‪42 = 7‬</w:t>
      </w:r>
    </w:p>
    <w:p>
      <w:pPr>
        <w:bidi/>
        <w:spacing w:before="0" w:after="40"/>
        <w:jc w:val="both"/>
      </w:pPr>
      <w:r>
        <w:rPr>
          <w:rtl/>
        </w:rPr>
        <w:t>ג. ³⁄₅ × ‪35 = 21‬</w:t>
      </w:r>
    </w:p>
    <w:p>
      <w:pPr>
        <w:bidi/>
        <w:spacing w:before="0" w:after="40"/>
        <w:jc w:val="both"/>
      </w:pPr>
      <w:r>
        <w:rPr>
          <w:rtl/>
        </w:rPr>
        <w:t>ד. ⁴⁄₉ × ‪63 = 28‬</w:t>
      </w:r>
    </w:p>
    <w:p>
      <w:pPr>
        <w:bidi/>
        <w:spacing w:before="0" w:after="40"/>
        <w:jc w:val="both"/>
      </w:pPr>
      <w:r>
        <w:rPr>
          <w:rtl/>
        </w:rPr>
        <w:t>ה. ⁵⁄₁₂ × ‪48 = 20‬</w:t>
      </w:r>
    </w:p>
    <w:p>
      <w:pPr>
        <w:bidi/>
        <w:spacing w:before="0" w:after="40"/>
        <w:jc w:val="both"/>
      </w:pPr>
      <w:r>
        <w:rPr>
          <w:rtl/>
        </w:rPr>
        <w:t>ו. ⁹⁄₁₀ × ‪70 = 63‬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כפלו שלם במספר מעורב.</w:t>
      </w:r>
    </w:p>
    <w:p>
      <w:pPr>
        <w:bidi/>
        <w:spacing w:before="0" w:after="40"/>
        <w:jc w:val="both"/>
      </w:pPr>
      <w:r>
        <w:rPr>
          <w:rtl/>
        </w:rPr>
        <w:t>א. ‪3 × 1‬¹⁄₆ = 3¹⁄₂</w:t>
      </w:r>
    </w:p>
    <w:p>
      <w:pPr>
        <w:bidi/>
        <w:spacing w:before="0" w:after="40"/>
        <w:jc w:val="both"/>
      </w:pPr>
      <w:r>
        <w:rPr>
          <w:rtl/>
        </w:rPr>
        <w:t>ב. ‪4 × 2‬¹⁄₈ = 8¹⁄₂</w:t>
      </w:r>
    </w:p>
    <w:p>
      <w:pPr>
        <w:bidi/>
        <w:spacing w:before="0" w:after="40"/>
        <w:jc w:val="both"/>
      </w:pPr>
      <w:r>
        <w:rPr>
          <w:rtl/>
        </w:rPr>
        <w:t>ג. ‪2 × 5‬³⁄₄ = 11¹⁄₂</w:t>
      </w:r>
    </w:p>
    <w:p>
      <w:pPr>
        <w:bidi/>
        <w:spacing w:before="0" w:after="40"/>
        <w:jc w:val="both"/>
      </w:pPr>
      <w:r>
        <w:rPr>
          <w:rtl/>
        </w:rPr>
        <w:t>ד. ‪5 × 1‬³⁄₁₀ = 6¹⁄₂</w:t>
      </w:r>
    </w:p>
    <w:p>
      <w:pPr>
        <w:bidi/>
        <w:spacing w:before="0" w:after="40"/>
        <w:jc w:val="both"/>
      </w:pPr>
      <w:r>
        <w:rPr>
          <w:rtl/>
        </w:rPr>
        <w:t>ה. ‪7 × 2‬¹⁄₂ = 17¹⁄₂</w:t>
      </w:r>
    </w:p>
    <w:p>
      <w:pPr>
        <w:bidi/>
        <w:spacing w:before="0" w:after="40"/>
        <w:jc w:val="both"/>
      </w:pPr>
      <w:r>
        <w:rPr>
          <w:rtl/>
        </w:rPr>
        <w:t>ו. ‪6 × 3‬⁵⁄₉ = 21¹⁄₃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בשוק. השלימו כמה שילמו על כל מוצר.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מוצר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מחיר לק"ג (₪)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כמות (ק"ג)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מחיר (₪)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עגבניות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גבינה צהובה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1¹⁄₄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תפוחים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2¹⁄₂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דגים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¹⁄₅ × 45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7¹⁄₂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³⁄₇ × 14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6¹⁄₂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 × 1‬³⁄₄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10 ×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²⁄₃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5 × ²⁄₁₅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‪3 × 2‬¹⁄₆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6 × ²⁄₃ = 4 – נכון</w:t>
      </w:r>
    </w:p>
    <w:p>
      <w:pPr>
        <w:bidi/>
        <w:spacing w:before="0" w:after="40"/>
        <w:jc w:val="both"/>
      </w:pPr>
      <w:r>
        <w:rPr>
          <w:rtl/>
        </w:rPr>
        <w:t>ב. ¹⁄₂ × 18 גדול מ-18. – לא נכון – ¹⁄₂ × ‪18 = 9‬, וזה קטן מ-18</w:t>
      </w:r>
    </w:p>
    <w:p>
      <w:pPr>
        <w:bidi/>
        <w:spacing w:before="0" w:after="40"/>
        <w:jc w:val="both"/>
      </w:pPr>
      <w:r>
        <w:rPr>
          <w:rtl/>
        </w:rPr>
        <w:t>ג. ‪3 × 1‬¹⁄₃ = 3¹⁄₃ – לא נכון – ‪3 × 1‬¹⁄₃ = ‪3 + 1 = 4‬</w:t>
      </w:r>
    </w:p>
    <w:p>
      <w:pPr>
        <w:bidi/>
        <w:spacing w:before="0" w:after="40"/>
        <w:jc w:val="both"/>
      </w:pPr>
      <w:r>
        <w:rPr>
          <w:rtl/>
        </w:rPr>
        <w:t>ד. ²⁄₅ מ-25 הם 10.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מיכל קראה ²⁄₃ מספר של 180 עמודים. כמה עמודים קראה?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120</w:t>
      </w:r>
    </w:p>
    <w:p>
      <w:pPr>
        <w:bidi/>
        <w:spacing w:before="0" w:after="20"/>
        <w:jc w:val="both"/>
      </w:pPr>
      <w:r>
        <w:rPr>
          <w:rtl/>
        </w:rPr>
        <w:t>ב. ‪4 × 2‬¹⁄₂ = 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10 × ³⁄₅ = 6</w:t>
      </w:r>
    </w:p>
    <w:p>
      <w:pPr>
        <w:bidi/>
        <w:spacing w:before="0" w:after="40"/>
        <w:jc w:val="both"/>
      </w:pPr>
      <w:r>
        <w:rPr>
          <w:rtl/>
        </w:rPr>
        <w:t>ב. 8 × ³⁄₄ = 6</w:t>
      </w:r>
    </w:p>
    <w:p>
      <w:pPr>
        <w:bidi/>
        <w:spacing w:before="0" w:after="40"/>
        <w:jc w:val="both"/>
      </w:pPr>
      <w:r>
        <w:rPr>
          <w:rtl/>
        </w:rPr>
        <w:t>ג. ‪8 × 1‬¹⁄₂ = 12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בלי לחשב: האם התוצאה קטנה מ-30, שווה ל-30 או גדולה מ-30? מיינו.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מ-30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שווה ל-30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מ-30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 × ²⁄₃, 30 × ¹⁄₁₀, 30 × ¹¹⁄₁₂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 × ⁴⁄₄, 30 × ⁶⁄₆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‪30 × 1‬¹⁄₁₀, 30 × ³⁄₂, ‪30 × 2‬¹⁄₅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בשתי דרכים: ‪6 × 3‬⁵⁄₈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א: ‪6 × 3 + 6‬ × ⁵⁄₈ = 18 + ³⁰⁄₈ = ‪18 + 3‬³⁄₄ = 21³⁄₄. ב: 3⁵⁄₈ = ²⁹⁄₈, ו-6 × ²⁹⁄₈ = ¹⁷⁴⁄₈ = 21³⁄₄.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40"/>
        <w:jc w:val="both"/>
      </w:pPr>
      <w:r>
        <w:rPr>
          <w:rtl/>
        </w:rPr>
        <w:t>א. כל יום עומר הולך ³⁄₄ ק"מ. ב-6 ימים הוא הולך 4¹⁄₂ ק"מ.</w:t>
      </w:r>
    </w:p>
    <w:p>
      <w:pPr>
        <w:bidi/>
        <w:spacing w:before="0" w:after="40"/>
        <w:jc w:val="both"/>
      </w:pPr>
      <w:r>
        <w:rPr>
          <w:rtl/>
        </w:rPr>
        <w:t>ב. בכיתה 32 תלמידים, ו-⁵⁄₈ מהם בנים. בכיתה 20 בנים.</w:t>
      </w:r>
    </w:p>
    <w:p>
      <w:pPr>
        <w:bidi/>
        <w:spacing w:before="0" w:after="40"/>
        <w:jc w:val="both"/>
      </w:pPr>
      <w:r>
        <w:rPr>
          <w:rtl/>
        </w:rPr>
        <w:t>ג. לכל עוגה צריך 2¹⁄₄ כוסות קמח. ל-4 עוגות צריך 9 כוסות קמח.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יואב חישב: ‪5 × 2‬³⁄₄ = 10³⁄₄. מצאו את הטעות ותקנו.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יואב כפל רק את השלמים ושכח לכפול את השבר. נכון: ‪5 × 2 + 5‬ × ³⁄₄ = 10 + ¹⁵⁄₄ = ‪10 + 3‬³⁄₄ = 13³⁄₄.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הראו בציור או על ציר מספרים ש-3 × ³⁄₄ = 2¹⁄₄.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על ציר המספרים: שלוש קפיצות של ³⁄₄ – אל ³⁄₄, אל 1²⁄₄, אל 2¹⁄₄. או: 3 עיגולים, ובכל אחד צבועים 3 רבעים – יחד 9 רבעים, שהם 2¹⁄₄.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בספריית בית הספר 240 ספרים. ³⁄₈ מהם ספרי הרפתקאות, ו-²⁄₅ מהספרים האחרים הם ספרי מדע. כמה ספרי מדע יש בספרייה?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הרפתקאות: ³⁄₈ × ‪240 = 90‬. האחרים: ‪240 − 90 = 150‬. מדע: ²⁄₅ × ‪150 = 60‬. תשובה: 60 ספרי מדע.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יואב מתאמן בכדורסל ²⁄₃ שעה בכל יום. כמה שעות יתאמן ב-5 ימים?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5 × ²⁄₃ = ¹⁰⁄₃ ; ¹⁰⁄₃ = 3¹⁄₃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יואב יתאמן 3¹⁄₃ שעות.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על המדף 20 ספרים. ³⁄₄ מהם ספרי קריאה. כמה ספרי קריאה יש על המדף?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‪20 : 4 = 5‬ ; ‪3 × 5 = 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על המדף 15 ספרי קריאה.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בכל ארגז 4¹⁄₂ ק"ג ענבים. כמה קילוגרמים של ענבים יש ב-8 ארגזים?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× 4 = 32‬ ; 8 × ¹⁄₂ = 4 ; ‪32 + 4 = 36‬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ב-8 ארגזים 36 ק"ג ענבים.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אליה קרא ⁵⁄₆ מספר של 180 עמודים. כמה עמודים נשאר לו לקרוא?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‪180 : 6 = 30‬ ; ‪5 × 30 = 150‬ – כבר קרא ; ‪180 − 150 = 30‬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לאליה נשאר לקרוא 30 עמודים.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בפרדס של הקיבוץ 120 עצים. ²⁄₅ מהעצים הם עצי תפוז, ¹⁄₃ מהעצים הם עצי לימון, וכל השאר עצי אשכולית. כמה עצי אשכולית יש בפרדס?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²⁄₅ × ‪120 = 48‬ – תפוזים ; ¹⁄₃ × ‪120 = 40‬ – לימונים ; ‪48 + 40 = 88‬ ; ‪120 − 88 = 32‬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בפרדס 32 עצי אשכולית.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עידו רץ 3¹⁄₄ ק"מ בכל יום במשך 4 ימים. נועם רץ 2³⁄₄ ק"מ בכל יום במשך 6 ימים. מי רץ יותר, ובכמה קילומטרים?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3‬¹⁄₄ = ‪12 + 1 = 13‬ – עידו ; ‪6 × 2‬³⁄₄ = ‪12 + 4‬²⁄₄ = 16¹⁄₂ – נועם ; 16¹⁄₂ − ‪13 = 3‬¹⁄₂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נועם רץ יותר, ב-3¹⁄₂ ק"מ.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E3A8A"/>
          <w:sz w:val="30"/>
          <w:szCs w:val="30"/>
          <w:rtl/>
        </w:rPr>
        <w:t>פרק 3: כפל שבר בשבר ומספרים מעורבים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¹⁄₄ × ¹⁄₃ = ¹⁄₁₂</w:t>
      </w:r>
    </w:p>
    <w:p>
      <w:pPr>
        <w:bidi/>
        <w:spacing w:before="0" w:after="40"/>
        <w:jc w:val="both"/>
      </w:pPr>
      <w:r>
        <w:rPr>
          <w:rtl/>
        </w:rPr>
        <w:t>ב. ²⁄₅ × ¹⁄₃ = ²⁄₁₅</w:t>
      </w:r>
    </w:p>
    <w:p>
      <w:pPr>
        <w:bidi/>
        <w:spacing w:before="0" w:after="40"/>
        <w:jc w:val="both"/>
      </w:pPr>
      <w:r>
        <w:rPr>
          <w:rtl/>
        </w:rPr>
        <w:t>ג. ³⁄₄ × ¹⁄₂ = ³⁄₈</w:t>
      </w:r>
    </w:p>
    <w:p>
      <w:pPr>
        <w:bidi/>
        <w:spacing w:before="0" w:after="40"/>
        <w:jc w:val="both"/>
      </w:pPr>
      <w:r>
        <w:rPr>
          <w:rtl/>
        </w:rPr>
        <w:t>ד. ⁴⁄₇ × ²⁄₃ = ⁸⁄₂₁</w:t>
      </w:r>
    </w:p>
    <w:p>
      <w:pPr>
        <w:bidi/>
        <w:spacing w:before="0" w:after="40"/>
        <w:jc w:val="both"/>
      </w:pPr>
      <w:r>
        <w:rPr>
          <w:rtl/>
        </w:rPr>
        <w:t>ה. ³⁄₈ × ³⁄₅ = ⁹⁄₄₀</w:t>
      </w:r>
    </w:p>
    <w:p>
      <w:pPr>
        <w:bidi/>
        <w:spacing w:before="0" w:after="40"/>
        <w:jc w:val="both"/>
      </w:pPr>
      <w:r>
        <w:rPr>
          <w:rtl/>
        </w:rPr>
        <w:t>ו. ⁵⁄₆ × ⁵⁄₇ = ²⁵⁄₄₂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וצמצמו.</w:t>
      </w:r>
    </w:p>
    <w:p>
      <w:pPr>
        <w:bidi/>
        <w:spacing w:before="0" w:after="40"/>
        <w:jc w:val="both"/>
      </w:pPr>
      <w:r>
        <w:rPr>
          <w:rtl/>
        </w:rPr>
        <w:t>א. ³⁄₄ × ⁴⁄₉ = ¹⁄₃</w:t>
      </w:r>
    </w:p>
    <w:p>
      <w:pPr>
        <w:bidi/>
        <w:spacing w:before="0" w:after="40"/>
        <w:jc w:val="both"/>
      </w:pPr>
      <w:r>
        <w:rPr>
          <w:rtl/>
        </w:rPr>
        <w:t>ב. ⁵⁄₆ × ³⁄₁₀ = ¹⁄₄</w:t>
      </w:r>
    </w:p>
    <w:p>
      <w:pPr>
        <w:bidi/>
        <w:spacing w:before="0" w:after="40"/>
        <w:jc w:val="both"/>
      </w:pPr>
      <w:r>
        <w:rPr>
          <w:rtl/>
        </w:rPr>
        <w:t>ג. ²⁄₉ × ³⁄₈ = ¹⁄₁₂</w:t>
      </w:r>
    </w:p>
    <w:p>
      <w:pPr>
        <w:bidi/>
        <w:spacing w:before="0" w:after="40"/>
        <w:jc w:val="both"/>
      </w:pPr>
      <w:r>
        <w:rPr>
          <w:rtl/>
        </w:rPr>
        <w:t>ד. ⁷⁄₁₀ × ⁵⁄₁₄ = ¹⁄₄</w:t>
      </w:r>
    </w:p>
    <w:p>
      <w:pPr>
        <w:bidi/>
        <w:spacing w:before="0" w:after="40"/>
        <w:jc w:val="both"/>
      </w:pPr>
      <w:r>
        <w:rPr>
          <w:rtl/>
        </w:rPr>
        <w:t>ה. ⁹⁄₁₆ × ⁴⁄₁₅ = ³⁄₂₀</w:t>
      </w:r>
    </w:p>
    <w:p>
      <w:pPr>
        <w:bidi/>
        <w:spacing w:before="0" w:after="40"/>
        <w:jc w:val="both"/>
      </w:pPr>
      <w:r>
        <w:rPr>
          <w:rtl/>
        </w:rPr>
        <w:t>ו. ⁵⁄₁₂ × ⁹⁄₁₀ = ³⁄₈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חשבו. כתבו את התוצאה כמספר מעורב או כמספר שלם.</w:t>
      </w:r>
    </w:p>
    <w:p>
      <w:pPr>
        <w:bidi/>
        <w:spacing w:before="0" w:after="40"/>
        <w:jc w:val="both"/>
      </w:pPr>
      <w:r>
        <w:rPr>
          <w:rtl/>
        </w:rPr>
        <w:t>א. 1¹⁄₄ × ²⁄₅ = ¹⁄₂</w:t>
      </w:r>
    </w:p>
    <w:p>
      <w:pPr>
        <w:bidi/>
        <w:spacing w:before="0" w:after="40"/>
        <w:jc w:val="both"/>
      </w:pPr>
      <w:r>
        <w:rPr>
          <w:rtl/>
        </w:rPr>
        <w:t>ב. 2¹⁄₃ × ³⁄₇ = 1</w:t>
      </w:r>
    </w:p>
    <w:p>
      <w:pPr>
        <w:bidi/>
        <w:spacing w:before="0" w:after="40"/>
        <w:jc w:val="both"/>
      </w:pPr>
      <w:r>
        <w:rPr>
          <w:rtl/>
        </w:rPr>
        <w:t>ג. 1¹⁄₂ × 1¹⁄₂ = 2¹⁄₄</w:t>
      </w:r>
    </w:p>
    <w:p>
      <w:pPr>
        <w:bidi/>
        <w:spacing w:before="0" w:after="40"/>
        <w:jc w:val="both"/>
      </w:pPr>
      <w:r>
        <w:rPr>
          <w:rtl/>
        </w:rPr>
        <w:t>ד. 2²⁄₃ × 1¹⁄₈ = 3</w:t>
      </w:r>
    </w:p>
    <w:p>
      <w:pPr>
        <w:bidi/>
        <w:spacing w:before="0" w:after="40"/>
        <w:jc w:val="both"/>
      </w:pPr>
      <w:r>
        <w:rPr>
          <w:rtl/>
        </w:rPr>
        <w:t>ה. 3¹⁄₂ × 2²⁄₇ = 8</w:t>
      </w:r>
    </w:p>
    <w:p>
      <w:pPr>
        <w:bidi/>
        <w:spacing w:before="0" w:after="40"/>
        <w:jc w:val="both"/>
      </w:pPr>
      <w:r>
        <w:rPr>
          <w:rtl/>
        </w:rPr>
        <w:t>ו. 1⁴⁄₅ × 2¹⁄₃ = 4¹⁄₅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ציירו מודל שטח לכל תרגיל והשלימו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משבצות שמסומנות פעמיים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 המשבצות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 (מצומצמת)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¹⁄₃ × ¹⁄₄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¹⁄₁₂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³⁄₅ × ¹⁄₂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³⁄₁₀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²⁄₃ × ⁵⁄₆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⁵⁄₉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¹⁄₄ × ²⁄₃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³⁄₄ × ⁴⁄₅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⁵⁄₈ × ⁴⁄₅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2¹⁄₂ × ⁴⁄₅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³⁄₅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1¹⁄₅ × 2¹⁄₂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1¹⁄₃ × 3³⁄₄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¹⁄₆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²⁄₃ × ²⁄₃ = ⁴⁄₉ – נכון</w:t>
      </w:r>
    </w:p>
    <w:p>
      <w:pPr>
        <w:bidi/>
        <w:spacing w:before="0" w:after="40"/>
        <w:jc w:val="both"/>
      </w:pPr>
      <w:r>
        <w:rPr>
          <w:rtl/>
        </w:rPr>
        <w:t>ב. ³⁄₄ × ¹⁄₂ = ³⁄₂ – לא נכון – ³⁄₄ × ¹⁄₂ = ³⁄₈</w:t>
      </w:r>
    </w:p>
    <w:p>
      <w:pPr>
        <w:bidi/>
        <w:spacing w:before="0" w:after="40"/>
        <w:jc w:val="both"/>
      </w:pPr>
      <w:r>
        <w:rPr>
          <w:rtl/>
        </w:rPr>
        <w:t>ג. 2 × ¹⁄₂ × 1¹⁄₂ = 1¹⁄₂ – נכון</w:t>
      </w:r>
    </w:p>
    <w:p>
      <w:pPr>
        <w:bidi/>
        <w:spacing w:before="0" w:after="40"/>
        <w:jc w:val="both"/>
      </w:pPr>
      <w:r>
        <w:rPr>
          <w:rtl/>
        </w:rPr>
        <w:t>ד. המכפלה ⁷⁄₈ × ⁹⁄₁₀ גדולה מ-1. – לא נכון – שני הגורמים קטנים מ-1, ולכן המכפלה קטנה מ-1: ⁶³⁄₈₀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אורי אכל ¹⁄₂ מתוך ³⁄₄ של עוגה. איזה חלק מהעוגה כולה אכל?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³⁄₈</w:t>
      </w:r>
    </w:p>
    <w:p>
      <w:pPr>
        <w:bidi/>
        <w:spacing w:before="0" w:after="20"/>
        <w:jc w:val="both"/>
      </w:pPr>
      <w:r>
        <w:rPr>
          <w:rtl/>
        </w:rPr>
        <w:t>ב. אומדן: 3¹⁄₈ × 4⁹⁄₁₀ קרוב 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השלימו את השבר החסר.</w:t>
      </w:r>
    </w:p>
    <w:p>
      <w:pPr>
        <w:bidi/>
        <w:spacing w:before="0" w:after="40"/>
        <w:jc w:val="both"/>
      </w:pPr>
      <w:r>
        <w:rPr>
          <w:rtl/>
        </w:rPr>
        <w:t>א. ³⁄₇ × ²⁄₅ = ⁶⁄₃₅</w:t>
      </w:r>
    </w:p>
    <w:p>
      <w:pPr>
        <w:bidi/>
        <w:spacing w:before="0" w:after="40"/>
        <w:jc w:val="both"/>
      </w:pPr>
      <w:r>
        <w:rPr>
          <w:rtl/>
        </w:rPr>
        <w:t>ב. ³⁄₈ × ¹⁄₂ = ³⁄₁₆</w:t>
      </w:r>
    </w:p>
    <w:p>
      <w:pPr>
        <w:bidi/>
        <w:spacing w:before="0" w:after="40"/>
        <w:jc w:val="both"/>
      </w:pPr>
      <w:r>
        <w:rPr>
          <w:rtl/>
        </w:rPr>
        <w:t>ג. 1¹⁄₂ × ²⁄₃ = 1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בלי לחשב: האם המכפלה קטנה מ-2¹⁄₂ או גדולה ממנו? מיינו.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מ-2¹⁄₂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מ-2¹⁄₂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2¹⁄₂ × ³⁄₄, 2¹⁄₂ × ²⁄₃, 2¹⁄₂ × ¹⁄₁₀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2¹⁄₂ × 1¹⁄₅, 2¹⁄₂ × ⁷⁄₆, 2¹⁄₂ × 1³⁄₄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וצמצמו לפני הכפל: 3³⁄₄ × 2²⁄₅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3³⁄₄ = ¹⁵⁄₄, 2²⁄₅ = ¹²⁄₅. מצמצמים 15 ו-5 ב-5, ו-12 ו-4 ב-4: ³⁄₁ × ³⁄₁ = 9.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40"/>
        <w:jc w:val="both"/>
      </w:pPr>
      <w:r>
        <w:rPr>
          <w:rtl/>
        </w:rPr>
        <w:t>א. הדרך לבריכה ארוכה 1¹⁄₂ ק"מ. תמר הלכה ²⁄₃ מהדרך. היא הלכה 1 ק"מ.</w:t>
      </w:r>
    </w:p>
    <w:p>
      <w:pPr>
        <w:bidi/>
        <w:spacing w:before="0" w:after="40"/>
        <w:jc w:val="both"/>
      </w:pPr>
      <w:r>
        <w:rPr>
          <w:rtl/>
        </w:rPr>
        <w:t>ב. בצנצנת ³⁄₄ ליטר דבש. איתי השתמש ב-²⁄₅ מהדבש. הוא השתמש ב-³⁄₁₀ ליטר.</w:t>
      </w:r>
    </w:p>
    <w:p>
      <w:pPr>
        <w:bidi/>
        <w:spacing w:before="0" w:after="40"/>
        <w:jc w:val="both"/>
      </w:pPr>
      <w:r>
        <w:rPr>
          <w:rtl/>
        </w:rPr>
        <w:t>ג. אורכו של חדר מלבני 3¹⁄₂ מטרים, ורוחבו 2⁴⁄₇ מטרים. שטח החדר 9 מ"ר.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נועם חישב: 2¹⁄₂ × 3¹⁄₃ = 6¹⁄₆. מצאו את הטעות ותקנו.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נועם כפל שלמים בשלמים ‪(2 × 3 = 6)‬ ושבר בשבר (¹⁄₂ × ¹⁄₃ = ¹⁄₆), וזו טעות. נכון: ⁵⁄₂ × ¹⁰⁄₃ = ⁵⁰⁄₆ = 8¹⁄₃.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הסבירו בלי לחשב: למה ⁵⁄₆ × ³⁄₄ קטן מ-³⁄₄? אחר כך חשבו ובדקו.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כי לוקחים רק ⁵⁄₆ מתוך ³⁄₄ – חלק ממנו ולא את כולו. בדיקה: ⁵⁄₆ × ³⁄₄ = ¹⁵⁄₂₄ = ⁵⁄₈, ו-⁵⁄₈ קטן מ-⁶⁄₈.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אורך הצלע של אריח ריבועי הוא 1¹⁄₂ מטרים. גוזרים ממנו ²⁄₃ מהשטח. כמה מ"ר נשארים מהאריח?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שטח האריח: 1¹⁄₂ × 1¹⁄₂ = ⁹⁄₄ = 2¹⁄₄ מ"ר. נשאר ¹⁄₃ מהשטח: ¹⁄₃ × ⁹⁄₄ = ³⁄₄ מ"ר.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²⁄₅ מתלמידי השכבה משתתפים בחוג ספורט, ו-¹⁄₂ מהם משחקים כדורגל. איזה חלק מתלמידי השכבה משחקים כדורגל?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¹⁄₂ × ²⁄₅ = ²⁄₁₀ ; ²⁄₁₀ = ¹⁄₅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¹⁄₅ מתלמידי השכבה משחקים כדורגל.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ההפסקה הגדולה נמשכת ³⁄₄ שעה. עידו קרא ספר במשך ²⁄₃ מההפסקה. איזה חלק משעה קרא עידו?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²⁄₃ × ³⁄₄ = ⁶⁄₁₂ ; ⁶⁄₁₂ = ¹⁄₂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עידו קרא ¹⁄₂ שעה.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לוח מודעות מלבני אורכו 3³⁄₄ מטרים ורוחבו 2²⁄₃ מטרים. מה שטח הלוח?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3³⁄₄ = ¹⁵⁄₄, ו-2²⁄₃ = ⁸⁄₃ ; ¹⁵⁄₄ × ⁸⁄₃ = ¹²⁰⁄₁₂ ; ¹²⁰⁄₁₂ = 10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שטח הלוח 10 מ"ר.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בשק היו 2¹⁄₂ ק"ג סוכר. האופה השתמש ב-³⁄₅ מהסוכר. בכמה קילוגרמים של סוכר השתמש?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2¹⁄₂ = ⁵⁄₂ ; ³⁄₅ × ⁵⁄₂ = ¹⁵⁄₁₀ ; ¹⁵⁄₁₀ = 1¹⁄₂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האופה השתמש ב-1¹⁄₂ ק"ג סוכר.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ברז ממלא 2²⁄₅ ליטרים בכל דקה. משה פתח את הברז למשך 3³⁄₄ דקות כדי למלא דלי של 10 ליטרים. כמה ליטרים נכנסו לדלי, וכמה ליטרים חסרים כדי שיתמלא?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2²⁄₅ = ¹²⁄₅, ו-3³⁄₄ = ¹⁵⁄₄ ; ¹²⁄₅ × ¹⁵⁄₄ = ¹⁸⁰⁄₂₀ = 9 ; ‪10 − 9 = 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נכנסו 9 ליטרים, וחסר 1 ליטר.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אריאל קיבל 1¹⁄₂ ק"ג עוגיות. ²⁄₃ מהעוגיות חילק לחברים, ו-¹⁄₄ מהעוגיות שנשארו אכל. כמה קילוגרמים של עוגיות נשארו 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²⁄₃ × 1¹⁄₂ = 1 – חילק ; 1¹⁄₂ − 1 = ¹⁄₂ – נשארו ; ¹⁄₄ × ¹⁄₂ = ¹⁄₈ – אכל ; ¹⁄₂ − ¹⁄₈ = ³⁄₈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לאריאל נשארו ³⁄₈ ק"ג עוגיות.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E3A8A"/>
          <w:sz w:val="30"/>
          <w:szCs w:val="30"/>
          <w:rtl/>
        </w:rPr>
        <w:t>פרק 4: חילוק שברים פשוטים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כמה פעמים נכנס? חשבו.</w:t>
      </w:r>
    </w:p>
    <w:p>
      <w:pPr>
        <w:bidi/>
        <w:spacing w:before="0" w:after="40"/>
        <w:jc w:val="both"/>
      </w:pPr>
      <w:r>
        <w:rPr>
          <w:rtl/>
        </w:rPr>
        <w:t>א. 3 : ¹⁄₂ = 6</w:t>
      </w:r>
    </w:p>
    <w:p>
      <w:pPr>
        <w:bidi/>
        <w:spacing w:before="0" w:after="40"/>
        <w:jc w:val="both"/>
      </w:pPr>
      <w:r>
        <w:rPr>
          <w:rtl/>
        </w:rPr>
        <w:t>ב. 2 : ¹⁄₆ = 12</w:t>
      </w:r>
    </w:p>
    <w:p>
      <w:pPr>
        <w:bidi/>
        <w:spacing w:before="0" w:after="40"/>
        <w:jc w:val="both"/>
      </w:pPr>
      <w:r>
        <w:rPr>
          <w:rtl/>
        </w:rPr>
        <w:t>ג. 5 : ¹⁄₃ = 15</w:t>
      </w:r>
    </w:p>
    <w:p>
      <w:pPr>
        <w:bidi/>
        <w:spacing w:before="0" w:after="40"/>
        <w:jc w:val="both"/>
      </w:pPr>
      <w:r>
        <w:rPr>
          <w:rtl/>
        </w:rPr>
        <w:t>ד. 4 : ²⁄₅ = 10</w:t>
      </w:r>
    </w:p>
    <w:p>
      <w:pPr>
        <w:bidi/>
        <w:spacing w:before="0" w:after="40"/>
        <w:jc w:val="both"/>
      </w:pPr>
      <w:r>
        <w:rPr>
          <w:rtl/>
        </w:rPr>
        <w:t>ה. 6 : ³⁄₄ = 8</w:t>
      </w:r>
    </w:p>
    <w:p>
      <w:pPr>
        <w:bidi/>
        <w:spacing w:before="0" w:after="40"/>
        <w:jc w:val="both"/>
      </w:pPr>
      <w:r>
        <w:rPr>
          <w:rtl/>
        </w:rPr>
        <w:t>ו. 9 : ³⁄₅ = 15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חלקו שבר במספר שלם.</w:t>
      </w:r>
    </w:p>
    <w:p>
      <w:pPr>
        <w:bidi/>
        <w:spacing w:before="0" w:after="40"/>
        <w:jc w:val="both"/>
      </w:pPr>
      <w:r>
        <w:rPr>
          <w:rtl/>
        </w:rPr>
        <w:t>א. ⁸⁄₉ : 4 = ²⁄₉</w:t>
      </w:r>
    </w:p>
    <w:p>
      <w:pPr>
        <w:bidi/>
        <w:spacing w:before="0" w:after="40"/>
        <w:jc w:val="both"/>
      </w:pPr>
      <w:r>
        <w:rPr>
          <w:rtl/>
        </w:rPr>
        <w:t>ב. ³⁄₅ : 6 = ¹⁄₁₀</w:t>
      </w:r>
    </w:p>
    <w:p>
      <w:pPr>
        <w:bidi/>
        <w:spacing w:before="0" w:after="40"/>
        <w:jc w:val="both"/>
      </w:pPr>
      <w:r>
        <w:rPr>
          <w:rtl/>
        </w:rPr>
        <w:t>ג. ⁵⁄₆ : 2 = ⁵⁄₁₂</w:t>
      </w:r>
    </w:p>
    <w:p>
      <w:pPr>
        <w:bidi/>
        <w:spacing w:before="0" w:after="40"/>
        <w:jc w:val="both"/>
      </w:pPr>
      <w:r>
        <w:rPr>
          <w:rtl/>
        </w:rPr>
        <w:t>ד. ²⁄₇ : 2 = ¹⁄₇</w:t>
      </w:r>
    </w:p>
    <w:p>
      <w:pPr>
        <w:bidi/>
        <w:spacing w:before="0" w:after="40"/>
        <w:jc w:val="both"/>
      </w:pPr>
      <w:r>
        <w:rPr>
          <w:rtl/>
        </w:rPr>
        <w:t>ה. ¹⁰⁄₁₁ : 5 = ²⁄₁₁</w:t>
      </w:r>
    </w:p>
    <w:p>
      <w:pPr>
        <w:bidi/>
        <w:spacing w:before="0" w:after="40"/>
        <w:jc w:val="both"/>
      </w:pPr>
      <w:r>
        <w:rPr>
          <w:rtl/>
        </w:rPr>
        <w:t>ו. ³⁄₈ : 3 = ¹⁄₈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חשבו. כתבו שבר, מספר מעורב או מספר שלם.</w:t>
      </w:r>
    </w:p>
    <w:p>
      <w:pPr>
        <w:bidi/>
        <w:spacing w:before="0" w:after="40"/>
        <w:jc w:val="both"/>
      </w:pPr>
      <w:r>
        <w:rPr>
          <w:rtl/>
        </w:rPr>
        <w:t>א. ⁵⁄₈ : ¹⁄₈ = 5</w:t>
      </w:r>
    </w:p>
    <w:p>
      <w:pPr>
        <w:bidi/>
        <w:spacing w:before="0" w:after="40"/>
        <w:jc w:val="both"/>
      </w:pPr>
      <w:r>
        <w:rPr>
          <w:rtl/>
        </w:rPr>
        <w:t>ב. ²⁄₃ : ¹⁄₃ = 2</w:t>
      </w:r>
    </w:p>
    <w:p>
      <w:pPr>
        <w:bidi/>
        <w:spacing w:before="0" w:after="40"/>
        <w:jc w:val="both"/>
      </w:pPr>
      <w:r>
        <w:rPr>
          <w:rtl/>
        </w:rPr>
        <w:t>ג. ⁹⁄₁₀ : ³⁄₁₀ = 3</w:t>
      </w:r>
    </w:p>
    <w:p>
      <w:pPr>
        <w:bidi/>
        <w:spacing w:before="0" w:after="40"/>
        <w:jc w:val="both"/>
      </w:pPr>
      <w:r>
        <w:rPr>
          <w:rtl/>
        </w:rPr>
        <w:t>ד. ⁵⁄₇ : ²⁄₇ = 2¹⁄₂</w:t>
      </w:r>
    </w:p>
    <w:p>
      <w:pPr>
        <w:bidi/>
        <w:spacing w:before="0" w:after="40"/>
        <w:jc w:val="both"/>
      </w:pPr>
      <w:r>
        <w:rPr>
          <w:rtl/>
        </w:rPr>
        <w:t>ה. ¹¹⁄₁₂ : ¹⁄₁₂ = 11</w:t>
      </w:r>
    </w:p>
    <w:p>
      <w:pPr>
        <w:bidi/>
        <w:spacing w:before="0" w:after="40"/>
        <w:jc w:val="both"/>
      </w:pPr>
      <w:r>
        <w:rPr>
          <w:rtl/>
        </w:rPr>
        <w:t>ו. ³⁄₅ : ⁴⁄₅ = ³⁄₄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חלקו בעזרת כפל בשבר ההפוך. צמצמו.</w:t>
      </w:r>
    </w:p>
    <w:p>
      <w:pPr>
        <w:bidi/>
        <w:spacing w:before="0" w:after="40"/>
        <w:jc w:val="both"/>
      </w:pPr>
      <w:r>
        <w:rPr>
          <w:rtl/>
        </w:rPr>
        <w:t>א. ³⁄₄ : ¹⁄₂ = 1¹⁄₂</w:t>
      </w:r>
    </w:p>
    <w:p>
      <w:pPr>
        <w:bidi/>
        <w:spacing w:before="0" w:after="40"/>
        <w:jc w:val="both"/>
      </w:pPr>
      <w:r>
        <w:rPr>
          <w:rtl/>
        </w:rPr>
        <w:t>ב. ¹⁄₃ : ⁴⁄₉ = ³⁄₄</w:t>
      </w:r>
    </w:p>
    <w:p>
      <w:pPr>
        <w:bidi/>
        <w:spacing w:before="0" w:after="40"/>
        <w:jc w:val="both"/>
      </w:pPr>
      <w:r>
        <w:rPr>
          <w:rtl/>
        </w:rPr>
        <w:t>ג. ⁵⁄₆ : ⁵⁄₁₂ = 2</w:t>
      </w:r>
    </w:p>
    <w:p>
      <w:pPr>
        <w:bidi/>
        <w:spacing w:before="0" w:after="40"/>
        <w:jc w:val="both"/>
      </w:pPr>
      <w:r>
        <w:rPr>
          <w:rtl/>
        </w:rPr>
        <w:t>ד. ²⁄₅ : ³⁄₄ = ⁸⁄₁₅</w:t>
      </w:r>
    </w:p>
    <w:p>
      <w:pPr>
        <w:bidi/>
        <w:spacing w:before="0" w:after="40"/>
        <w:jc w:val="both"/>
      </w:pPr>
      <w:r>
        <w:rPr>
          <w:rtl/>
        </w:rPr>
        <w:t>ה. ⁷⁄₁₀ : ¹⁄₅ = 3¹⁄₂</w:t>
      </w:r>
    </w:p>
    <w:p>
      <w:pPr>
        <w:bidi/>
        <w:spacing w:before="0" w:after="40"/>
        <w:jc w:val="both"/>
      </w:pPr>
      <w:r>
        <w:rPr>
          <w:rtl/>
        </w:rPr>
        <w:t>ו. ³⁄₈ : ⁹⁄₁₀ = ⁵⁄₁₂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הפכו את המספר המעורב לשבר וחשבו.</w:t>
      </w:r>
    </w:p>
    <w:p>
      <w:pPr>
        <w:bidi/>
        <w:spacing w:before="0" w:after="40"/>
        <w:jc w:val="both"/>
      </w:pPr>
      <w:r>
        <w:rPr>
          <w:rtl/>
        </w:rPr>
        <w:t>א. 1¹⁄₂ : ¹⁄₄ = 6</w:t>
      </w:r>
    </w:p>
    <w:p>
      <w:pPr>
        <w:bidi/>
        <w:spacing w:before="0" w:after="40"/>
        <w:jc w:val="both"/>
      </w:pPr>
      <w:r>
        <w:rPr>
          <w:rtl/>
        </w:rPr>
        <w:t>ב. 2¹⁄₂ : ⁵⁄₆ = 3</w:t>
      </w:r>
    </w:p>
    <w:p>
      <w:pPr>
        <w:bidi/>
        <w:spacing w:before="0" w:after="40"/>
        <w:jc w:val="both"/>
      </w:pPr>
      <w:r>
        <w:rPr>
          <w:rtl/>
        </w:rPr>
        <w:t>ג. 3¹⁄₃ : ²⁄₃ = 5</w:t>
      </w:r>
    </w:p>
    <w:p>
      <w:pPr>
        <w:bidi/>
        <w:spacing w:before="0" w:after="40"/>
        <w:jc w:val="both"/>
      </w:pPr>
      <w:r>
        <w:rPr>
          <w:rtl/>
        </w:rPr>
        <w:t>ד. 1³⁄₄ : 1¹⁄₆ = 1¹⁄₂</w:t>
      </w:r>
    </w:p>
    <w:p>
      <w:pPr>
        <w:bidi/>
        <w:spacing w:before="0" w:after="40"/>
        <w:jc w:val="both"/>
      </w:pPr>
      <w:r>
        <w:rPr>
          <w:rtl/>
        </w:rPr>
        <w:t>ה. 2²⁄₅ : 1¹⁄₅ = 2</w:t>
      </w:r>
    </w:p>
    <w:p>
      <w:pPr>
        <w:bidi/>
        <w:spacing w:before="0" w:after="40"/>
        <w:jc w:val="both"/>
      </w:pPr>
      <w:r>
        <w:rPr>
          <w:rtl/>
        </w:rPr>
        <w:t>ו. 4¹⁄₂ : ³⁄₈ = 12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חשבו את המנה ובדקו בכפל.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בדיקה בכפל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¹⁄₈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 × ¹⁄₈ = ³⁄₄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²⁄₃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 × ²⁄₃ = 2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⁵⁄₆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¹⁄₆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¹⁄₆ × 5 = ⁵⁄₆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1¹⁄₂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 × ³⁄₄ = 1¹⁄₂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¹⁄₂ : ¹⁄₈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2¹⁄₂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3 : ³⁄₅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²⁄₃ : 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³⁄₄ : ³⁄₈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⁵⁄₆ : ¹⁄₃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²⁄₃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⁴⁄₉ : ²⁄₃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¹⁄₃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1 : ¹⁄₅ = 5 – נכון</w:t>
      </w:r>
    </w:p>
    <w:p>
      <w:pPr>
        <w:bidi/>
        <w:spacing w:before="0" w:after="40"/>
        <w:jc w:val="both"/>
      </w:pPr>
      <w:r>
        <w:rPr>
          <w:rtl/>
        </w:rPr>
        <w:t>ב. ³⁄₄ : ‪3 = 4‬ – לא נכון – ³⁄₄ : 3 = ¹⁄₄</w:t>
      </w:r>
    </w:p>
    <w:p>
      <w:pPr>
        <w:bidi/>
        <w:spacing w:before="0" w:after="40"/>
        <w:jc w:val="both"/>
      </w:pPr>
      <w:r>
        <w:rPr>
          <w:rtl/>
        </w:rPr>
        <w:t>ג. השבר ההפוך של 7 הוא ¹⁄₇. – נכון</w:t>
      </w:r>
    </w:p>
    <w:p>
      <w:pPr>
        <w:bidi/>
        <w:spacing w:before="0" w:after="40"/>
        <w:jc w:val="both"/>
      </w:pPr>
      <w:r>
        <w:rPr>
          <w:rtl/>
        </w:rPr>
        <w:t>ד. ⁵⁄₈ : ⁵⁄₈ = 1 – נכון</w:t>
      </w:r>
    </w:p>
    <w:p>
      <w:pPr>
        <w:bidi/>
        <w:spacing w:before="0" w:after="40"/>
        <w:jc w:val="both"/>
      </w:pPr>
      <w:r>
        <w:rPr>
          <w:rtl/>
        </w:rPr>
        <w:t>ה. המנה 2 : ³⁄₄ קטנה מ-2. – לא נכון – מחלקים בשבר קטן מ-1, ולכן המנה גדולה מ-‪2: 2‬ : ³⁄₄ = 2²⁄₃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חבל באורך 5 מטרים נחתך לחתיכות של ¹⁄₄ מטר. כמה חתיכות התקבלו?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20</w:t>
      </w:r>
    </w:p>
    <w:p>
      <w:pPr>
        <w:bidi/>
        <w:spacing w:before="0" w:after="20"/>
        <w:jc w:val="both"/>
      </w:pPr>
      <w:r>
        <w:rPr>
          <w:rtl/>
        </w:rPr>
        <w:t>ב. ³⁄₅ : ³⁄₁₀ = 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4 : ¹⁄₄ = 16</w:t>
      </w:r>
    </w:p>
    <w:p>
      <w:pPr>
        <w:bidi/>
        <w:spacing w:before="0" w:after="40"/>
        <w:jc w:val="both"/>
      </w:pPr>
      <w:r>
        <w:rPr>
          <w:rtl/>
        </w:rPr>
        <w:t>ב. ³⁄₄ : ³⁄₈ = 2</w:t>
      </w:r>
    </w:p>
    <w:p>
      <w:pPr>
        <w:bidi/>
        <w:spacing w:before="0" w:after="40"/>
        <w:jc w:val="both"/>
      </w:pPr>
      <w:r>
        <w:rPr>
          <w:rtl/>
        </w:rPr>
        <w:t>ג. ⁵⁄₆ : 2 = ⁵⁄₁₂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40"/>
        <w:jc w:val="both"/>
      </w:pPr>
      <w:r>
        <w:rPr>
          <w:rtl/>
        </w:rPr>
        <w:t>א. בבקבוק 1¹⁄₂ ליטר מיץ. ממלאים כוסות של ¹⁄₄ ליטר. אפשר למלא 6 כוסות.</w:t>
      </w:r>
    </w:p>
    <w:p>
      <w:pPr>
        <w:bidi/>
        <w:spacing w:before="0" w:after="40"/>
        <w:jc w:val="both"/>
      </w:pPr>
      <w:r>
        <w:rPr>
          <w:rtl/>
        </w:rPr>
        <w:t>ב. נועה גזרה סרט באורך ³⁄₄ מטר ל-3 חתיכות שוות. אורך כל חתיכה ¹⁄₄ מטר.</w:t>
      </w:r>
    </w:p>
    <w:p>
      <w:pPr>
        <w:bidi/>
        <w:spacing w:before="0" w:after="40"/>
        <w:jc w:val="both"/>
      </w:pPr>
      <w:r>
        <w:rPr>
          <w:rtl/>
        </w:rPr>
        <w:t>ג. דניאל רוכב ²⁄₃ ק"מ בכל דקה. כדי לרכוב 6 ק"מ הוא צריך 9 דקות.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חשבו ובדקו בכפל: 3³⁄₄ : 1¹⁄₄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¹⁵⁄₄ : ⁵⁄₄ – המכנים שווים, ולכן ‪15 : 5 = 3‬. בדיקה: ‪3 × 1‬¹⁄₄ = 3³⁄₄.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אריאל חישב: ³⁄₄ : ¹⁄₂ = ³⁄₈. מצאו את הטעות ותקנו.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אריאל כפל במקום לחלק (³⁄₄ × ¹⁄₂ = ³⁄₈). נכון: ³⁄₄ : ¹⁄₂ = ³⁄₄ × 2 = ⁶⁄₄ = 1¹⁄₂. בדיקה: 1¹⁄₂ × ¹⁄₂ = ³⁄₄.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לכיתה הביאו 3 ליטרים של מיץ. כל כוס מכילה ¹⁄₈ ליטר, ובכיתה 20 תלמידים. כל תלמיד מקבל כוס אחת. כמה תלמידים יוכלו לקבל כוס שנייה?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3 : ¹⁄₈ = 24 כוסות. ‪24 − 20 = 4‬. תשובה: 4 תלמידים יקבלו כוס שנייה.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לכיתה הביאו 5 פיצות. כל ילד מקבל ¹⁄₃ פיצה. כמה ילדים יקבלו פיצה?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5 : ¹⁄₃ = ‪5 × 3‬ ; ‪5 × 3 = 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15 ילדים יקבלו פיצה.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נשארו ³⁄₄ מעוגה, ואמא של אורי חילקה אותם שווה בשווה בין 3 שכנים. איזה חלק מעוגה שלמה קיבל כל שכן?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³⁄₄ : 3 = ³⁄₄ × ¹⁄₃ ; ³⁄₄ × ¹⁄₃ = ³⁄₁₂ = ¹⁄₄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שכן קיבל ¹⁄₄ עוגה.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חבל באורך 7¹⁄₂ מטרים חותכים לחתיכות של 1¹⁄₄ מטרים. כמה חתיכות יתקבלו?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7¹⁄₂ = ¹⁵⁄₂, ו-1¹⁄₄ = ⁵⁄₄ ; ¹⁵⁄₂ : ⁵⁄₄ = ¹⁵⁄₂ × ⁴⁄₅ ; ¹⁵⁄₂ × ⁴⁄₅ = ⁶⁰⁄₁₀ = 6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יתקבלו 6 חתיכות.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בכד 2²⁄₃ ליטרים של לימונדה. מוזגים אותה לכוסות של ¹⁄₃ ליטר. כמה כוסות אפשר למלא?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2²⁄₃ = ⁸⁄₃ ; ⁸⁄₃ : ¹⁄₃ = ⁸⁄₃ × ‪3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אפשר למלא 8 כוסות.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לטיול יצאו 20 ילדים. כל ילד שותה ³⁄₈ ליטר מים בכל הפסקה, ובטיול 2 הפסקות. המים נמכרים בבקבוקים של 1¹⁄₂ ליטרים. כמה בקבוקים צריך לקנות?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20 × ³⁄₈ = ⁶⁰⁄₈ = 7¹⁄₂ – ליטרים בהפסקה אחת ; 7¹⁄₂ × ‪2 = 15‬ – ליטרים בכל הטיול ; ‪15 : 1‬¹⁄₂ = 15 × ²⁄₃ = 10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צריך לקנות 10 בקבוקים.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שטחו של לוח מלבני 7¹⁄₂ מ"ר, ואורכו 3³⁄₄ מטרים. מה רוחב הלוח? מה ההיקף שלו?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7¹⁄₂ : 3³⁄₄ = ¹⁵⁄₂ × ⁴⁄₁₅ = 2 – הרוחב ; 3³⁄₄ + ‪2 = 5‬³⁄₄ ; ‪2 × 5‬³⁄₄ = 11¹⁄₂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רוחב הלוח 2 מטרים, וההיקף 11¹⁄₂ מטרים.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E3A8A"/>
          <w:sz w:val="30"/>
          <w:szCs w:val="30"/>
          <w:rtl/>
        </w:rPr>
        <w:t>פרק 5: כפל וחילוק ב-10, 100 ו-1,000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‪3.8 × 10 = 38‬</w:t>
      </w:r>
    </w:p>
    <w:p>
      <w:pPr>
        <w:bidi/>
        <w:spacing w:before="0" w:after="40"/>
        <w:jc w:val="both"/>
      </w:pPr>
      <w:r>
        <w:rPr>
          <w:rtl/>
        </w:rPr>
        <w:t>ב. ‪0.75 × 10 = 7.5‬</w:t>
      </w:r>
    </w:p>
    <w:p>
      <w:pPr>
        <w:bidi/>
        <w:spacing w:before="0" w:after="40"/>
        <w:jc w:val="both"/>
      </w:pPr>
      <w:r>
        <w:rPr>
          <w:rtl/>
        </w:rPr>
        <w:t>ג. ‪2.09 × 100 = 209‬</w:t>
      </w:r>
    </w:p>
    <w:p>
      <w:pPr>
        <w:bidi/>
        <w:spacing w:before="0" w:after="40"/>
        <w:jc w:val="both"/>
      </w:pPr>
      <w:r>
        <w:rPr>
          <w:rtl/>
        </w:rPr>
        <w:t>ד. ‪0.6 × 100 = 60‬</w:t>
      </w:r>
    </w:p>
    <w:p>
      <w:pPr>
        <w:bidi/>
        <w:spacing w:before="0" w:after="40"/>
        <w:jc w:val="both"/>
      </w:pPr>
      <w:r>
        <w:rPr>
          <w:rtl/>
        </w:rPr>
        <w:t>ה. ‪0.304 × 1,000 = 304‬</w:t>
      </w:r>
    </w:p>
    <w:p>
      <w:pPr>
        <w:bidi/>
        <w:spacing w:before="0" w:after="40"/>
        <w:jc w:val="both"/>
      </w:pPr>
      <w:r>
        <w:rPr>
          <w:rtl/>
        </w:rPr>
        <w:t>ו. ‪12.5 × 1,000 = 12,500‬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40"/>
        <w:jc w:val="both"/>
      </w:pPr>
      <w:r>
        <w:rPr>
          <w:rtl/>
        </w:rPr>
        <w:t>א. ‪93.2 : 10 = 9.32‬</w:t>
      </w:r>
    </w:p>
    <w:p>
      <w:pPr>
        <w:bidi/>
        <w:spacing w:before="0" w:after="40"/>
        <w:jc w:val="both"/>
      </w:pPr>
      <w:r>
        <w:rPr>
          <w:rtl/>
        </w:rPr>
        <w:t>ב. ‪0.8 : 10 = 0.08‬</w:t>
      </w:r>
    </w:p>
    <w:p>
      <w:pPr>
        <w:bidi/>
        <w:spacing w:before="0" w:after="40"/>
        <w:jc w:val="both"/>
      </w:pPr>
      <w:r>
        <w:rPr>
          <w:rtl/>
        </w:rPr>
        <w:t>ג. ‪47 : 100 = 0.47‬</w:t>
      </w:r>
    </w:p>
    <w:p>
      <w:pPr>
        <w:bidi/>
        <w:spacing w:before="0" w:after="40"/>
        <w:jc w:val="both"/>
      </w:pPr>
      <w:r>
        <w:rPr>
          <w:rtl/>
        </w:rPr>
        <w:t>ד. ‪3.6 : 100 = 0.036‬</w:t>
      </w:r>
    </w:p>
    <w:p>
      <w:pPr>
        <w:bidi/>
        <w:spacing w:before="0" w:after="40"/>
        <w:jc w:val="both"/>
      </w:pPr>
      <w:r>
        <w:rPr>
          <w:rtl/>
        </w:rPr>
        <w:t>ה. ‪850 : 1,000 = 0.85‬</w:t>
      </w:r>
    </w:p>
    <w:p>
      <w:pPr>
        <w:bidi/>
        <w:spacing w:before="0" w:after="40"/>
        <w:jc w:val="both"/>
      </w:pPr>
      <w:r>
        <w:rPr>
          <w:rtl/>
        </w:rPr>
        <w:t>ו. ‪4 : 1,000 = 0.004‬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טבלת הכפל.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4.8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480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3.065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30.65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306.5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3,065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0.09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טבלת החילוק.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100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7.2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0.72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4.6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0.46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0.046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1.5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0.015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‪0.29 × 1,000 = 290‬</w:t>
      </w:r>
    </w:p>
    <w:p>
      <w:pPr>
        <w:bidi/>
        <w:spacing w:before="0" w:after="40"/>
        <w:jc w:val="both"/>
      </w:pPr>
      <w:r>
        <w:rPr>
          <w:rtl/>
        </w:rPr>
        <w:t>ב. ‪0.034 × 100 = 3.4‬</w:t>
      </w:r>
    </w:p>
    <w:p>
      <w:pPr>
        <w:bidi/>
        <w:spacing w:before="0" w:after="40"/>
        <w:jc w:val="both"/>
      </w:pPr>
      <w:r>
        <w:rPr>
          <w:rtl/>
        </w:rPr>
        <w:t>ג. ‪81.5 : 10 = 8.15‬</w:t>
      </w:r>
    </w:p>
    <w:p>
      <w:pPr>
        <w:bidi/>
        <w:spacing w:before="0" w:after="40"/>
        <w:jc w:val="both"/>
      </w:pPr>
      <w:r>
        <w:rPr>
          <w:rtl/>
        </w:rPr>
        <w:t>ד. ‪7 : 1,000 = 0.007‬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‪0.5 × 100 = 50‬ – נכון</w:t>
      </w:r>
    </w:p>
    <w:p>
      <w:pPr>
        <w:bidi/>
        <w:spacing w:before="0" w:after="40"/>
        <w:jc w:val="both"/>
      </w:pPr>
      <w:r>
        <w:rPr>
          <w:rtl/>
        </w:rPr>
        <w:t>ב. ‪3.6 : 100 = 0.36‬ – לא נכון – ‪3.6 : 100 = 0.036‬</w:t>
      </w:r>
    </w:p>
    <w:p>
      <w:pPr>
        <w:bidi/>
        <w:spacing w:before="0" w:after="40"/>
        <w:jc w:val="both"/>
      </w:pPr>
      <w:r>
        <w:rPr>
          <w:rtl/>
        </w:rPr>
        <w:t>ג. כשמחלקים מספר ב-1,000, המנה קטנה מהמחולק. – נכון</w:t>
      </w:r>
    </w:p>
    <w:p>
      <w:pPr>
        <w:bidi/>
        <w:spacing w:before="0" w:after="40"/>
        <w:jc w:val="both"/>
      </w:pPr>
      <w:r>
        <w:rPr>
          <w:rtl/>
        </w:rPr>
        <w:t>ד. ‪0.08 × 1,000 = 8‬ – לא נכון – ‪0.08 × 1,000 = 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באיזה מספר צריך לכפול את 0.4 כדי לקבל 40?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100</w:t>
      </w:r>
    </w:p>
    <w:p>
      <w:pPr>
        <w:bidi/>
        <w:spacing w:before="0" w:after="20"/>
        <w:jc w:val="both"/>
      </w:pPr>
      <w:r>
        <w:rPr>
          <w:rtl/>
        </w:rPr>
        <w:t>ב. ‪7.5 : 100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0.075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‪4.08 ×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408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‪4.08 × 100‬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4,080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‪4.08 × 1,000‬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40.8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‪4.08 :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0.48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‪48 : 100‬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0.408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‪0.48 × 1,000‬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480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המירו יחידות מידה.</w:t>
      </w:r>
    </w:p>
    <w:p>
      <w:pPr>
        <w:bidi/>
        <w:spacing w:before="0" w:after="40"/>
        <w:jc w:val="both"/>
      </w:pPr>
      <w:r>
        <w:rPr>
          <w:rtl/>
        </w:rPr>
        <w:t>א. 1.75 מטרים = 175 ס"מ</w:t>
      </w:r>
    </w:p>
    <w:p>
      <w:pPr>
        <w:bidi/>
        <w:spacing w:before="0" w:after="40"/>
        <w:jc w:val="both"/>
      </w:pPr>
      <w:r>
        <w:rPr>
          <w:rtl/>
        </w:rPr>
        <w:t>ב. 0.6 ק"ג = 600 גרם</w:t>
      </w:r>
    </w:p>
    <w:p>
      <w:pPr>
        <w:bidi/>
        <w:spacing w:before="0" w:after="40"/>
        <w:jc w:val="both"/>
      </w:pPr>
      <w:r>
        <w:rPr>
          <w:rtl/>
        </w:rPr>
        <w:t>ג. 2,500 מ"ל = 2.5 ליטרים</w:t>
      </w:r>
    </w:p>
    <w:p>
      <w:pPr>
        <w:bidi/>
        <w:spacing w:before="0" w:after="40"/>
        <w:jc w:val="both"/>
      </w:pPr>
      <w:r>
        <w:rPr>
          <w:rtl/>
        </w:rPr>
        <w:t>ד. 7 ס"מ = 0.07 מטר</w:t>
      </w:r>
    </w:p>
    <w:p>
      <w:pPr>
        <w:bidi/>
        <w:spacing w:before="0" w:after="40"/>
        <w:jc w:val="both"/>
      </w:pPr>
      <w:r>
        <w:rPr>
          <w:rtl/>
        </w:rPr>
        <w:t>ה. 3.08 ק"מ = 3,080 מטרים</w:t>
      </w:r>
    </w:p>
    <w:p>
      <w:pPr>
        <w:bidi/>
        <w:spacing w:before="0" w:after="40"/>
        <w:jc w:val="both"/>
      </w:pPr>
      <w:r>
        <w:rPr>
          <w:rtl/>
        </w:rPr>
        <w:t>ו. 350 גרם = 0.35 ק"ג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בראש ומיינו לפי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בין 1 ל-10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‪0.07 × 10‬, ‪3.2 : 10‬, ‪56 : 1,000‬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‪0.7 × 10‬, ‪950 : 100‬, ‪0.04 × 100‬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‪0.15 × 100‬, ‪1.2 × 1,000‬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40"/>
        <w:jc w:val="both"/>
      </w:pPr>
      <w:r>
        <w:rPr>
          <w:rtl/>
        </w:rPr>
        <w:t>א. חבילה של 10 מחברות עולה 64.50 ₪. מחברת אחת עולה 6.45 ₪.</w:t>
      </w:r>
    </w:p>
    <w:p>
      <w:pPr>
        <w:bidi/>
        <w:spacing w:before="0" w:after="40"/>
        <w:jc w:val="both"/>
      </w:pPr>
      <w:r>
        <w:rPr>
          <w:rtl/>
        </w:rPr>
        <w:t>ב. עט עולה 3.90 ₪. 100 עטים עולים 390 ₪.</w:t>
      </w:r>
    </w:p>
    <w:p>
      <w:pPr>
        <w:bidi/>
        <w:spacing w:before="0" w:after="40"/>
        <w:jc w:val="both"/>
      </w:pPr>
      <w:r>
        <w:rPr>
          <w:rtl/>
        </w:rPr>
        <w:t>ג. 1,000 גרגרי אורז שוקלים 25 גרם. גרגר אחד שוקל 0.025 גרם.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חשבו והסבירו: ‪0.087 × 1,000‬ ו-‪87 : 1,000‬.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‪0.087 × 1,000 = 87‬ – הנקודה זזה 3 מקומות ימינה. ‪87 : 1,000 = 0.087‬ – הנקודה זזה 3 מקומות שמאלה, ומוסיפים 0 לפני ה-8.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איתי חישב: ‪0.5 : 10 = 0.50‬. מצאו את הטעות ותקנו.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איתי הוסיף 0 בסוף המספר, וזה לא משנה את ערכו ‪(0.50 = 0.5)‬. נכון: ‪0.5 : 10 = 0.05‬ – הנקודה זזה מקום אחד שמאלה.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מספר כפלו ב-100, את התוצאה חילקו ב-1,000, וקיבלו 3.6. מה היה המספר?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כפל ב-100 וחילוק ב-1,000 הם כמו חילוק ב-10. המספר חלקי 10 הוא 3.6, ולכן המספר הוא ‪3.6 × 10 = 36‬. בדיקה: ‪36 × 100 = 3,600‬, ו-‪3,600 : 1,000 = 3.6‬.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בול עולה 2.35 ₪. כמה עולים 100 בולים?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‪2.35 × 100 = 235‬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100 בולים עולים 235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10 ק"ג תפוחים עלו 79 ₪. כמה עלה קילוגרם אחד?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‪79 : 10 = 7.9‬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קילוגרם אחד עלה 7.9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חבילה של 1,000 דפים גובהה 95 מ"מ. מה העובי של דף אחד?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‪95 : 1,000 = 0.095‬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עובי דף אחד 0.095 מ"מ.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עידו רץ 1.25 ק"מ בכל אימון. כמה קילומטרים ירוץ ב-10 אימונים? כמה מטרים זה?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× 1.25 = 12.5‬ ק"מ ; ‪12.5 × 1,000 = 12,500‬ מטרים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עידו ירוץ 12.5 ק"מ, שהם 12,500 מטרים.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חנות ספרים קנתה 100 מחברות, כל אחת ב-3.9 ₪, ומכרה את כולן ב-5.5 ₪ למחברת. כמה הרוויחה החנות?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‪100 × 3.9 = 390‬ – קנייה ; ‪100 × 5.5 = 550‬ – מכירה ; ‪550 − 390 = 160‬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החנות הרוויחה 160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אליה אסף 1,000 פקקים למחזור. כל פקק שוקל 2.4 גרם. כמה קילוגרמים שוקלים כל הפקקים? מרכז המחזור משלם 10 ₪ לכל קילוגרם – כמה כסף יקבל?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‪1,000 × 2.4 = 2,400‬ גרם ; ‪2,400 : 1,000 = 2.4‬ ק"ג ; ‪2.4 × 10 = 24‬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הפקקים שוקלים 2.4 ק"ג, ואליה יקבל 24 ₪.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E3A8A"/>
          <w:sz w:val="30"/>
          <w:szCs w:val="30"/>
          <w:rtl/>
        </w:rPr>
        <w:t>פרק 6: כפל שברים עשרוניים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‪6 × 0.3 = 1.8‬</w:t>
      </w:r>
    </w:p>
    <w:p>
      <w:pPr>
        <w:bidi/>
        <w:spacing w:before="0" w:after="40"/>
        <w:jc w:val="both"/>
      </w:pPr>
      <w:r>
        <w:rPr>
          <w:rtl/>
        </w:rPr>
        <w:t>ב. ‪9 × 0.7 = 6.3‬</w:t>
      </w:r>
    </w:p>
    <w:p>
      <w:pPr>
        <w:bidi/>
        <w:spacing w:before="0" w:after="40"/>
        <w:jc w:val="both"/>
      </w:pPr>
      <w:r>
        <w:rPr>
          <w:rtl/>
        </w:rPr>
        <w:t>ג. ‪4 × 2.5 = 10‬</w:t>
      </w:r>
    </w:p>
    <w:p>
      <w:pPr>
        <w:bidi/>
        <w:spacing w:before="0" w:after="40"/>
        <w:jc w:val="both"/>
      </w:pPr>
      <w:r>
        <w:rPr>
          <w:rtl/>
        </w:rPr>
        <w:t>ד. ‪7 × 0.05 = 0.35‬</w:t>
      </w:r>
    </w:p>
    <w:p>
      <w:pPr>
        <w:bidi/>
        <w:spacing w:before="0" w:after="40"/>
        <w:jc w:val="both"/>
      </w:pPr>
      <w:r>
        <w:rPr>
          <w:rtl/>
        </w:rPr>
        <w:t>ה. ‪3 × 4.12 = 12.36‬</w:t>
      </w:r>
    </w:p>
    <w:p>
      <w:pPr>
        <w:bidi/>
        <w:spacing w:before="0" w:after="40"/>
        <w:jc w:val="both"/>
      </w:pPr>
      <w:r>
        <w:rPr>
          <w:rtl/>
        </w:rPr>
        <w:t>ו. ‪15 × 0.6 =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40"/>
        <w:jc w:val="both"/>
      </w:pPr>
      <w:r>
        <w:rPr>
          <w:rtl/>
        </w:rPr>
        <w:t>א. ‪0.7 × 0.2 = 0.14‬</w:t>
      </w:r>
    </w:p>
    <w:p>
      <w:pPr>
        <w:bidi/>
        <w:spacing w:before="0" w:after="40"/>
        <w:jc w:val="both"/>
      </w:pPr>
      <w:r>
        <w:rPr>
          <w:rtl/>
        </w:rPr>
        <w:t>ב. ‪0.4 × 0.9 = 0.36‬</w:t>
      </w:r>
    </w:p>
    <w:p>
      <w:pPr>
        <w:bidi/>
        <w:spacing w:before="0" w:after="40"/>
        <w:jc w:val="both"/>
      </w:pPr>
      <w:r>
        <w:rPr>
          <w:rtl/>
        </w:rPr>
        <w:t>ג. ‪0.5 × 0.06 = 0.03‬</w:t>
      </w:r>
    </w:p>
    <w:p>
      <w:pPr>
        <w:bidi/>
        <w:spacing w:before="0" w:after="40"/>
        <w:jc w:val="both"/>
      </w:pPr>
      <w:r>
        <w:rPr>
          <w:rtl/>
        </w:rPr>
        <w:t>ד. ‪1.4 × 0.5 = 0.7‬</w:t>
      </w:r>
    </w:p>
    <w:p>
      <w:pPr>
        <w:bidi/>
        <w:spacing w:before="0" w:after="40"/>
        <w:jc w:val="both"/>
      </w:pPr>
      <w:r>
        <w:rPr>
          <w:rtl/>
        </w:rPr>
        <w:t>ה. ‪3.5 × 0.3 = 1.05‬</w:t>
      </w:r>
    </w:p>
    <w:p>
      <w:pPr>
        <w:bidi/>
        <w:spacing w:before="0" w:after="40"/>
        <w:jc w:val="both"/>
      </w:pPr>
      <w:r>
        <w:rPr>
          <w:rtl/>
        </w:rPr>
        <w:t>ו. ‪0.25 × 0.4 = 0.1‬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 בלי נקודה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ספרות אחרי הנקודה</w:t>
            </w:r>
          </w:p>
        </w:tc>
        <w:tc>
          <w:tcPr>
            <w:tcW w:type="dxa" w:w="2494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‪1.6 × 0.3‬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0.48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‪0.45 × 0.2‬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0.09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‪2.5 × 1.4‬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350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3.5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נתון: ‪35 × 16 = 560‬. השתמשו בו וחשבו.</w:t>
      </w:r>
    </w:p>
    <w:p>
      <w:pPr>
        <w:bidi/>
        <w:spacing w:before="0" w:after="40"/>
        <w:jc w:val="both"/>
      </w:pPr>
      <w:r>
        <w:rPr>
          <w:rtl/>
        </w:rPr>
        <w:t>א. ‪3.5 × 1.6 = 5.6‬</w:t>
      </w:r>
    </w:p>
    <w:p>
      <w:pPr>
        <w:bidi/>
        <w:spacing w:before="0" w:after="40"/>
        <w:jc w:val="both"/>
      </w:pPr>
      <w:r>
        <w:rPr>
          <w:rtl/>
        </w:rPr>
        <w:t>ב. ‪0.35 × 16 = 5.6‬</w:t>
      </w:r>
    </w:p>
    <w:p>
      <w:pPr>
        <w:bidi/>
        <w:spacing w:before="0" w:after="40"/>
        <w:jc w:val="both"/>
      </w:pPr>
      <w:r>
        <w:rPr>
          <w:rtl/>
        </w:rPr>
        <w:t>ג. ‪3.5 × 0.16 = 0.56‬</w:t>
      </w:r>
    </w:p>
    <w:p>
      <w:pPr>
        <w:bidi/>
        <w:spacing w:before="0" w:after="40"/>
        <w:jc w:val="both"/>
      </w:pPr>
      <w:r>
        <w:rPr>
          <w:rtl/>
        </w:rPr>
        <w:t>ד. ‪35 × 0.016 = 0.56‬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המכפלה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‪0.4 × 0.5‬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2.25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‪1.2 × 0.5‬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0.49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‪0.3 × 0.03‬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0.2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‪2.5 × 1.2‬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0.6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‪0.7 × 0.7‬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0.009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‪1.5 × 1.5‬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‪0.2 × 0.4 = 0.8‬ – לא נכון – ‪0.2 × 0.4 = 0.08‬</w:t>
      </w:r>
    </w:p>
    <w:p>
      <w:pPr>
        <w:bidi/>
        <w:spacing w:before="0" w:after="40"/>
        <w:jc w:val="both"/>
      </w:pPr>
      <w:r>
        <w:rPr>
          <w:rtl/>
        </w:rPr>
        <w:t>ב. ‪2.5 × 4 = 10‬ – נכון</w:t>
      </w:r>
    </w:p>
    <w:p>
      <w:pPr>
        <w:bidi/>
        <w:spacing w:before="0" w:after="40"/>
        <w:jc w:val="both"/>
      </w:pPr>
      <w:r>
        <w:rPr>
          <w:rtl/>
        </w:rPr>
        <w:t>ג. ‪1.2 × 0.1 = 0.12‬ – נכון</w:t>
      </w:r>
    </w:p>
    <w:p>
      <w:pPr>
        <w:bidi/>
        <w:spacing w:before="0" w:after="40"/>
        <w:jc w:val="both"/>
      </w:pPr>
      <w:r>
        <w:rPr>
          <w:rtl/>
        </w:rPr>
        <w:t>ד. המכפלה ‪7.8 × 0.9‬ גדולה מ-7.8. – לא נכון – כופלים במספר קטן מ-1, ולכן המכפלה קטנה מ-‪7.8: 7.8 × 0.9 = 7.02‬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‪4.5 × 3.2‬ – איפה הנקודה? המכפלה היא: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14.4</w:t>
      </w:r>
    </w:p>
    <w:p>
      <w:pPr>
        <w:bidi/>
        <w:spacing w:before="0" w:after="20"/>
        <w:jc w:val="both"/>
      </w:pPr>
      <w:r>
        <w:rPr>
          <w:rtl/>
        </w:rPr>
        <w:t>ב. ליטר מיץ עולה 7.20 ₪. כמה עולה חצי ליטר (0.5 ליטר)?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3.60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המכפלה קטנה מ-2.5 או גדולה מ-2.5? מיינו.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מ-2.5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מ-2.5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‪2.5 × 0.8‬, ‪2.5 × 0.04‬, ‪2.5 × 0.5‬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‪2.5 × 1.6‬, ‪2.5 × 3‬, ‪2.5 × 1.1‬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‪0.6 × 0.3 = 0.18‬</w:t>
      </w:r>
    </w:p>
    <w:p>
      <w:pPr>
        <w:bidi/>
        <w:spacing w:before="0" w:after="40"/>
        <w:jc w:val="both"/>
      </w:pPr>
      <w:r>
        <w:rPr>
          <w:rtl/>
        </w:rPr>
        <w:t>ב. ‪8 × 0.2 = 1.6‬</w:t>
      </w:r>
    </w:p>
    <w:p>
      <w:pPr>
        <w:bidi/>
        <w:spacing w:before="0" w:after="40"/>
        <w:jc w:val="both"/>
      </w:pPr>
      <w:r>
        <w:rPr>
          <w:rtl/>
        </w:rPr>
        <w:t>ג. ‪2.5 × 0.2 = 0.5‬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במאונך ובדקו באומדן: ‪5.08 × 3.6‬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‪508 × 36 = 18,288‬. בגורמים 3 ספרות אחרי הנקודה ‪(2 + 1)‬, ולכן ‪5.08 × 3.6 = 18.288‬. אומדן: ‪5 × 4 = 20‬, והתוצאה קרובה.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40"/>
        <w:jc w:val="both"/>
      </w:pPr>
      <w:r>
        <w:rPr>
          <w:rtl/>
        </w:rPr>
        <w:t>א. מטר בד עולה 24.50 ₪. 3.2 מטרים עולים 78.4 ₪.</w:t>
      </w:r>
    </w:p>
    <w:p>
      <w:pPr>
        <w:bidi/>
        <w:spacing w:before="0" w:after="40"/>
        <w:jc w:val="both"/>
      </w:pPr>
      <w:r>
        <w:rPr>
          <w:rtl/>
        </w:rPr>
        <w:t>ב. אריאל רץ 2.4 ק"מ בכל יום. ב-5 ימים הוא רץ 12 ק"מ.</w:t>
      </w:r>
    </w:p>
    <w:p>
      <w:pPr>
        <w:bidi/>
        <w:spacing w:before="0" w:after="40"/>
        <w:jc w:val="both"/>
      </w:pPr>
      <w:r>
        <w:rPr>
          <w:rtl/>
        </w:rPr>
        <w:t>ג. ק"ג אגוזים עולה 64 ₪. 0.25 ק"ג עולים 16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עומר חישב: ‪0.6 × 0.3 = 1.8‬. מצאו את הטעות ותקנו. הסבירו גם בעזרת אומדן למה 1.8 לא ייתכן.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‪6 × 3 = 18‬, ובגורמים יש 2 ספרות אחרי הנקודה, ולכן ‪0.6 × 0.3 = 0.18‬. אומדן: מכפלה של שני מספרים קטנים מ-1 קטנה מ-1, ולכן 1.8 לא ייתכן.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ציירו ריבוע של 10 על 10 משבצות (מודל השטח) והסבירו למה ‪0.4 × 0.7 = 0.28‬.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צובעים 4 עמודות מתוך 10 (0.4), ובתוכן מסמנים 7 שורות מתוך 10 (0.7). 28 משבצות מתוך 100 מסומנות פעמיים, כלומר 0.28.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אורך מלבן 3.6 מטרים, ורוחבו 0.75 מהאורך. מה שטח המלבן?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הרוחב: ‪3.6 × 0.75 = 2.7‬ מטרים. השטח: ‪3.6 × 2.7 = 9.72‬ מ"ר.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בכל בקבוק 1.5 ליטרים מים. כמה ליטרים יש ב-4 בקבוקים?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1.5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ב-4 בקבוקים 6 ליטרים.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לחמנייה עולה 2.3 ₪. כמה עולות 5 לחמניות?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× 2.3 = 11.5‬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5 לחמניות עולות 11.5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קילוגרם דג עולה 42.5 ₪. דוד קנה 0.6 ק"ג. כמה שילם?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‪425 × 6 = 2,550‬ ; ‪42.5 × 0.6 = 25.5‬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דוד שילם 25.5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אורך ערוגה 2.5 מטרים ורוחבה 1.8 מטרים. מה שטח הערוגה?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‪25 × 18 = 450‬ ; ‪2.5 × 1.8 = 4.5‬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שטח הערוגה 4.5 מ"ר.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אורי קנה 3 מחברות, כל אחת ב-4.9 ₪, ו-2 עטים, כל אחד ב-6.25 ₪. כמה שילם בסך הכול?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4.9 = 14.7‬ ; ‪2 × 6.25 = 12.5‬ ; ‪14.7 + 12.5 = 27.2‬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אורי שילם 27.2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בטיול לנחל הלכה הכיתה במהירות של 3.6 ק"מ בשעה: 2.5 שעות בבוקר ו-1.5 שעות אחר הצהריים. כמה קילומטרים הלכו בסך הכול?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‪2.5 + 1.5 = 4‬ שעות ; ‪3.6 × 4 = 14.4‬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הכיתה הלכה 14.4 ק"מ.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E3A8A"/>
          <w:sz w:val="30"/>
          <w:szCs w:val="30"/>
          <w:rtl/>
        </w:rPr>
        <w:t>פרק 7: חילוק שברים עשרוניים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‪8.4 : 2 = 4.2‬</w:t>
      </w:r>
    </w:p>
    <w:p>
      <w:pPr>
        <w:bidi/>
        <w:spacing w:before="0" w:after="40"/>
        <w:jc w:val="both"/>
      </w:pPr>
      <w:r>
        <w:rPr>
          <w:rtl/>
        </w:rPr>
        <w:t>ב. ‪4.8 : 4 = 1.2‬</w:t>
      </w:r>
    </w:p>
    <w:p>
      <w:pPr>
        <w:bidi/>
        <w:spacing w:before="0" w:after="40"/>
        <w:jc w:val="both"/>
      </w:pPr>
      <w:r>
        <w:rPr>
          <w:rtl/>
        </w:rPr>
        <w:t>ג. ‪0.96 : 3 = 0.32‬</w:t>
      </w:r>
    </w:p>
    <w:p>
      <w:pPr>
        <w:bidi/>
        <w:spacing w:before="0" w:after="40"/>
        <w:jc w:val="both"/>
      </w:pPr>
      <w:r>
        <w:rPr>
          <w:rtl/>
        </w:rPr>
        <w:t>ד. ‪3.5 : 7 = 0.5‬</w:t>
      </w:r>
    </w:p>
    <w:p>
      <w:pPr>
        <w:bidi/>
        <w:spacing w:before="0" w:after="40"/>
        <w:jc w:val="both"/>
      </w:pPr>
      <w:r>
        <w:rPr>
          <w:rtl/>
        </w:rPr>
        <w:t>ה. ‪1.44 : 6 = 0.24‬</w:t>
      </w:r>
    </w:p>
    <w:p>
      <w:pPr>
        <w:bidi/>
        <w:spacing w:before="0" w:after="40"/>
        <w:jc w:val="both"/>
      </w:pPr>
      <w:r>
        <w:rPr>
          <w:rtl/>
        </w:rPr>
        <w:t>ו. ‪0.81 : 9 = 0.09‬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 כשנשארת שארית – הוסיפו 0 והמשיכו לחלק.</w:t>
      </w:r>
    </w:p>
    <w:p>
      <w:pPr>
        <w:bidi/>
        <w:spacing w:before="0" w:after="40"/>
        <w:jc w:val="both"/>
      </w:pPr>
      <w:r>
        <w:rPr>
          <w:rtl/>
        </w:rPr>
        <w:t>א. ‪1 : 4 = 0.25‬</w:t>
      </w:r>
    </w:p>
    <w:p>
      <w:pPr>
        <w:bidi/>
        <w:spacing w:before="0" w:after="40"/>
        <w:jc w:val="both"/>
      </w:pPr>
      <w:r>
        <w:rPr>
          <w:rtl/>
        </w:rPr>
        <w:t>ב. ‪3 : 8 = 0.375‬</w:t>
      </w:r>
    </w:p>
    <w:p>
      <w:pPr>
        <w:bidi/>
        <w:spacing w:before="0" w:after="40"/>
        <w:jc w:val="both"/>
      </w:pPr>
      <w:r>
        <w:rPr>
          <w:rtl/>
        </w:rPr>
        <w:t>ג. ‪6.6 : 4 = 1.65‬</w:t>
      </w:r>
    </w:p>
    <w:p>
      <w:pPr>
        <w:bidi/>
        <w:spacing w:before="0" w:after="40"/>
        <w:jc w:val="both"/>
      </w:pPr>
      <w:r>
        <w:rPr>
          <w:rtl/>
        </w:rPr>
        <w:t>ד. ‪7 : 20 = 0.35‬</w:t>
      </w:r>
    </w:p>
    <w:p>
      <w:pPr>
        <w:bidi/>
        <w:spacing w:before="0" w:after="40"/>
        <w:jc w:val="both"/>
      </w:pPr>
      <w:r>
        <w:rPr>
          <w:rtl/>
        </w:rPr>
        <w:t>ה. ‪2.7 : 5 = 0.54‬</w:t>
      </w:r>
    </w:p>
    <w:p>
      <w:pPr>
        <w:bidi/>
        <w:spacing w:before="0" w:after="40"/>
        <w:jc w:val="both"/>
      </w:pPr>
      <w:r>
        <w:rPr>
          <w:rtl/>
        </w:rPr>
        <w:t>ו. ‪8.1 : 6 = 1.35‬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בשבר עשרוני.</w:t>
      </w:r>
    </w:p>
    <w:p>
      <w:pPr>
        <w:bidi/>
        <w:spacing w:before="0" w:after="40"/>
        <w:jc w:val="both"/>
      </w:pPr>
      <w:r>
        <w:rPr>
          <w:rtl/>
        </w:rPr>
        <w:t>א. ‪4.8 : 0.8 = 6‬</w:t>
      </w:r>
    </w:p>
    <w:p>
      <w:pPr>
        <w:bidi/>
        <w:spacing w:before="0" w:after="40"/>
        <w:jc w:val="both"/>
      </w:pPr>
      <w:r>
        <w:rPr>
          <w:rtl/>
        </w:rPr>
        <w:t>ב. ‪3.5 : 0.07 = 50‬</w:t>
      </w:r>
    </w:p>
    <w:p>
      <w:pPr>
        <w:bidi/>
        <w:spacing w:before="0" w:after="40"/>
        <w:jc w:val="both"/>
      </w:pPr>
      <w:r>
        <w:rPr>
          <w:rtl/>
        </w:rPr>
        <w:t>ג. ‪0.63 : 0.09 = 7‬</w:t>
      </w:r>
    </w:p>
    <w:p>
      <w:pPr>
        <w:bidi/>
        <w:spacing w:before="0" w:after="40"/>
        <w:jc w:val="both"/>
      </w:pPr>
      <w:r>
        <w:rPr>
          <w:rtl/>
        </w:rPr>
        <w:t>ד. ‪1.6 : 0.4 = 4‬</w:t>
      </w:r>
    </w:p>
    <w:p>
      <w:pPr>
        <w:bidi/>
        <w:spacing w:before="0" w:after="40"/>
        <w:jc w:val="both"/>
      </w:pPr>
      <w:r>
        <w:rPr>
          <w:rtl/>
        </w:rPr>
        <w:t>ה. ‪6 : 0.2 = 30‬</w:t>
      </w:r>
    </w:p>
    <w:p>
      <w:pPr>
        <w:bidi/>
        <w:spacing w:before="0" w:after="40"/>
        <w:jc w:val="both"/>
      </w:pPr>
      <w:r>
        <w:rPr>
          <w:rtl/>
        </w:rPr>
        <w:t>ו. ‪0.56 : 0.8 = 0.7‬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כתבו תרגיל שקול עם מחלק שלם, וחשבו.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שקול</w:t>
            </w:r>
          </w:p>
        </w:tc>
        <w:tc>
          <w:tcPr>
            <w:tcW w:type="dxa" w:w="3326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‪5.6 : 0.8‬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‪56 :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‪0.45 : 0.15‬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‪45 : 15‬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‪8.4 : 0.12‬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‪840 : 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: 0.06‬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‪300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התאימו לכל תרגיל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‪2.4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0.4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‪2.4 : 0.3‬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40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‪24 : 0.3‬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‪0.24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0.08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‪2.4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0.8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‪2.4 : 0.06‬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80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‪4.5 : 0.5 = 9‬ – נכון</w:t>
      </w:r>
    </w:p>
    <w:p>
      <w:pPr>
        <w:bidi/>
        <w:spacing w:before="0" w:after="40"/>
        <w:jc w:val="both"/>
      </w:pPr>
      <w:r>
        <w:rPr>
          <w:rtl/>
        </w:rPr>
        <w:t>ב. ‪0.6 : 0.2 = 0.3‬ – לא נכון – ‪0.6 : 0.2 = 6 : 2 = 3‬</w:t>
      </w:r>
    </w:p>
    <w:p>
      <w:pPr>
        <w:bidi/>
        <w:spacing w:before="0" w:after="40"/>
        <w:jc w:val="both"/>
      </w:pPr>
      <w:r>
        <w:rPr>
          <w:rtl/>
        </w:rPr>
        <w:t>ג. ‪7 : 0.01 = 700‬ – נכון</w:t>
      </w:r>
    </w:p>
    <w:p>
      <w:pPr>
        <w:bidi/>
        <w:spacing w:before="0" w:after="40"/>
        <w:jc w:val="both"/>
      </w:pPr>
      <w:r>
        <w:rPr>
          <w:rtl/>
        </w:rPr>
        <w:t>ד. המנה של ‪3.6 : 1.2‬ שווה למנה של ‪36 : 12‬. – נכון</w:t>
      </w:r>
    </w:p>
    <w:p>
      <w:pPr>
        <w:bidi/>
        <w:spacing w:before="0" w:after="40"/>
        <w:jc w:val="both"/>
      </w:pPr>
      <w:r>
        <w:rPr>
          <w:rtl/>
        </w:rPr>
        <w:t>ה. ‪1 : 0.2 = 0.5‬ – לא נכון – ‪1 : 0.2 = 10 : 2 =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בקבוק של 2 ליטרים מוזגים לכוסות של 0.25 ליטר. כמה כוסות מתמלאות?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8</w:t>
      </w:r>
    </w:p>
    <w:p>
      <w:pPr>
        <w:bidi/>
        <w:spacing w:before="0" w:after="20"/>
        <w:jc w:val="both"/>
      </w:pPr>
      <w:r>
        <w:rPr>
          <w:rtl/>
        </w:rPr>
        <w:t>ב. איזה אומדן מתאים ל-‪35.8 : 6.1‬?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המנה קטנה מ-12 או גדולה מ-12? מיינו.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מ-12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‪12 : 1.5‬, ‪12 : 2.4‬, ‪12 : 4.8‬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‪12 : 0.6‬, ‪12 : 0.04‬, ‪12 : 0.75‬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‪6 : 0.4 = 15‬</w:t>
      </w:r>
    </w:p>
    <w:p>
      <w:pPr>
        <w:bidi/>
        <w:spacing w:before="0" w:after="40"/>
        <w:jc w:val="both"/>
      </w:pPr>
      <w:r>
        <w:rPr>
          <w:rtl/>
        </w:rPr>
        <w:t>ב. ‪2.8 : 4 = 0.7‬</w:t>
      </w:r>
    </w:p>
    <w:p>
      <w:pPr>
        <w:bidi/>
        <w:spacing w:before="0" w:after="40"/>
        <w:jc w:val="both"/>
      </w:pPr>
      <w:r>
        <w:rPr>
          <w:rtl/>
        </w:rPr>
        <w:t>ג. ‪3.6 : 8 = 0.45‬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בחילוק ארוך ובדקו בכפל: ‪30.6 : 0.9‬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כופלים את שניהם ב-‪10: 306 : 9 = 34‬. בדיקה: ‪34 × 0.9 = 30.6‬.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את הבעיות.</w:t>
      </w:r>
    </w:p>
    <w:p>
      <w:pPr>
        <w:bidi/>
        <w:spacing w:before="0" w:after="40"/>
        <w:jc w:val="both"/>
      </w:pPr>
      <w:r>
        <w:rPr>
          <w:rtl/>
        </w:rPr>
        <w:t>א. 5 מחברות עולות 32.50 ₪. מחברת אחת עולה 6.5 ₪.</w:t>
      </w:r>
    </w:p>
    <w:p>
      <w:pPr>
        <w:bidi/>
        <w:spacing w:before="0" w:after="40"/>
        <w:jc w:val="both"/>
      </w:pPr>
      <w:r>
        <w:rPr>
          <w:rtl/>
        </w:rPr>
        <w:t>ב. חבל באורך 7.2 מטרים חותכים לחתיכות של 0.6 מטר. מקבלים 12 חתיכות.</w:t>
      </w:r>
    </w:p>
    <w:p>
      <w:pPr>
        <w:bidi/>
        <w:spacing w:before="0" w:after="40"/>
        <w:jc w:val="both"/>
      </w:pPr>
      <w:r>
        <w:rPr>
          <w:rtl/>
        </w:rPr>
        <w:t>ג. נועם שילם 13.50 ₪ על 1.5 ק"ג תפוחים. ק"ג אחד עולה 9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דניאל חישב: ‪4.8 : 0.4 = 1.2‬. מצאו את הטעות ותקנו.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דניאל חילק ב-4 במקום ב-0.4. נכון: ‪4.8 : 0.4 = 48 : 4 = 12‬. בדיקה: ‪12 × 0.4 = 4.8‬.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הסבירו בעזרת כסף (שקלים ואגורות) למה ‪2.4 : 0.6 = 24 : 6‬.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‪2.4 : 0.6‬ שואל כמה פעמים 60 אגורות נכנסות ב-2.40 ₪. ב-2.40 ₪ יש 240 אגורות, ו-‪240 : 60 = 24 : 6 = 4‬. כפל של המחולק ושל המחלק באותו מספר לא משנה את המנה.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מכונית נוסעת 1.2 ק"מ בכל דקה. כמה דקות ייקח לה לנסוע 54 ק"מ? ומה מהירותה בק"מ לשעה?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‪54 : 1.2 = 540 : 12 = 45‬ דקות. בשעה (60 דקות): ‪1.2 × 60 = 72‬ ק"מ לשעה.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1E3A8A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5 ק"ג תפוחים עלו 27.5 ₪. כמה עלה קילוגרם אחד?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‪27.5 : 5 = 5.5‬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קילוגרם אחד עלה 5.5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8.4 ליטרים של מיץ מזגו שווה בשווה ל-6 כדים. כמה ליטרים יש בכל כד?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‪8.4 : 6 = 1.4‬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כד 1.4 ליטרים.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סרט באורך 4.8 מטרים חותכים לחתיכות של 0.6 מטר. כמה חתיכות יתקבלו?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‪4.8 : 0.6 = 48 : 6‬ ; ‪48 : 6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יתקבלו 8 חתיכות.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בשק 2.25 ק"ג אורז. אורזים אותו בשקיות של 0.75 ק"ג. כמה שקיות יתמלאו?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‪2.25 : 0.75 = 225 : 75‬ ; ‪225 : 75 = 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יתמלאו 3 שקיות.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לעידו היו 36.6 ₪, וסבא נתן לו עוד 50 ₪. בכל הכסף הוא רוצה לקנות כרטיסים לפארק המדע, כל כרטיס ב-21.65 ₪. כמה כרטיסים יוכל לקנות?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‪36.6 + 50 = 86.6‬ ; ‪86.6 : 21.65 = 8,660 : 2,165‬ ; ‪8,660 : 2,165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עידו יוכל לקנות 4 כרטיסים.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במיכל 27 ליטרים של מים. ממלאים מהם בקבוקים של 1.5 ליטרים, ואורזים 6 בקבוקים בכל ארגז. כמה ארגזים מלאים יהיו?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‪27 : 1.5 = 270 : 15‬ ; ‪270 : 15 = 18‬ בקבוקים ; ‪18 : 6 = 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יהיו 3 ארגזים מלאים.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E3A8A"/>
          <w:sz w:val="30"/>
          <w:szCs w:val="30"/>
          <w:rtl/>
        </w:rPr>
        <w:t>חזרה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כתבו שבר מצומצם או מספר מעורב.</w:t>
      </w:r>
    </w:p>
    <w:p>
      <w:pPr>
        <w:bidi/>
        <w:spacing w:before="0" w:after="40"/>
        <w:jc w:val="both"/>
      </w:pPr>
      <w:r>
        <w:rPr>
          <w:rtl/>
        </w:rPr>
        <w:t>א. ‪5 : 8‬ = ⁵⁄₈</w:t>
      </w:r>
    </w:p>
    <w:p>
      <w:pPr>
        <w:bidi/>
        <w:spacing w:before="0" w:after="40"/>
        <w:jc w:val="both"/>
      </w:pPr>
      <w:r>
        <w:rPr>
          <w:rtl/>
        </w:rPr>
        <w:t>ב. 4 × ³⁄₁₀ = 1¹⁄₅</w:t>
      </w:r>
    </w:p>
    <w:p>
      <w:pPr>
        <w:bidi/>
        <w:spacing w:before="0" w:after="40"/>
        <w:jc w:val="both"/>
      </w:pPr>
      <w:r>
        <w:rPr>
          <w:rtl/>
        </w:rPr>
        <w:t>ג. ²⁄₃ × ⁹⁄₁₀ = ³⁄₅</w:t>
      </w:r>
    </w:p>
    <w:p>
      <w:pPr>
        <w:bidi/>
        <w:spacing w:before="0" w:after="40"/>
        <w:jc w:val="both"/>
      </w:pPr>
      <w:r>
        <w:rPr>
          <w:rtl/>
        </w:rPr>
        <w:t>ד. ⁵⁄₆ : ¹⁄₃ = 2¹⁄₂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חשבו.</w:t>
      </w:r>
    </w:p>
    <w:p>
      <w:pPr>
        <w:bidi/>
        <w:spacing w:before="0" w:after="40"/>
        <w:jc w:val="both"/>
      </w:pPr>
      <w:r>
        <w:rPr>
          <w:rtl/>
        </w:rPr>
        <w:t>א. ‪0.47 × 100 = 47‬</w:t>
      </w:r>
    </w:p>
    <w:p>
      <w:pPr>
        <w:bidi/>
        <w:spacing w:before="0" w:after="40"/>
        <w:jc w:val="both"/>
      </w:pPr>
      <w:r>
        <w:rPr>
          <w:rtl/>
        </w:rPr>
        <w:t>ב. ‪32 : 1,000 = 0.032‬</w:t>
      </w:r>
    </w:p>
    <w:p>
      <w:pPr>
        <w:bidi/>
        <w:spacing w:before="0" w:after="40"/>
        <w:jc w:val="both"/>
      </w:pPr>
      <w:r>
        <w:rPr>
          <w:rtl/>
        </w:rPr>
        <w:t>ג. ‪1.5 × 0.6 = 0.9‬</w:t>
      </w:r>
    </w:p>
    <w:p>
      <w:pPr>
        <w:bidi/>
        <w:spacing w:before="0" w:after="40"/>
        <w:jc w:val="both"/>
      </w:pPr>
      <w:r>
        <w:rPr>
          <w:rtl/>
        </w:rPr>
        <w:t>ד. ‪7.2 : 0.9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e3a8a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‪3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¹⁄₂ × 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2 : ¹⁄₄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0.25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‪0.5 × 0.6‬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0.3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1¹⁄₂ × 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0.75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‪4.2 : 0.7‬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‪7 : 2 = 3‬¹⁄₂ – נכון</w:t>
      </w:r>
    </w:p>
    <w:p>
      <w:pPr>
        <w:bidi/>
        <w:spacing w:before="0" w:after="40"/>
        <w:jc w:val="both"/>
      </w:pPr>
      <w:r>
        <w:rPr>
          <w:rtl/>
        </w:rPr>
        <w:t>ב. ¹⁄₂ : ¹⁄₄ = ¹⁄₈ – לא נכון – ¹⁄₂ : ¹⁄₄ = 2</w:t>
      </w:r>
    </w:p>
    <w:p>
      <w:pPr>
        <w:bidi/>
        <w:spacing w:before="0" w:after="40"/>
        <w:jc w:val="both"/>
      </w:pPr>
      <w:r>
        <w:rPr>
          <w:rtl/>
        </w:rPr>
        <w:t>ג. ‪0.3 × 0.3 = 0.9‬ – לא נכון – ‪0.3 × 0.3 = 0.09‬</w:t>
      </w:r>
    </w:p>
    <w:p>
      <w:pPr>
        <w:bidi/>
        <w:spacing w:before="0" w:after="40"/>
        <w:jc w:val="both"/>
      </w:pPr>
      <w:r>
        <w:rPr>
          <w:rtl/>
        </w:rPr>
        <w:t>ד. ²⁄₅ = 0.4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תוצאתו גדולה מ-10?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‪10 : 0.5‬</w:t>
      </w:r>
    </w:p>
    <w:p>
      <w:pPr>
        <w:bidi/>
        <w:spacing w:before="0" w:after="20"/>
        <w:jc w:val="both"/>
      </w:pPr>
      <w:r>
        <w:rPr>
          <w:rtl/>
        </w:rPr>
        <w:t>ב. ³⁄₄ מ-20 הם: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פתרו את הבעיות.</w:t>
      </w:r>
    </w:p>
    <w:p>
      <w:pPr>
        <w:bidi/>
        <w:spacing w:before="0" w:after="40"/>
        <w:jc w:val="both"/>
      </w:pPr>
      <w:r>
        <w:rPr>
          <w:rtl/>
        </w:rPr>
        <w:t>א. בקבוק של 2¹⁄₄ ליטרים ממלא 9 כוסות של ¹⁄₄ ליטר.</w:t>
      </w:r>
    </w:p>
    <w:p>
      <w:pPr>
        <w:bidi/>
        <w:spacing w:before="0" w:after="40"/>
        <w:jc w:val="both"/>
      </w:pPr>
      <w:r>
        <w:rPr>
          <w:rtl/>
        </w:rPr>
        <w:t>ב. מטר חבל עולה 4.80 ₪. 2.5 מטרים עולים 12 ₪.</w:t>
      </w:r>
    </w:p>
    <w:p>
      <w:pPr>
        <w:bidi/>
        <w:spacing w:before="0" w:after="40"/>
        <w:jc w:val="both"/>
      </w:pPr>
      <w:r>
        <w:rPr>
          <w:rtl/>
        </w:rPr>
        <w:t>ג. ²⁄₃ מ-27 התלמידים בכיתה הם 18 תלמידים.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חשבו בשתי דרכים: ¹⁄₄ × 0.8. דרך א: בשברים פשוטים. דרך ב: בשברים עשרוניים.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א: ¹⁄₄ × ⁸⁄₁₀ = ⁸⁄₄₀ = ¹⁄₅. ב: ‪0.25 × 0.8 = 0.2‬. ואכן ¹⁄₅ = 0.2.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בעיה מילולית שפותרים בתרגיל ‪3 : 0.5‬, ופתרו אותה.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לדוגמה: חבל באורך 3 מטרים חותכים לחתיכות של 0.5 מטר. כמה חתיכות מקבלים? ‪3 : 0.5 = 6‬. תשובה: 6 חתיכות.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