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ca"/>
          <w:left w:val="single" w:sz="12" w:color="#91beca"/>
          <w:bottom w:val="single" w:sz="12" w:color="#91beca"/>
          <w:right w:val="single" w:sz="12" w:color="#91beca"/>
          <w:insideH w:val="single" w:sz="12" w:color="#91beca"/>
          <w:insideV w:val="single" w:sz="12" w:color="#91beca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79"/>
                <w:sz w:val="26"/>
                <w:rtl/>
                <w:bCs/>
                <w:szCs w:val="26"/>
              </w:rPr>
              <w:t>בֹּחַן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</w:pPr>
      <w:r>
        <w:rPr>
          <w:rFonts w:ascii="Arial" w:hAnsi="Arial" w:cs="Arial"/>
          <w:b w:val="0"/>
          <w:sz w:val="26"/>
          <w:rtl/>
          <w:szCs w:val="26"/>
        </w:rPr>
        <w:t>שֵׁם פְּרָטִי: ____________   שֵׁם מִשְׁפָּחָה: ____________   כִּתָּה: ______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79"/>
          <w:left w:val="single" w:sz="12" w:color="0a6179"/>
          <w:bottom w:val="single" w:sz="12" w:color="0a6179"/>
          <w:right w:val="single" w:sz="12" w:color="0a6179"/>
          <w:insideH w:val="single" w:sz="12" w:color="0a6179"/>
          <w:insideV w:val="single" w:sz="12" w:color="0a6179"/>
        </w:tblBorders>
      </w:tblPr>
      <w:tblGrid>
        <w:gridCol w:w="10092"/>
      </w:tblGrid>
      <w:tr>
        <w:tc>
          <w:tcPr>
            <w:tcW w:type="dxa" w:w="10092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4 × 8 = 32 נְקֻדּוֹת</w:t>
      </w: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2551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בַּיִת אֶפְשָׁר לְקַפֵּל וְלָקַחַת לְטִיּוּל?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51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גָּדֵל בַּגִּנָּה וְנוֹתֵן צֵל?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1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51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מְטַפְּסִים כְּדֵי לְהַגִּיעַ לַפִּסְגָּה?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e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51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30"/>
                <w:rtl/>
                <w:bCs/>
                <w:szCs w:val="30"/>
              </w:rPr>
              <w:t xml:space="preserve">4.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עוֹזֵר לְמִשְׁפָּחָה לַעֲבֹר דִּירָה?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a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ca"/>
          <w:left w:val="single" w:sz="12" w:color="#91beca"/>
          <w:bottom w:val="single" w:sz="12" w:color="#91beca"/>
          <w:right w:val="single" w:sz="12" w:color="#91beca"/>
          <w:insideH w:val="single" w:sz="12" w:color="#91beca"/>
          <w:insideV w:val="single" w:sz="12" w:color="#91beca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79"/>
                <w:sz w:val="26"/>
                <w:rtl/>
                <w:bCs/>
                <w:szCs w:val="26"/>
              </w:rPr>
              <w:t>בֹּחַן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79"/>
          <w:left w:val="single" w:sz="12" w:color="0a6179"/>
          <w:bottom w:val="single" w:sz="12" w:color="0a6179"/>
          <w:right w:val="single" w:sz="12" w:color="0a6179"/>
          <w:insideH w:val="single" w:sz="12" w:color="0a6179"/>
          <w:insideV w:val="single" w:sz="12" w:color="0a6179"/>
        </w:tblBorders>
      </w:tblPr>
      <w:tblGrid>
        <w:gridCol w:w="10092"/>
      </w:tblGrid>
      <w:tr>
        <w:tc>
          <w:tcPr>
            <w:tcW w:type="dxa" w:w="10092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5 × 8 = 40 נְקֻדּוֹת</w:t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בְּבִנְיָן רַב-קוֹמוֹת יֵשׁ מַדְרֵגוֹת אוֹ מַעֲלִית.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הַמַּיִם מַגִּיעִים לַבַּיִת בְּעֶזְרַת חוּטֵי חַשְׁמַל.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עֵמֶק נִמְצָא בֵּין הָרִים.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כְּשֶׁנּוֹלַד תִּינוֹק, הַמִּשְׁפָּחָה מִשְׁתַּנָּה.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רַק הַהוֹרִים צְרִיכִים לַעֲזֹר בַּבַּיִת.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ca"/>
          <w:left w:val="single" w:sz="12" w:color="#91beca"/>
          <w:bottom w:val="single" w:sz="12" w:color="#91beca"/>
          <w:right w:val="single" w:sz="12" w:color="#91beca"/>
          <w:insideH w:val="single" w:sz="12" w:color="#91beca"/>
          <w:insideV w:val="single" w:sz="12" w:color="#91beca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79"/>
                <w:sz w:val="26"/>
                <w:rtl/>
                <w:bCs/>
                <w:szCs w:val="26"/>
              </w:rPr>
              <w:t>בֹּחַן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79"/>
          <w:left w:val="single" w:sz="12" w:color="0a6179"/>
          <w:bottom w:val="single" w:sz="12" w:color="0a6179"/>
          <w:right w:val="single" w:sz="12" w:color="0a6179"/>
          <w:insideH w:val="single" w:sz="12" w:color="0a6179"/>
          <w:insideV w:val="single" w:sz="12" w:color="0a6179"/>
        </w:tblBorders>
      </w:tblPr>
      <w:tblGrid>
        <w:gridCol w:w="10092"/>
      </w:tblGrid>
      <w:tr>
        <w:tc>
          <w:tcPr>
            <w:tcW w:type="dxa" w:w="10092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4 × 7 = 28 נְקֻדּוֹת</w:t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685"/>
        <w:gridCol w:w="3288"/>
        <w:gridCol w:w="3118"/>
      </w:tblGrid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אֹהֶל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4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סַבָּא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מוֹרָה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2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אֳנִיָּה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d1-200d-1f3eb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בֹּחַן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