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e4aa92"/>
          <w:left w:val="single" w:sz="12" w:color="#e4aa92"/>
          <w:bottom w:val="single" w:sz="12" w:color="#e4aa92"/>
          <w:right w:val="single" w:sz="12" w:color="#e4aa92"/>
          <w:insideH w:val="single" w:sz="12" w:color="#e4aa92"/>
          <w:insideV w:val="single" w:sz="12" w:color="#e4aa92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f6e4dd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af_170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f6e4dd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AB390B"/>
                <w:sz w:val="26"/>
                <w:rtl/>
                <w:bCs/>
                <w:szCs w:val="26"/>
              </w:rPr>
              <w:t>בֹּחַן מִתְקַדֵּם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מוֹלֶדֶת, חֶבְרָה וְאֶזְרָחוּת</w:t>
            </w:r>
          </w:p>
        </w:tc>
        <w:tc>
          <w:tcPr>
            <w:tcW w:type="dxa" w:w="1134"/>
            <w:shd w:val="clear" w:color="auto" w:fill="f6e4dd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after="120"/>
      </w:pPr>
      <w:r>
        <w:rPr>
          <w:rFonts w:ascii="Arial" w:hAnsi="Arial" w:cs="Arial"/>
          <w:b w:val="0"/>
          <w:sz w:val="26"/>
          <w:rtl/>
          <w:szCs w:val="26"/>
        </w:rPr>
        <w:t>שֵׁם פְּרָטִי: ____________   שֵׁם מִשְׁפָּחָה: ____________   כִּתָּה: ______</w:t>
      </w:r>
    </w:p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ab390b"/>
          <w:left w:val="single" w:sz="12" w:color="ab390b"/>
          <w:bottom w:val="single" w:sz="12" w:color="ab390b"/>
          <w:right w:val="single" w:sz="12" w:color="ab390b"/>
          <w:insideH w:val="single" w:sz="12" w:color="ab390b"/>
          <w:insideV w:val="single" w:sz="12" w:color="ab390b"/>
        </w:tblBorders>
      </w:tblPr>
      <w:tblGrid>
        <w:gridCol w:w="10092"/>
      </w:tblGrid>
      <w:tr>
        <w:tc>
          <w:tcPr>
            <w:tcW w:type="dxa" w:w="10092"/>
            <w:shd w:val="clear" w:color="auto" w:fill="f8e8e2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הִשְׁלִימוּ אֶת הַמִּלָּה הַחֲסֵרָה. הֶעְתִּיקוּ מִן הַמַּחְסָן.</w:t>
            </w:r>
          </w:p>
        </w:tc>
      </w:tr>
    </w:tbl>
    <w:p>
      <w:pPr>
        <w:bidi/>
        <w:spacing w:after="80"/>
      </w:pPr>
    </w:p>
    <w:p>
      <w:pPr>
        <w:bidi/>
        <w:spacing w:after="80"/>
      </w:pPr>
      <w:r>
        <w:rPr>
          <w:rFonts w:ascii="Arial" w:hAnsi="Arial" w:cs="Arial"/>
          <w:b w:val="0"/>
          <w:color w:val="6B7280"/>
          <w:sz w:val="22"/>
          <w:rtl/>
          <w:szCs w:val="22"/>
        </w:rPr>
        <w:t>6 × 6 = 36 נְקֻדּוֹת</w:t>
      </w:r>
    </w:p>
    <w:tbl>
      <w:tblPr>
        <w:bidiVisual/>
        <w:tblW w:type="auto" w:w="0"/>
        <w:tblLook w:firstColumn="1" w:firstRow="1" w:lastColumn="0" w:lastRow="0" w:noHBand="0" w:noVBand="1" w:val="04A0"/>
        <w:tblBorders>
          <w:top w:val="dashed" w:sz="12" w:color="ab390b"/>
          <w:left w:val="dashed" w:sz="12" w:color="ab390b"/>
          <w:bottom w:val="dashed" w:sz="12" w:color="ab390b"/>
          <w:right w:val="dashed" w:sz="12" w:color="ab390b"/>
          <w:insideH w:val="dashed" w:sz="12" w:color="ab390b"/>
          <w:insideV w:val="dashed" w:sz="12" w:color="ab390b"/>
        </w:tblBorders>
      </w:tblPr>
      <w:tblGrid>
        <w:gridCol w:w="10092"/>
      </w:tblGrid>
      <w:tr>
        <w:tc>
          <w:tcPr>
            <w:tcW w:type="dxa" w:w="10092"/>
          </w:tcPr>
          <w:p>
            <w:pPr>
              <w:bidi/>
            </w:pPr>
            <w:r>
              <w:rPr>
                <w:rFonts w:ascii="Arial" w:hAnsi="Arial" w:cs="Arial"/>
                <w:b/>
                <w:sz w:val="30"/>
                <w:rtl/>
                <w:bCs/>
                <w:szCs w:val="30"/>
              </w:rPr>
              <w:t xml:space="preserve">מַחְסַן מִלִּים:   </w:t>
            </w:r>
            <w:r>
              <w:rPr>
                <w:rFonts w:ascii="Arial" w:hAnsi="Arial" w:cs="Arial"/>
                <w:b/>
                <w:sz w:val="44"/>
                <w:rtl/>
                <w:bCs/>
                <w:szCs w:val="44"/>
              </w:rPr>
              <w:t>פְּרָחִים     פִּסְגָּה     מָנוֹף     סַבָּא     כִּתָּה     חָצֵר</w:t>
            </w:r>
          </w:p>
        </w:tc>
      </w:tr>
    </w:tbl>
    <w:p>
      <w:pPr>
        <w:bidi/>
        <w:spacing w:after="200"/>
      </w:pPr>
    </w:p>
    <w:p>
      <w:pPr>
        <w:bidi/>
        <w:spacing w:after="520"/>
      </w:pPr>
      <w:r>
        <w:rPr>
          <w:rFonts w:ascii="Arial" w:hAnsi="Arial" w:cs="Arial"/>
          <w:b/>
          <w:color w:val="AB390B"/>
          <w:sz w:val="40"/>
          <w:rtl/>
          <w:bCs/>
          <w:szCs w:val="40"/>
        </w:rPr>
        <w:t xml:space="preserve">1. </w:t>
      </w:r>
      <w:r>
        <w:rPr>
          <w:rFonts w:ascii="Arial" w:hAnsi="Arial" w:cs="Arial"/>
          <w:b w:val="0"/>
          <w:sz w:val="40"/>
          <w:rtl/>
          <w:szCs w:val="40"/>
        </w:rPr>
        <w:t xml:space="preserve">בְּבַיִת פְּרָטִי יֵשׁ לִפְעָמִים </w:t>
      </w:r>
      <w:r>
        <w:rPr>
          <w:rFonts w:ascii="Arial" w:hAnsi="Arial" w:cs="Arial"/>
          <w:b w:val="0"/>
          <w:sz w:val="40"/>
          <w:rtl/>
          <w:szCs w:val="40"/>
        </w:rPr>
        <w:t xml:space="preserve"> ______________ </w:t>
      </w:r>
      <w:r>
        <w:rPr>
          <w:rFonts w:ascii="Arial" w:hAnsi="Arial" w:cs="Arial"/>
          <w:b w:val="0"/>
          <w:sz w:val="40"/>
          <w:rtl/>
          <w:szCs w:val="40"/>
        </w:rPr>
        <w:t>.</w:t>
      </w:r>
    </w:p>
    <w:p>
      <w:pPr>
        <w:bidi/>
        <w:spacing w:after="520"/>
      </w:pPr>
      <w:r>
        <w:rPr>
          <w:rFonts w:ascii="Arial" w:hAnsi="Arial" w:cs="Arial"/>
          <w:b/>
          <w:color w:val="AB390B"/>
          <w:sz w:val="40"/>
          <w:rtl/>
          <w:bCs/>
          <w:szCs w:val="40"/>
        </w:rPr>
        <w:t xml:space="preserve">2. </w:t>
      </w:r>
      <w:r>
        <w:rPr>
          <w:rFonts w:ascii="Arial" w:hAnsi="Arial" w:cs="Arial"/>
          <w:b w:val="0"/>
          <w:sz w:val="40"/>
          <w:rtl/>
          <w:szCs w:val="40"/>
        </w:rPr>
        <w:t xml:space="preserve">בַּגִּנָּה גְּדֵלִים </w:t>
      </w:r>
      <w:r>
        <w:rPr>
          <w:rFonts w:ascii="Arial" w:hAnsi="Arial" w:cs="Arial"/>
          <w:b w:val="0"/>
          <w:sz w:val="40"/>
          <w:rtl/>
          <w:szCs w:val="40"/>
        </w:rPr>
        <w:t xml:space="preserve"> ______________ </w:t>
      </w:r>
      <w:r>
        <w:rPr>
          <w:rFonts w:ascii="Arial" w:hAnsi="Arial" w:cs="Arial"/>
          <w:b w:val="0"/>
          <w:sz w:val="40"/>
          <w:rtl/>
          <w:szCs w:val="40"/>
        </w:rPr>
        <w:t>.</w:t>
      </w:r>
    </w:p>
    <w:p>
      <w:pPr>
        <w:bidi/>
        <w:spacing w:after="520"/>
      </w:pPr>
      <w:r>
        <w:rPr>
          <w:rFonts w:ascii="Arial" w:hAnsi="Arial" w:cs="Arial"/>
          <w:b/>
          <w:color w:val="AB390B"/>
          <w:sz w:val="40"/>
          <w:rtl/>
          <w:bCs/>
          <w:szCs w:val="40"/>
        </w:rPr>
        <w:t xml:space="preserve">3. </w:t>
      </w:r>
      <w:r>
        <w:rPr>
          <w:rFonts w:ascii="Arial" w:hAnsi="Arial" w:cs="Arial"/>
          <w:b w:val="0"/>
          <w:sz w:val="40"/>
          <w:rtl/>
          <w:szCs w:val="40"/>
        </w:rPr>
        <w:t>הַמָּקוֹם הַגָּבוֹהַּ בְּיוֹתֵר בָּהָר הוּא ה</w:t>
      </w:r>
      <w:r>
        <w:rPr>
          <w:rFonts w:ascii="Arial" w:hAnsi="Arial" w:cs="Arial"/>
          <w:b w:val="0"/>
          <w:sz w:val="40"/>
          <w:rtl/>
          <w:szCs w:val="40"/>
        </w:rPr>
        <w:t xml:space="preserve"> ______________ </w:t>
      </w:r>
      <w:r>
        <w:rPr>
          <w:rFonts w:ascii="Arial" w:hAnsi="Arial" w:cs="Arial"/>
          <w:b w:val="0"/>
          <w:sz w:val="40"/>
          <w:rtl/>
          <w:szCs w:val="40"/>
        </w:rPr>
        <w:t>.</w:t>
      </w:r>
    </w:p>
    <w:p>
      <w:pPr>
        <w:bidi/>
        <w:spacing w:after="520"/>
      </w:pPr>
      <w:r>
        <w:rPr>
          <w:rFonts w:ascii="Arial" w:hAnsi="Arial" w:cs="Arial"/>
          <w:b/>
          <w:color w:val="AB390B"/>
          <w:sz w:val="40"/>
          <w:rtl/>
          <w:bCs/>
          <w:szCs w:val="40"/>
        </w:rPr>
        <w:t xml:space="preserve">4. </w:t>
      </w:r>
      <w:r>
        <w:rPr>
          <w:rFonts w:ascii="Arial" w:hAnsi="Arial" w:cs="Arial"/>
          <w:b w:val="0"/>
          <w:sz w:val="40"/>
          <w:rtl/>
          <w:szCs w:val="40"/>
        </w:rPr>
        <w:t xml:space="preserve">כְּשֶׁבּוֹנִים בִּנְיָן רוֹאִים </w:t>
      </w:r>
      <w:r>
        <w:rPr>
          <w:rFonts w:ascii="Arial" w:hAnsi="Arial" w:cs="Arial"/>
          <w:b w:val="0"/>
          <w:sz w:val="40"/>
          <w:rtl/>
          <w:szCs w:val="40"/>
        </w:rPr>
        <w:t xml:space="preserve"> ______________ </w:t>
      </w:r>
      <w:r>
        <w:rPr>
          <w:rFonts w:ascii="Arial" w:hAnsi="Arial" w:cs="Arial"/>
          <w:b w:val="0"/>
          <w:sz w:val="40"/>
          <w:rtl/>
          <w:szCs w:val="40"/>
        </w:rPr>
        <w:t>.</w:t>
      </w:r>
    </w:p>
    <w:p>
      <w:pPr>
        <w:bidi/>
        <w:spacing w:after="520"/>
      </w:pPr>
      <w:r>
        <w:rPr>
          <w:rFonts w:ascii="Arial" w:hAnsi="Arial" w:cs="Arial"/>
          <w:b/>
          <w:color w:val="AB390B"/>
          <w:sz w:val="40"/>
          <w:rtl/>
          <w:bCs/>
          <w:szCs w:val="40"/>
        </w:rPr>
        <w:t xml:space="preserve">5. </w:t>
      </w:r>
      <w:r>
        <w:rPr>
          <w:rFonts w:ascii="Arial" w:hAnsi="Arial" w:cs="Arial"/>
          <w:b w:val="0"/>
          <w:sz w:val="40"/>
          <w:rtl/>
          <w:szCs w:val="40"/>
        </w:rPr>
        <w:t xml:space="preserve">אַבָּא שֶׁל אַבָּא הוּא </w:t>
      </w:r>
      <w:r>
        <w:rPr>
          <w:rFonts w:ascii="Arial" w:hAnsi="Arial" w:cs="Arial"/>
          <w:b w:val="0"/>
          <w:sz w:val="40"/>
          <w:rtl/>
          <w:szCs w:val="40"/>
        </w:rPr>
        <w:t xml:space="preserve"> ______________ </w:t>
      </w:r>
      <w:r>
        <w:rPr>
          <w:rFonts w:ascii="Arial" w:hAnsi="Arial" w:cs="Arial"/>
          <w:b w:val="0"/>
          <w:sz w:val="40"/>
          <w:rtl/>
          <w:szCs w:val="40"/>
        </w:rPr>
        <w:t>.</w:t>
      </w:r>
    </w:p>
    <w:p>
      <w:pPr>
        <w:bidi/>
        <w:spacing w:after="520"/>
      </w:pPr>
      <w:r>
        <w:rPr>
          <w:rFonts w:ascii="Arial" w:hAnsi="Arial" w:cs="Arial"/>
          <w:b/>
          <w:color w:val="AB390B"/>
          <w:sz w:val="40"/>
          <w:rtl/>
          <w:bCs/>
          <w:szCs w:val="40"/>
        </w:rPr>
        <w:t xml:space="preserve">6. </w:t>
      </w:r>
      <w:r>
        <w:rPr>
          <w:rFonts w:ascii="Arial" w:hAnsi="Arial" w:cs="Arial"/>
          <w:b w:val="0"/>
          <w:sz w:val="40"/>
          <w:rtl/>
          <w:szCs w:val="40"/>
        </w:rPr>
        <w:t>אֲנַחְנוּ לוֹמְדִים יַחַד ב</w:t>
      </w:r>
      <w:r>
        <w:rPr>
          <w:rFonts w:ascii="Arial" w:hAnsi="Arial" w:cs="Arial"/>
          <w:b w:val="0"/>
          <w:sz w:val="40"/>
          <w:rtl/>
          <w:szCs w:val="40"/>
        </w:rPr>
        <w:t xml:space="preserve"> ______________ </w:t>
      </w:r>
      <w:r>
        <w:rPr>
          <w:rFonts w:ascii="Arial" w:hAnsi="Arial" w:cs="Arial"/>
          <w:b w:val="0"/>
          <w:sz w:val="40"/>
          <w:rtl/>
          <w:szCs w:val="40"/>
        </w:rPr>
        <w:t>.</w:t>
      </w:r>
    </w:p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e4aa92"/>
          <w:left w:val="single" w:sz="12" w:color="#e4aa92"/>
          <w:bottom w:val="single" w:sz="12" w:color="#e4aa92"/>
          <w:right w:val="single" w:sz="12" w:color="#e4aa92"/>
          <w:insideH w:val="single" w:sz="12" w:color="#e4aa92"/>
          <w:insideV w:val="single" w:sz="12" w:color="#e4aa92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f6e4dd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af_170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f6e4dd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AB390B"/>
                <w:sz w:val="26"/>
                <w:rtl/>
                <w:bCs/>
                <w:szCs w:val="26"/>
              </w:rPr>
              <w:t>בֹּחַן מִתְקַדֵּם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מוֹלֶדֶת, חֶבְרָה וְאֶזְרָחוּת</w:t>
            </w:r>
          </w:p>
        </w:tc>
        <w:tc>
          <w:tcPr>
            <w:tcW w:type="dxa" w:w="1134"/>
            <w:shd w:val="clear" w:color="auto" w:fill="f6e4dd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ab390b"/>
          <w:left w:val="single" w:sz="12" w:color="ab390b"/>
          <w:bottom w:val="single" w:sz="12" w:color="ab390b"/>
          <w:right w:val="single" w:sz="12" w:color="ab390b"/>
          <w:insideH w:val="single" w:sz="12" w:color="ab390b"/>
          <w:insideV w:val="single" w:sz="12" w:color="ab390b"/>
        </w:tblBorders>
      </w:tblPr>
      <w:tblGrid>
        <w:gridCol w:w="10092"/>
      </w:tblGrid>
      <w:tr>
        <w:tc>
          <w:tcPr>
            <w:tcW w:type="dxa" w:w="10092"/>
            <w:shd w:val="clear" w:color="auto" w:fill="f8e8e2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הַקְשִׁיבוּ לַמִּשְׁפָּט. סַמְּנוּ נָכוֹן אוֹ לֹא נָכוֹן. אִם לֹא נָכוֹן, כִּתְבוּ תִּקּוּן.</w:t>
            </w:r>
          </w:p>
        </w:tc>
      </w:tr>
    </w:tbl>
    <w:p>
      <w:pPr>
        <w:bidi/>
        <w:spacing w:after="80"/>
      </w:pPr>
    </w:p>
    <w:p>
      <w:pPr>
        <w:bidi/>
        <w:spacing w:after="80"/>
      </w:pPr>
      <w:r>
        <w:rPr>
          <w:rFonts w:ascii="Arial" w:hAnsi="Arial" w:cs="Arial"/>
          <w:b w:val="0"/>
          <w:color w:val="6B7280"/>
          <w:sz w:val="22"/>
          <w:rtl/>
          <w:szCs w:val="22"/>
        </w:rPr>
        <w:t>4 × 8 = 32 נְקֻדּוֹת</w:t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9CA3AF"/>
          <w:left w:val="single" w:sz="12" w:color="9CA3AF"/>
          <w:bottom w:val="single" w:sz="12" w:color="9CA3AF"/>
          <w:right w:val="single" w:sz="12" w:color="9CA3AF"/>
          <w:insideH w:val="single" w:sz="12" w:color="9CA3AF"/>
          <w:insideV w:val="single" w:sz="12" w:color="9CA3AF"/>
        </w:tblBorders>
        <w:tblLayout w:type="fixed"/>
      </w:tblPr>
      <w:tblGrid>
        <w:gridCol w:w="4536"/>
        <w:gridCol w:w="1247"/>
        <w:gridCol w:w="1247"/>
        <w:gridCol w:w="3061"/>
      </w:tblGrid>
      <w:tr>
        <w:tc>
          <w:tcPr>
            <w:tcW w:type="dxa" w:w="4535"/>
            <w:shd w:val="clear" w:color="auto" w:fill="f8e8e2"/>
          </w:tcPr>
          <w:p>
            <w:pPr>
              <w:bidi/>
            </w:pPr>
            <w:r>
              <w:rPr>
                <w:rFonts w:ascii="Arial" w:hAnsi="Arial" w:cs="Arial"/>
                <w:b/>
                <w:sz w:val="30"/>
                <w:rtl/>
                <w:bCs/>
                <w:szCs w:val="30"/>
              </w:rPr>
              <w:t>מִשְׁפָּט</w:t>
            </w:r>
          </w:p>
        </w:tc>
        <w:tc>
          <w:tcPr>
            <w:tcW w:type="dxa" w:w="1247"/>
            <w:shd w:val="clear" w:color="auto" w:fill="f8e8e2"/>
          </w:tcPr>
          <w:p>
            <w:pPr>
              <w:bidi/>
            </w:pPr>
            <w:r>
              <w:rPr>
                <w:rFonts w:ascii="Arial" w:hAnsi="Arial" w:cs="Arial"/>
                <w:b/>
                <w:sz w:val="30"/>
                <w:rtl/>
                <w:bCs/>
                <w:szCs w:val="30"/>
              </w:rPr>
              <w:t>נָכוֹן</w:t>
            </w:r>
          </w:p>
        </w:tc>
        <w:tc>
          <w:tcPr>
            <w:tcW w:type="dxa" w:w="1247"/>
            <w:shd w:val="clear" w:color="auto" w:fill="f8e8e2"/>
          </w:tcPr>
          <w:p>
            <w:pPr>
              <w:bidi/>
            </w:pPr>
            <w:r>
              <w:rPr>
                <w:rFonts w:ascii="Arial" w:hAnsi="Arial" w:cs="Arial"/>
                <w:b/>
                <w:sz w:val="30"/>
                <w:rtl/>
                <w:bCs/>
                <w:szCs w:val="30"/>
              </w:rPr>
              <w:t>לֹא נָכוֹן</w:t>
            </w:r>
          </w:p>
        </w:tc>
        <w:tc>
          <w:tcPr>
            <w:tcW w:type="dxa" w:w="3061"/>
            <w:shd w:val="clear" w:color="auto" w:fill="f8e8e2"/>
          </w:tcPr>
          <w:p>
            <w:pPr>
              <w:bidi/>
            </w:pPr>
            <w:r>
              <w:rPr>
                <w:rFonts w:ascii="Arial" w:hAnsi="Arial" w:cs="Arial"/>
                <w:b/>
                <w:sz w:val="30"/>
                <w:rtl/>
                <w:bCs/>
                <w:szCs w:val="30"/>
              </w:rPr>
              <w:t>תִּקּוּן</w:t>
            </w:r>
          </w:p>
        </w:tc>
      </w:tr>
      <w:tr>
        <w:trPr>
          <w:trHeight w:val="2268" w:hRule="atLeast"/>
        </w:trPr>
        <w:tc>
          <w:tcPr>
            <w:tcW w:type="dxa" w:w="4535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32"/>
                <w:rtl/>
                <w:szCs w:val="32"/>
              </w:rPr>
              <w:t>כָּל הַמִּשְׁפָּחוֹת בְּדִיּוּק אוֹתוֹ הַדָּבָר.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☐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☐</w:t>
            </w:r>
          </w:p>
        </w:tc>
        <w:tc>
          <w:tcPr>
            <w:tcW w:type="dxa" w:w="3061"/>
          </w:tcPr>
          <w:p>
            <w:pPr>
              <w:bidi/>
            </w:pPr>
          </w:p>
        </w:tc>
      </w:tr>
      <w:tr>
        <w:trPr>
          <w:trHeight w:val="2268" w:hRule="atLeast"/>
        </w:trPr>
        <w:tc>
          <w:tcPr>
            <w:tcW w:type="dxa" w:w="4535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32"/>
                <w:rtl/>
                <w:szCs w:val="32"/>
              </w:rPr>
              <w:t>מְכַבְּדִים גַּם מִי שֶׁשּׁוֹנֶה מֵאִתָּנוּ.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☐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☐</w:t>
            </w:r>
          </w:p>
        </w:tc>
        <w:tc>
          <w:tcPr>
            <w:tcW w:type="dxa" w:w="3061"/>
          </w:tcPr>
          <w:p>
            <w:pPr>
              <w:bidi/>
            </w:pPr>
          </w:p>
        </w:tc>
      </w:tr>
      <w:tr>
        <w:trPr>
          <w:trHeight w:val="2268" w:hRule="atLeast"/>
        </w:trPr>
        <w:tc>
          <w:tcPr>
            <w:tcW w:type="dxa" w:w="4535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32"/>
                <w:rtl/>
                <w:szCs w:val="32"/>
              </w:rPr>
              <w:t>כְּשֶׁרַבִּים, צוֹעֲקִים וּמַרְבִּיצִים.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☐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☐</w:t>
            </w:r>
          </w:p>
        </w:tc>
        <w:tc>
          <w:tcPr>
            <w:tcW w:type="dxa" w:w="3061"/>
          </w:tcPr>
          <w:p>
            <w:pPr>
              <w:bidi/>
            </w:pPr>
          </w:p>
        </w:tc>
      </w:tr>
      <w:tr>
        <w:trPr>
          <w:trHeight w:val="2268" w:hRule="atLeast"/>
        </w:trPr>
        <w:tc>
          <w:tcPr>
            <w:tcW w:type="dxa" w:w="4535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32"/>
                <w:rtl/>
                <w:szCs w:val="32"/>
              </w:rPr>
              <w:t>מְשַׁלְּמִים גַּם בְּכַרְטִיס אַשְׁרַאי.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☐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☐</w:t>
            </w:r>
          </w:p>
        </w:tc>
        <w:tc>
          <w:tcPr>
            <w:tcW w:type="dxa" w:w="3061"/>
          </w:tcPr>
          <w:p>
            <w:pPr>
              <w:bidi/>
            </w:pPr>
          </w:p>
        </w:tc>
      </w:tr>
    </w:tbl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e4aa92"/>
          <w:left w:val="single" w:sz="12" w:color="#e4aa92"/>
          <w:bottom w:val="single" w:sz="12" w:color="#e4aa92"/>
          <w:right w:val="single" w:sz="12" w:color="#e4aa92"/>
          <w:insideH w:val="single" w:sz="12" w:color="#e4aa92"/>
          <w:insideV w:val="single" w:sz="12" w:color="#e4aa92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f6e4dd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af_170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f6e4dd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AB390B"/>
                <w:sz w:val="26"/>
                <w:rtl/>
                <w:bCs/>
                <w:szCs w:val="26"/>
              </w:rPr>
              <w:t>בֹּחַן מִתְקַדֵּם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מוֹלֶדֶת, חֶבְרָה וְאֶזְרָחוּת</w:t>
            </w:r>
          </w:p>
        </w:tc>
        <w:tc>
          <w:tcPr>
            <w:tcW w:type="dxa" w:w="1134"/>
            <w:shd w:val="clear" w:color="auto" w:fill="f6e4dd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ab390b"/>
          <w:left w:val="single" w:sz="12" w:color="ab390b"/>
          <w:bottom w:val="single" w:sz="12" w:color="ab390b"/>
          <w:right w:val="single" w:sz="12" w:color="ab390b"/>
          <w:insideH w:val="single" w:sz="12" w:color="ab390b"/>
          <w:insideV w:val="single" w:sz="12" w:color="ab390b"/>
        </w:tblBorders>
      </w:tblPr>
      <w:tblGrid>
        <w:gridCol w:w="10092"/>
      </w:tblGrid>
      <w:tr>
        <w:tc>
          <w:tcPr>
            <w:tcW w:type="dxa" w:w="10092"/>
            <w:shd w:val="clear" w:color="auto" w:fill="f8e8e2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מָה צָרִיךְ וּמָה רוֹצֶה?</w:t>
            </w:r>
          </w:p>
        </w:tc>
      </w:tr>
    </w:tbl>
    <w:p>
      <w:pPr>
        <w:bidi/>
        <w:spacing w:after="80"/>
      </w:pPr>
    </w:p>
    <w:p>
      <w:pPr>
        <w:bidi/>
        <w:spacing w:after="80"/>
      </w:pPr>
      <w:r>
        <w:rPr>
          <w:rFonts w:ascii="Arial" w:hAnsi="Arial" w:cs="Arial"/>
          <w:b w:val="0"/>
          <w:color w:val="6B7280"/>
          <w:sz w:val="22"/>
          <w:rtl/>
          <w:szCs w:val="22"/>
        </w:rPr>
        <w:t>8 × 4 = 32 נְקֻדּוֹת</w:t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9CA3AF"/>
          <w:left w:val="single" w:sz="12" w:color="9CA3AF"/>
          <w:bottom w:val="single" w:sz="12" w:color="9CA3AF"/>
          <w:right w:val="single" w:sz="12" w:color="9CA3AF"/>
          <w:insideH w:val="single" w:sz="12" w:color="9CA3AF"/>
          <w:insideV w:val="single" w:sz="12" w:color="9CA3AF"/>
        </w:tblBorders>
        <w:tblLayout w:type="fixed"/>
      </w:tblPr>
      <w:tblGrid>
        <w:gridCol w:w="4536"/>
        <w:gridCol w:w="2778"/>
        <w:gridCol w:w="2778"/>
      </w:tblGrid>
      <w:tr>
        <w:trPr>
          <w:trHeight w:val="907" w:hRule="atLeast"/>
        </w:trPr>
        <w:tc>
          <w:tcPr>
            <w:tcW w:type="dxa" w:w="4535"/>
          </w:tcPr>
          <w:p/>
        </w:tc>
        <w:tc>
          <w:tcPr>
            <w:tcW w:type="dxa" w:w="2778"/>
            <w:shd w:val="clear" w:color="auto" w:fill="f8e8e2"/>
          </w:tcPr>
          <w:p>
            <w:pPr>
              <w:bidi/>
            </w:pPr>
            <w:r>
              <w:rPr>
                <w:rFonts w:ascii="Arial" w:hAnsi="Arial" w:cs="Arial"/>
                <w:b/>
                <w:sz w:val="30"/>
                <w:rtl/>
                <w:bCs/>
                <w:szCs w:val="30"/>
              </w:rPr>
              <w:t>צָרִיךְ</w:t>
            </w:r>
          </w:p>
        </w:tc>
        <w:tc>
          <w:tcPr>
            <w:tcW w:type="dxa" w:w="2778"/>
            <w:shd w:val="clear" w:color="auto" w:fill="f8e8e2"/>
          </w:tcPr>
          <w:p>
            <w:pPr>
              <w:bidi/>
            </w:pPr>
            <w:r>
              <w:rPr>
                <w:rFonts w:ascii="Arial" w:hAnsi="Arial" w:cs="Arial"/>
                <w:b/>
                <w:sz w:val="30"/>
                <w:rtl/>
                <w:bCs/>
                <w:szCs w:val="30"/>
              </w:rPr>
              <w:t>רוֹצֶה</w:t>
            </w:r>
          </w:p>
        </w:tc>
      </w:tr>
      <w:tr>
        <w:trPr>
          <w:trHeight w:val="907" w:hRule="atLeast"/>
        </w:trPr>
        <w:tc>
          <w:tcPr>
            <w:tcW w:type="dxa" w:w="4535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468000" cy="46800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5e_170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 w:val="0"/>
                <w:sz w:val="30"/>
                <w:rtl/>
                <w:szCs w:val="30"/>
              </w:rPr>
              <w:t xml:space="preserve"> לֶחֶם</w:t>
            </w:r>
          </w:p>
        </w:tc>
        <w:tc>
          <w:tcPr>
            <w:tcW w:type="dxa" w:w="2778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☐</w:t>
            </w:r>
          </w:p>
        </w:tc>
        <w:tc>
          <w:tcPr>
            <w:tcW w:type="dxa" w:w="2778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4535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468000" cy="4680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95b_170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 w:val="0"/>
                <w:sz w:val="30"/>
                <w:rtl/>
                <w:szCs w:val="30"/>
              </w:rPr>
              <w:t xml:space="preserve"> חָלָב</w:t>
            </w:r>
          </w:p>
        </w:tc>
        <w:tc>
          <w:tcPr>
            <w:tcW w:type="dxa" w:w="2778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☐</w:t>
            </w:r>
          </w:p>
        </w:tc>
        <w:tc>
          <w:tcPr>
            <w:tcW w:type="dxa" w:w="2778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4535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468000" cy="468000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ae_170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 w:val="0"/>
                <w:sz w:val="30"/>
                <w:rtl/>
                <w:szCs w:val="30"/>
              </w:rPr>
              <w:t xml:space="preserve"> מִשְׂחַק מַחְשֵׁב</w:t>
            </w:r>
          </w:p>
        </w:tc>
        <w:tc>
          <w:tcPr>
            <w:tcW w:type="dxa" w:w="2778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☐</w:t>
            </w:r>
          </w:p>
        </w:tc>
        <w:tc>
          <w:tcPr>
            <w:tcW w:type="dxa" w:w="2778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4535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468000" cy="468000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6d_170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 w:val="0"/>
                <w:sz w:val="30"/>
                <w:rtl/>
                <w:szCs w:val="30"/>
              </w:rPr>
              <w:t xml:space="preserve"> סֻכָּרִיָּה</w:t>
            </w:r>
          </w:p>
        </w:tc>
        <w:tc>
          <w:tcPr>
            <w:tcW w:type="dxa" w:w="2778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☐</w:t>
            </w:r>
          </w:p>
        </w:tc>
        <w:tc>
          <w:tcPr>
            <w:tcW w:type="dxa" w:w="2778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☐</w:t>
            </w:r>
          </w:p>
        </w:tc>
      </w:tr>
    </w:tbl>
    <w:p>
      <w:pPr>
        <w:bidi/>
        <w:spacing w:after="80"/>
      </w:pPr>
      <w:r>
        <w:rPr>
          <w:rFonts w:ascii="Arial" w:hAnsi="Arial" w:cs="Arial"/>
          <w:b/>
          <w:color w:val="AB390B"/>
          <w:sz w:val="30"/>
          <w:rtl/>
          <w:bCs/>
          <w:szCs w:val="30"/>
        </w:rPr>
        <w:t>מָה שֶׁטַח בָּנוּי וּמָה שֶׁטַח פָּתוּחַ?</w:t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9CA3AF"/>
          <w:left w:val="single" w:sz="12" w:color="9CA3AF"/>
          <w:bottom w:val="single" w:sz="12" w:color="9CA3AF"/>
          <w:right w:val="single" w:sz="12" w:color="9CA3AF"/>
          <w:insideH w:val="single" w:sz="12" w:color="9CA3AF"/>
          <w:insideV w:val="single" w:sz="12" w:color="9CA3AF"/>
        </w:tblBorders>
        <w:tblLayout w:type="fixed"/>
      </w:tblPr>
      <w:tblGrid>
        <w:gridCol w:w="4536"/>
        <w:gridCol w:w="2778"/>
        <w:gridCol w:w="2778"/>
      </w:tblGrid>
      <w:tr>
        <w:trPr>
          <w:trHeight w:val="907" w:hRule="atLeast"/>
        </w:trPr>
        <w:tc>
          <w:tcPr>
            <w:tcW w:type="dxa" w:w="4535"/>
          </w:tcPr>
          <w:p/>
        </w:tc>
        <w:tc>
          <w:tcPr>
            <w:tcW w:type="dxa" w:w="2778"/>
            <w:shd w:val="clear" w:color="auto" w:fill="f8e8e2"/>
          </w:tcPr>
          <w:p>
            <w:pPr>
              <w:bidi/>
            </w:pPr>
            <w:r>
              <w:rPr>
                <w:rFonts w:ascii="Arial" w:hAnsi="Arial" w:cs="Arial"/>
                <w:b/>
                <w:sz w:val="30"/>
                <w:rtl/>
                <w:bCs/>
                <w:szCs w:val="30"/>
              </w:rPr>
              <w:t>שֶׁטַח בָּנוּי</w:t>
            </w:r>
          </w:p>
        </w:tc>
        <w:tc>
          <w:tcPr>
            <w:tcW w:type="dxa" w:w="2778"/>
            <w:shd w:val="clear" w:color="auto" w:fill="f8e8e2"/>
          </w:tcPr>
          <w:p>
            <w:pPr>
              <w:bidi/>
            </w:pPr>
            <w:r>
              <w:rPr>
                <w:rFonts w:ascii="Arial" w:hAnsi="Arial" w:cs="Arial"/>
                <w:b/>
                <w:sz w:val="30"/>
                <w:rtl/>
                <w:bCs/>
                <w:szCs w:val="30"/>
              </w:rPr>
              <w:t>שֶׁטַח פָּתוּחַ</w:t>
            </w:r>
          </w:p>
        </w:tc>
      </w:tr>
      <w:tr>
        <w:trPr>
          <w:trHeight w:val="907" w:hRule="atLeast"/>
        </w:trPr>
        <w:tc>
          <w:tcPr>
            <w:tcW w:type="dxa" w:w="4535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468000" cy="468000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e2_170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 w:val="0"/>
                <w:sz w:val="30"/>
                <w:rtl/>
                <w:szCs w:val="30"/>
              </w:rPr>
              <w:t xml:space="preserve"> בִּנְיָן</w:t>
            </w:r>
          </w:p>
        </w:tc>
        <w:tc>
          <w:tcPr>
            <w:tcW w:type="dxa" w:w="2778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☐</w:t>
            </w:r>
          </w:p>
        </w:tc>
        <w:tc>
          <w:tcPr>
            <w:tcW w:type="dxa" w:w="2778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4535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468000" cy="468000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ec_170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 w:val="0"/>
                <w:sz w:val="30"/>
                <w:rtl/>
                <w:szCs w:val="30"/>
              </w:rPr>
              <w:t xml:space="preserve"> קַנְיוֹן</w:t>
            </w:r>
          </w:p>
        </w:tc>
        <w:tc>
          <w:tcPr>
            <w:tcW w:type="dxa" w:w="2778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☐</w:t>
            </w:r>
          </w:p>
        </w:tc>
        <w:tc>
          <w:tcPr>
            <w:tcW w:type="dxa" w:w="2778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4535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468000" cy="468000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33_170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 w:val="0"/>
                <w:sz w:val="30"/>
                <w:rtl/>
                <w:szCs w:val="30"/>
              </w:rPr>
              <w:t xml:space="preserve"> פַּארְק</w:t>
            </w:r>
          </w:p>
        </w:tc>
        <w:tc>
          <w:tcPr>
            <w:tcW w:type="dxa" w:w="2778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☐</w:t>
            </w:r>
          </w:p>
        </w:tc>
        <w:tc>
          <w:tcPr>
            <w:tcW w:type="dxa" w:w="2778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4535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468000" cy="468000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dd_170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 w:val="0"/>
                <w:sz w:val="30"/>
                <w:rtl/>
                <w:szCs w:val="30"/>
              </w:rPr>
              <w:t xml:space="preserve"> גַּן מִשְׂחָקִים</w:t>
            </w:r>
          </w:p>
        </w:tc>
        <w:tc>
          <w:tcPr>
            <w:tcW w:type="dxa" w:w="2778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☐</w:t>
            </w:r>
          </w:p>
        </w:tc>
        <w:tc>
          <w:tcPr>
            <w:tcW w:type="dxa" w:w="2778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☐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794" w:right="907" w:bottom="737" w:left="907" w:header="720" w:footer="340" w:gutter="0"/>
      <w:pgBorders w:offsetFrom="page">
        <w:top w:val="single" w:sz="18" w:space="22" w:color="E8603C"/>
        <w:left w:val="single" w:sz="18" w:space="22" w:color="E8603C"/>
        <w:bottom w:val="single" w:sz="18" w:space="22" w:color="E8603C"/>
        <w:right w:val="single" w:sz="18" w:space="22" w:color="E8603C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</w:pPr>
    <w:r>
      <w:rPr>
        <w:rFonts w:ascii="Arial" w:hAnsi="Arial" w:cs="Arial"/>
        <w:b w:val="0"/>
        <w:color w:val="6B7280"/>
        <w:sz w:val="20"/>
        <w:rtl/>
        <w:szCs w:val="20"/>
      </w:rPr>
      <w:t xml:space="preserve">מוֹלֶדֶת, חֶבְרָה וְאֶזְרָחוּת · כִּתָּה ב' · בֹּחַן מִתְקַדֵּם ·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1</w:t>
    </w:r>
    <w:r>
      <w:rPr>
        <w:sz w:val="20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Relationship Id="rId17" Type="http://schemas.openxmlformats.org/officeDocument/2006/relationships/image" Target="media/image8.png"/><Relationship Id="rId18" Type="http://schemas.openxmlformats.org/officeDocument/2006/relationships/image" Target="media/image9.png"/><Relationship Id="rId1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