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3cbcc"/>
          <w:left w:val="single" w:sz="12" w:color="#93cbcc"/>
          <w:bottom w:val="single" w:sz="12" w:color="#93cbcc"/>
          <w:right w:val="single" w:sz="12" w:color="#93cbcc"/>
          <w:insideH w:val="single" w:sz="12" w:color="#93cbcc"/>
          <w:insideV w:val="single" w:sz="12" w:color="#93cbc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f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D7A7C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הַבַּיִת שֶׁלִּי: סוּגֵי בָּתִּים</w:t>
            </w:r>
          </w:p>
        </w:tc>
        <w:tc>
          <w:tcPr>
            <w:tcW w:type="dxa" w:w="1134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</w:pPr>
      <w:r>
        <w:rPr>
          <w:rFonts w:ascii="Arial" w:hAnsi="Arial" w:cs="Arial"/>
          <w:b w:val="0"/>
          <w:sz w:val="26"/>
          <w:rtl/>
          <w:szCs w:val="26"/>
        </w:rPr>
        <w:t>שֵׁם פְּרָטִי: ____________   שֵׁם מִשְׁפָּחָה: ____________   כִּתָּה: ______</w:t>
      </w:r>
    </w:p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</w:tblPr>
      <w:tblGrid>
        <w:gridCol w:w="10092"/>
      </w:tblGrid>
      <w:tr>
        <w:tc>
          <w:tcPr>
            <w:tcW w:type="dxa" w:w="10092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אֵיזֶה בַּיִת אֶפְשָׁר לְקַפֵּל וְלָקַחַת לְטִיּוּל?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a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1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בְּאֵיזֶה בַּיִת גָּרוֹת הַרְבֵּה מִשְׁפָּחוֹת, אַחַת מֵעַל הַשְּׁנִיָּה?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6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a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אֵיזֶה בַּיִת עוֹמֵד עַל הַקַּרְקַע וְיֵשׁ לוֹ חָצֵר עִם עֵץ?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1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a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9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3cbcc"/>
          <w:left w:val="single" w:sz="12" w:color="#93cbcc"/>
          <w:bottom w:val="single" w:sz="12" w:color="#93cbcc"/>
          <w:right w:val="single" w:sz="12" w:color="#93cbcc"/>
          <w:insideH w:val="single" w:sz="12" w:color="#93cbcc"/>
          <w:insideV w:val="single" w:sz="12" w:color="#93cbc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f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D7A7C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הַבַּיִת שֶׁלִּי: סוּגֵי בָּתִּים</w:t>
            </w:r>
          </w:p>
        </w:tc>
        <w:tc>
          <w:tcPr>
            <w:tcW w:type="dxa" w:w="1134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</w:tblPr>
      <w:tblGrid>
        <w:gridCol w:w="10092"/>
      </w:tblGrid>
      <w:tr>
        <w:tc>
          <w:tcPr>
            <w:tcW w:type="dxa" w:w="10092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מִתְחוּ קַו מֵהַמִּלָּה אֶל הַתְּמוּנָה הַמַּתְאִימָה.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</w:tblPr>
      <w:tblGrid>
        <w:gridCol w:w="3685"/>
        <w:gridCol w:w="3288"/>
        <w:gridCol w:w="3118"/>
      </w:tblGrid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אֹהֶל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1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בַּיִת פְּרָטִי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a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בִּנְיָן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a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דֶּלֶת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3cbcc"/>
          <w:left w:val="single" w:sz="12" w:color="#93cbcc"/>
          <w:bottom w:val="single" w:sz="12" w:color="#93cbcc"/>
          <w:right w:val="single" w:sz="12" w:color="#93cbcc"/>
          <w:insideH w:val="single" w:sz="12" w:color="#93cbcc"/>
          <w:insideV w:val="single" w:sz="12" w:color="#93cbc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f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D7A7C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הַבַּיִת שֶׁלִּי: סוּגֵי בָּתִּים</w:t>
            </w:r>
          </w:p>
        </w:tc>
        <w:tc>
          <w:tcPr>
            <w:tcW w:type="dxa" w:w="1134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</w:tblPr>
      <w:tblGrid>
        <w:gridCol w:w="10092"/>
      </w:tblGrid>
      <w:tr>
        <w:tc>
          <w:tcPr>
            <w:tcW w:type="dxa" w:w="10092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כָּל הַבָּתִּים נִרְאִים אוֹתוֹ דָּבָר.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בְּבִנְיָן רַב-קוֹמוֹת יֵשׁ מַדְרֵגוֹת אוֹ מַעֲלִית.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אֹהֶל הוּא בַּיִת קָבוּעַ שֶׁאִי אֶפְשָׁר לְהָזִיז.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3cbcc"/>
          <w:left w:val="single" w:sz="12" w:color="#93cbcc"/>
          <w:bottom w:val="single" w:sz="12" w:color="#93cbcc"/>
          <w:right w:val="single" w:sz="12" w:color="#93cbcc"/>
          <w:insideH w:val="single" w:sz="12" w:color="#93cbcc"/>
          <w:insideV w:val="single" w:sz="12" w:color="#93cbc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f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D7A7C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הַבַּיִת שֶׁלִּי: סוּגֵי בָּתִּים</w:t>
            </w:r>
          </w:p>
        </w:tc>
        <w:tc>
          <w:tcPr>
            <w:tcW w:type="dxa" w:w="1134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</w:tblPr>
      <w:tblGrid>
        <w:gridCol w:w="10092"/>
      </w:tblGrid>
      <w:tr>
        <w:tc>
          <w:tcPr>
            <w:tcW w:type="dxa" w:w="10092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 וְהַדְבִּיקוּ כָּאן בַּמָּקוֹם הַנָּכוֹן: מָה נִמְצָא בְּתוֹךְ הַבַּיִת וּמָה נִמְצָא מִחוּץ לַבַּיִת?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b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בְּתוֹךְ הַבַּיִת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מִחוּץ לַבַּיִת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3cbcc"/>
          <w:left w:val="single" w:sz="12" w:color="#93cbcc"/>
          <w:bottom w:val="single" w:sz="12" w:color="#93cbcc"/>
          <w:right w:val="single" w:sz="12" w:color="#93cbcc"/>
          <w:insideH w:val="single" w:sz="12" w:color="#93cbcc"/>
          <w:insideV w:val="single" w:sz="12" w:color="#93cbc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2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f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D7A7C"/>
                <w:sz w:val="26"/>
                <w:rtl/>
                <w:bCs/>
                <w:szCs w:val="26"/>
              </w:rPr>
              <w:t>דַּף גְּזֵירָה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הַבַּיִת שֶׁלִּי: סוּגֵי בָּתִּים</w:t>
            </w:r>
          </w:p>
        </w:tc>
        <w:tc>
          <w:tcPr>
            <w:tcW w:type="dxa" w:w="1134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</w:tblPr>
      <w:tblGrid>
        <w:gridCol w:w="10092"/>
      </w:tblGrid>
      <w:tr>
        <w:tc>
          <w:tcPr>
            <w:tcW w:type="dxa" w:w="10092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לְאֹרֶךְ הַקַּוִּים וְהַדְבִּיקוּ בְּעַמּוּד 4.</w:t>
            </w:r>
          </w:p>
        </w:tc>
      </w:tr>
    </w:tbl>
    <w:p>
      <w:pPr>
        <w:bidi/>
        <w:spacing w:after="80"/>
      </w:pPr>
    </w:p>
    <w:tbl>
      <w:tblPr>
        <w:bidiVisual/>
        <w:tblW w:type="dxa" w:w="10086"/>
        <w:tblLook w:firstColumn="1" w:firstRow="1" w:lastColumn="0" w:lastRow="0" w:noHBand="0" w:noVBand="1" w:val="04A0"/>
        <w:tblBorders>
          <w:top w:val="dashed" w:sz="12" w:color="374151"/>
          <w:left w:val="dashed" w:sz="12" w:color="374151"/>
          <w:bottom w:val="dashed" w:sz="12" w:color="374151"/>
          <w:right w:val="dashed" w:sz="12" w:color="374151"/>
          <w:insideH w:val="dashed" w:sz="12" w:color="374151"/>
          <w:insideV w:val="dashed" w:sz="12" w:color="374151"/>
        </w:tblBorders>
        <w:tblLayout w:type="fixed"/>
      </w:tblPr>
      <w:tblGrid>
        <w:gridCol w:w="3362"/>
        <w:gridCol w:w="3362"/>
        <w:gridCol w:w="3362"/>
      </w:tblGrid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f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מִטָּה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1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אַמְבַּטְיָה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a91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כִּסֵּא</w:t>
            </w:r>
          </w:p>
        </w:tc>
      </w:tr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עֵץ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97_17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מְכוֹנִית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מַגְלֵשָׁה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דַּף עֲבוֹדָה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