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e8553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e8553a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הַסְּבִיבָה הַקְּרוֹבָה: צִמְחִיָּה וְתַשְׁתִּיּוֹת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0907f"/>
          <w:left w:val="single" w:sz="12" w:color="f0907f"/>
          <w:bottom w:val="single" w:sz="12" w:color="f0907f"/>
          <w:right w:val="single" w:sz="12" w:color="f0907f"/>
          <w:insideH w:val="single" w:sz="12" w:color="f0907f"/>
          <w:insideV w:val="single" w:sz="12" w:color="f0907f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לְיַד הַבַּיִת יֵשׁ עֵצִים, שִׂיחִים וּפְרָחִים.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רְחוֹבוֹת וּכְבִישִׁים מוֹבִילִים אֶל הַבַּיִת.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צִנּוֹרוֹת מְבִיאִים מַיִם אֶל הַבַּיִת.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חוּטֵי חַשְׁמַל מְבִיאִים חַשְׁמַל אֶל הַבַּיִת.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cc4b33"/>
          <w:left w:val="dashed" w:sz="12" w:color="cc4b33"/>
          <w:bottom w:val="dashed" w:sz="12" w:color="cc4b33"/>
          <w:right w:val="dashed" w:sz="12" w:color="cc4b33"/>
          <w:insideH w:val="dashed" w:sz="12" w:color="cc4b33"/>
          <w:insideV w:val="dashed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לְיַד הַבַּיִת יֵשׁ טֶבַע, וְיֵשׁ דְּבָרִים שֶׁהָאָדָם בָּנָה כְּדֵי שֶׁיִּהְיֶה לָנוּ נוֹחַ.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