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f5b2a6"/>
          <w:left w:val="single" w:sz="12" w:color="#f5b2a6"/>
          <w:bottom w:val="single" w:sz="12" w:color="#f5b2a6"/>
          <w:right w:val="single" w:sz="12" w:color="#f5b2a6"/>
          <w:insideH w:val="single" w:sz="12" w:color="#f5b2a6"/>
          <w:insideV w:val="single" w:sz="12" w:color="#f5b2a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e3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ce7e3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CC4B33"/>
                <w:sz w:val="26"/>
                <w:rtl/>
                <w:bCs/>
                <w:szCs w:val="26"/>
              </w:rPr>
              <w:t>דַּף סִכּוּם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הַסְּבִיבָה הַקְּרוֹבָה: צִמְחִיָּה וְתַשְׁתִּיּוֹת</w:t>
            </w:r>
          </w:p>
        </w:tc>
        <w:tc>
          <w:tcPr>
            <w:tcW w:type="dxa" w:w="1134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f0907f"/>
          <w:left w:val="single" w:sz="12" w:color="f0907f"/>
          <w:bottom w:val="single" w:sz="12" w:color="f0907f"/>
          <w:right w:val="single" w:sz="12" w:color="f0907f"/>
          <w:insideH w:val="single" w:sz="12" w:color="f0907f"/>
          <w:insideV w:val="single" w:sz="12" w:color="f0907f"/>
        </w:tblBorders>
        <w:tblLayout w:type="fixed"/>
      </w:tblPr>
      <w:tblGrid>
        <w:gridCol w:w="5046"/>
        <w:gridCol w:w="5046"/>
      </w:tblGrid>
      <w:tr>
        <w:trPr>
          <w:trHeight w:val="510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לְיַד הַבַּיִת יֵשׁ עֵצִים, שִׂיחִים וּפְרָחִים.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e3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רְחוֹבוֹת וּכְבִישִׁים מוֹבִילִים אֶל הַבַּיִת.</w:t>
            </w:r>
          </w:p>
        </w:tc>
      </w:tr>
      <w:tr>
        <w:trPr>
          <w:trHeight w:val="510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b0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צִנּוֹרוֹת מְבִיאִים מַיִם אֶל הַבַּיִת.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a1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חוּטֵי חַשְׁמַל מְבִיאִים חַשְׁמַל אֶל הַבַּיִת.</w:t>
            </w:r>
          </w:p>
        </w:tc>
      </w:tr>
    </w:tbl>
    <w:p>
      <w:pPr>
        <w:bidi/>
        <w:spacing w:after="12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cc4b33"/>
          <w:left w:val="dashed" w:sz="12" w:color="cc4b33"/>
          <w:bottom w:val="dashed" w:sz="12" w:color="cc4b33"/>
          <w:right w:val="dashed" w:sz="12" w:color="cc4b33"/>
          <w:insideH w:val="dashed" w:sz="12" w:color="cc4b33"/>
          <w:insideV w:val="dashed" w:sz="12" w:color="cc4b33"/>
        </w:tblBorders>
      </w:tblPr>
      <w:tblGrid>
        <w:gridCol w:w="10092"/>
      </w:tblGrid>
      <w:tr>
        <w:tc>
          <w:tcPr>
            <w:tcW w:type="dxa" w:w="10092"/>
            <w:shd w:val="clear" w:color="auto" w:fill="fcebe7"/>
          </w:tcPr>
          <w:p>
            <w:pPr>
              <w:bidi/>
            </w:pPr>
            <w:r>
              <w:rPr>
                <w:rFonts w:ascii="Arial" w:hAnsi="Arial" w:cs="Arial"/>
                <w:b/>
                <w:color w:val="CC4B33"/>
                <w:sz w:val="36"/>
                <w:rtl/>
                <w:bCs/>
                <w:szCs w:val="36"/>
              </w:rPr>
              <w:t xml:space="preserve">זִכְרוּ! </w:t>
            </w: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לְיַד הַבַּיִת יֵשׁ טֶבַע, וְיֵשׁ דְּבָרִים שֶׁהָאָדָם בָּנָה כְּדֵי שֶׁיִּהְיֶה לָנוּ נוֹחַ.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 xml:space="preserve">מוֹלֶדֶת, חֶבְרָה וְאֶזְרָחוּת · כִּתָּה ב' · דַּף סִכּוּם ·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