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דַּף סִכּוּם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81bd83"/>
          <w:left w:val="single" w:sz="12" w:color="81bd83"/>
          <w:bottom w:val="single" w:sz="12" w:color="81bd83"/>
          <w:right w:val="single" w:sz="12" w:color="81bd83"/>
          <w:insideH w:val="single" w:sz="12" w:color="81bd83"/>
          <w:insideV w:val="single" w:sz="12" w:color="81bd83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הַר הוּא מָקוֹם גָּבוֹהַּ עִם מִדְרוֹן.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עֵמֶק הוּא מָקוֹם נָמוּךְ בֵּין הָרִים.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מִישׁוֹר הוּא שֶׁטַח שָׁטוּחַ וְנָמוּךְ.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רָמָה הִיא שֶׁטַח שָׁטוּחַ וְגָבוֹהַּ.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368838"/>
          <w:left w:val="dashed" w:sz="12" w:color="368838"/>
          <w:bottom w:val="dashed" w:sz="12" w:color="368838"/>
          <w:right w:val="dashed" w:sz="12" w:color="368838"/>
          <w:insideH w:val="dashed" w:sz="12" w:color="368838"/>
          <w:insideV w:val="dashed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הַר – גָּבוֹהַּ. עֵמֶק – נָמוּךְ בֵּין הָרִים. מִישׁוֹר – שָׁטוּחַ וְנָמוּךְ. רָמָה – שְׁטוּחָה וּגְבוֹהָה.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סִכּוּם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