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1b359"/>
          <w:left w:val="single" w:sz="12" w:color="e1b359"/>
          <w:bottom w:val="single" w:sz="12" w:color="e1b359"/>
          <w:right w:val="single" w:sz="12" w:color="e1b359"/>
          <w:insideH w:val="single" w:sz="12" w:color="e1b359"/>
          <w:insideV w:val="single" w:sz="12" w:color="e1b359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מִשְׁפָּחוֹת עוֹבְרוֹת דִּירָה לְבַיִת חָדָשׁ.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כְּשֶׁנּוֹלַד תִּינוֹק, הַמִּשְׁפָּחָה גָּדְלָה.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בּוֹנִים בָּתִּים, כְּבִישִׁים וְגַנִּים.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גַּן מִשְׂחָקִים חָדָשׁ הוּא שֶׁטַח פָּתוּחַ לְכֻלָּם.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87900"/>
          <w:left w:val="dashed" w:sz="12" w:color="b87900"/>
          <w:bottom w:val="dashed" w:sz="12" w:color="b87900"/>
          <w:right w:val="dashed" w:sz="12" w:color="b87900"/>
          <w:insideH w:val="dashed" w:sz="12" w:color="b87900"/>
          <w:insideV w:val="dashed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הַבַּיִת וְהַשְּׁכוּנָה מִשְׁתַּנִּים כָּל הַזְּמַן. חָשׁוּב לִשְׁמֹר גַּם עַל שְׁטָחִים פְּתוּחִים.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