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aca8c"/>
          <w:left w:val="single" w:sz="12" w:color="#eaca8c"/>
          <w:bottom w:val="single" w:sz="12" w:color="#eaca8c"/>
          <w:right w:val="single" w:sz="12" w:color="#eaca8c"/>
          <w:insideH w:val="single" w:sz="12" w:color="#eaca8c"/>
          <w:insideV w:val="single" w:sz="12" w:color="#eaca8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fdb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87900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שִׁנּוּיִים בַּבַּיִת וּבַסְּבִיבָה</w:t>
            </w:r>
          </w:p>
        </w:tc>
        <w:tc>
          <w:tcPr>
            <w:tcW w:type="dxa" w:w="1134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</w:pPr>
      <w:r>
        <w:rPr>
          <w:rFonts w:ascii="Arial" w:hAnsi="Arial" w:cs="Arial"/>
          <w:b w:val="0"/>
          <w:sz w:val="26"/>
          <w:rtl/>
          <w:szCs w:val="26"/>
        </w:rPr>
        <w:t>שֵׁם פְּרָטִי: ____________   שֵׁם מִשְׁפָּחָה: ____________   כִּתָּה: ______</w:t>
      </w:r>
    </w:p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</w:tblPr>
      <w:tblGrid>
        <w:gridCol w:w="10092"/>
      </w:tblGrid>
      <w:tr>
        <w:tc>
          <w:tcPr>
            <w:tcW w:type="dxa" w:w="10092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עוֹזֵר לְמִשְׁפָּחָה לַעֲבֹר דִּירָה?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9a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7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רוֹאִים כְּשֶׁבּוֹנִים בִּנְיָן חָדָשׁ?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1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6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מִי נוֹלַד וְשִׁנָּה אֶת הַמִּשְׁפָּחָה?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6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d1-200d-1f3eb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4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aca8c"/>
          <w:left w:val="single" w:sz="12" w:color="#eaca8c"/>
          <w:bottom w:val="single" w:sz="12" w:color="#eaca8c"/>
          <w:right w:val="single" w:sz="12" w:color="#eaca8c"/>
          <w:insideH w:val="single" w:sz="12" w:color="#eaca8c"/>
          <w:insideV w:val="single" w:sz="12" w:color="#eaca8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fdb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87900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שִׁנּוּיִים בַּבַּיִת וּבַסְּבִיבָה</w:t>
            </w:r>
          </w:p>
        </w:tc>
        <w:tc>
          <w:tcPr>
            <w:tcW w:type="dxa" w:w="1134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</w:tblPr>
      <w:tblGrid>
        <w:gridCol w:w="10092"/>
      </w:tblGrid>
      <w:tr>
        <w:tc>
          <w:tcPr>
            <w:tcW w:type="dxa" w:w="10092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מִתְחוּ קַו מֵהַמִּלָּה אֶל הַתְּמוּנָה הַמַּתְאִימָה.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</w:tblPr>
      <w:tblGrid>
        <w:gridCol w:w="3685"/>
        <w:gridCol w:w="3288"/>
        <w:gridCol w:w="3118"/>
      </w:tblGrid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מַעֲבַר דִּירָה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6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תִּינוֹק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9a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בְּנִיָּה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גַּן מִשְׂחָקִים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aca8c"/>
          <w:left w:val="single" w:sz="12" w:color="#eaca8c"/>
          <w:bottom w:val="single" w:sz="12" w:color="#eaca8c"/>
          <w:right w:val="single" w:sz="12" w:color="#eaca8c"/>
          <w:insideH w:val="single" w:sz="12" w:color="#eaca8c"/>
          <w:insideV w:val="single" w:sz="12" w:color="#eaca8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fdb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87900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שִׁנּוּיִים בַּבַּיִת וּבַסְּבִיבָה</w:t>
            </w:r>
          </w:p>
        </w:tc>
        <w:tc>
          <w:tcPr>
            <w:tcW w:type="dxa" w:w="1134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</w:tblPr>
      <w:tblGrid>
        <w:gridCol w:w="10092"/>
      </w:tblGrid>
      <w:tr>
        <w:tc>
          <w:tcPr>
            <w:tcW w:type="dxa" w:w="10092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הַשְּׁכוּנָה שֶׁלָּנוּ לֹא מִשְׁתַּנָּה אַף פַּעַם.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כְּשֶׁנּוֹלַד תִּינוֹק, הַמִּשְׁפָּחָה מִשְׁתַּנָּה.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גַּן צִבּוּרִי הוּא שֶׁטַח פָּתוּחַ.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aca8c"/>
          <w:left w:val="single" w:sz="12" w:color="#eaca8c"/>
          <w:bottom w:val="single" w:sz="12" w:color="#eaca8c"/>
          <w:right w:val="single" w:sz="12" w:color="#eaca8c"/>
          <w:insideH w:val="single" w:sz="12" w:color="#eaca8c"/>
          <w:insideV w:val="single" w:sz="12" w:color="#eaca8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fdb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87900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שִׁנּוּיִים בַּבַּיִת וּבַסְּבִיבָה</w:t>
            </w:r>
          </w:p>
        </w:tc>
        <w:tc>
          <w:tcPr>
            <w:tcW w:type="dxa" w:w="1134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</w:tblPr>
      <w:tblGrid>
        <w:gridCol w:w="10092"/>
      </w:tblGrid>
      <w:tr>
        <w:tc>
          <w:tcPr>
            <w:tcW w:type="dxa" w:w="10092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 וְהַדְבִּיקוּ כָּאן בַּמָּקוֹם הַנָּכוֹן: מָה שֶׁטַח בָּנוּי וּמָה שֶׁטַח פָּתוּחַ?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שֶׁטַח בָּנוּי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שֶׁטַח פָּתוּחַ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aca8c"/>
          <w:left w:val="single" w:sz="12" w:color="#eaca8c"/>
          <w:bottom w:val="single" w:sz="12" w:color="#eaca8c"/>
          <w:right w:val="single" w:sz="12" w:color="#eaca8c"/>
          <w:insideH w:val="single" w:sz="12" w:color="#eaca8c"/>
          <w:insideV w:val="single" w:sz="12" w:color="#eaca8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2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fdb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87900"/>
                <w:sz w:val="26"/>
                <w:rtl/>
                <w:bCs/>
                <w:szCs w:val="26"/>
              </w:rPr>
              <w:t>דַּף גְּזֵירָה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שִׁנּוּיִים בַּבַּיִת וּבַסְּבִיבָה</w:t>
            </w:r>
          </w:p>
        </w:tc>
        <w:tc>
          <w:tcPr>
            <w:tcW w:type="dxa" w:w="1134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</w:tblPr>
      <w:tblGrid>
        <w:gridCol w:w="10092"/>
      </w:tblGrid>
      <w:tr>
        <w:tc>
          <w:tcPr>
            <w:tcW w:type="dxa" w:w="10092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לְאֹרֶךְ הַקַּוִּים וְהַדְבִּיקוּ בְּעַמּוּד 4.</w:t>
            </w:r>
          </w:p>
        </w:tc>
      </w:tr>
    </w:tbl>
    <w:p>
      <w:pPr>
        <w:bidi/>
        <w:spacing w:after="80"/>
      </w:pPr>
    </w:p>
    <w:tbl>
      <w:tblPr>
        <w:bidiVisual/>
        <w:tblW w:type="dxa" w:w="10086"/>
        <w:tblLook w:firstColumn="1" w:firstRow="1" w:lastColumn="0" w:lastRow="0" w:noHBand="0" w:noVBand="1" w:val="04A0"/>
        <w:tblBorders>
          <w:top w:val="dashed" w:sz="12" w:color="374151"/>
          <w:left w:val="dashed" w:sz="12" w:color="374151"/>
          <w:bottom w:val="dashed" w:sz="12" w:color="374151"/>
          <w:right w:val="dashed" w:sz="12" w:color="374151"/>
          <w:insideH w:val="dashed" w:sz="12" w:color="374151"/>
          <w:insideV w:val="dashed" w:sz="12" w:color="374151"/>
        </w:tblBorders>
        <w:tblLayout w:type="fixed"/>
      </w:tblPr>
      <w:tblGrid>
        <w:gridCol w:w="3362"/>
        <w:gridCol w:w="3362"/>
        <w:gridCol w:w="3362"/>
      </w:tblGrid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בִּנְיָן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c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קַנְיוֹן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6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בַּנְק</w:t>
            </w:r>
          </w:p>
        </w:tc>
      </w:tr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פַּארְק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גַּן מִשְׂחָקִים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e_17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שָׂדֶה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דַּף עֲבוֹדָה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