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</w:pPr>
      <w:r>
        <w:rPr>
          <w:rFonts w:ascii="Arial" w:hAnsi="Arial" w:cs="Arial"/>
          <w:b w:val="0"/>
          <w:sz w:val="26"/>
          <w:rtl/>
          <w:szCs w:val="26"/>
        </w:rPr>
        <w:t>שֵׁם פְּרָטִי: ____________   שֵׁם מִשְׁפָּחָה: ____________   כִּתָּה: ______</w:t>
      </w:r>
    </w:p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מִי הִיא אִמָּא שֶׁל אִמָּא?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6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5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אֵיזוֹ תְּמוּנָה מַרְאָה מִשְׁפָּחָה?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8c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אֵיךְ עוֹזְרִים בַּבַּיִת?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ae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9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a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685"/>
        <w:gridCol w:w="3288"/>
        <w:gridCol w:w="3118"/>
      </w:tblGrid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סַבָּא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5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סַבְתָּא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4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תִּינוֹק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מִשְׁפָּחָה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סַבָּא וְסַבְתָּא הֵם חֵלֶק מֵהַמִּשְׁפָּחָה הַמֻּרְחֶבֶת.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רַק הַהוֹרִים צְרִיכִים לַעֲזֹר בַּבַּיִת.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כָּל הַמִּשְׁפָּחוֹת בְּדִיּוּק אוֹתוֹ הַדָּבָר.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 וְהַדְבִּיקוּ כָּאן בַּמָּקוֹם הַנָּכוֹן: מָה זְכוּת וּמָה חוֹבָה שֶׁל יֶלֶד בַּמִּשְׁפָּחָה?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81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זְכוּת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9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חוֹבָה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דַּף גְּזֵירָה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לְאֹרֶךְ הַקַּוִּים וְהַדְבִּיקוּ בְּעַמּוּד 4.</w:t>
            </w:r>
          </w:p>
        </w:tc>
      </w:tr>
    </w:tbl>
    <w:p>
      <w:pPr>
        <w:bidi/>
        <w:spacing w:after="80"/>
      </w:pPr>
    </w:p>
    <w:tbl>
      <w:tblPr>
        <w:bidiVisual/>
        <w:tblW w:type="dxa" w:w="10086"/>
        <w:tblLook w:firstColumn="1" w:firstRow="1" w:lastColumn="0" w:lastRow="0" w:noHBand="0" w:noVBand="1" w:val="04A0"/>
        <w:tblBorders>
          <w:top w:val="dashed" w:sz="12" w:color="374151"/>
          <w:left w:val="dashed" w:sz="12" w:color="374151"/>
          <w:bottom w:val="dashed" w:sz="12" w:color="374151"/>
          <w:right w:val="dashed" w:sz="12" w:color="374151"/>
          <w:insideH w:val="dashed" w:sz="12" w:color="374151"/>
          <w:insideV w:val="dashed" w:sz="12" w:color="374151"/>
        </w:tblBorders>
        <w:tblLayout w:type="fixed"/>
      </w:tblPr>
      <w:tblGrid>
        <w:gridCol w:w="3362"/>
        <w:gridCol w:w="3362"/>
        <w:gridCol w:w="3362"/>
      </w:tblGrid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4e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לְקַבֵּל אֹכֶל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f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מִטָּה חַמָּה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7_17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אַהֲבָה</w:t>
            </w:r>
          </w:p>
        </w:tc>
      </w:tr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9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לַעֲזֹר לְנַקּוֹת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8_17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לְסַדֵּר צַעֲצוּעִים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d_17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לְכַבֵּד אֶת הַהוֹרִים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דַּף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