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הִיא אִמָּא שֶׁל אִמָּא?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6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אֵיזוֹ תְּמוּנָה מַרְאָה מִשְׁפָּחָה?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אֵיךְ עוֹזְרִים בַּבַּיִת?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a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סַבָּא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סַבְתָּא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תִּינוֹק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מִשְׁפָּחָה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סַבָּא וְסַבְתָּא הֵם חֵלֶק מֵהַמִּשְׁפָּחָה הַמֻּרְחֶבֶת.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רַק הַהוֹרִים צְרִיכִים לַעֲזֹר בַּבַּיִת.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כֻּלָּם עוֹזְרִים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הַמִּשְׁפָּחוֹת בְּדִיּוּק אוֹתוֹ הַדָּבָר.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כָּל מִשְׁפָּחָה שׁוֹנָה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מַחְוָן – 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בְּדַף הָעֲבוֹדָה וְהַדְבִּיקוּ כָּאן בַּמָּקוֹם הַנָּכוֹן: מָה זְכוּת וּמָה חוֹבָה שֶׁל יֶלֶד בַּמִּשְׁפָּחָה?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זְכוּת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חוֹבָה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4e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לְקַבֵּל אֹכֶל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לַעֲזֹר לְנַקּוֹת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מִטָּה חַמָּה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לְסַדֵּר צַעֲצוּעִים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7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אַהֲבָה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 xml:space="preserve">  לְכַבֵּד אֶת הַהוֹרִים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