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דַּף סִכּוּם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cf9176"/>
          <w:left w:val="single" w:sz="12" w:color="cf9176"/>
          <w:bottom w:val="single" w:sz="12" w:color="cf9176"/>
          <w:right w:val="single" w:sz="12" w:color="cf9176"/>
          <w:insideH w:val="single" w:sz="12" w:color="cf9176"/>
          <w:insideV w:val="single" w:sz="12" w:color="cf9176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הַכִּתָּה הִיא קְבוּצָה: כֻּלָּנוּ לוֹמְדִים יַחַד.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b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כְּשֶׁמַּגִּיעַ יֶלֶד חָדָשׁ, מְקַבְּלִים אוֹתוֹ בְּשִׂמְחָה.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מְכַבְּדִים אֶת מִי שֶׁשּׁוֹנֶה מֵאִתָּנוּ.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8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בַּשְּׁכוּנָה גָּרִים שְׁכֵנִים, וְכֻלָּם יַחַד הֵם קְהִלָּה.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9f4c28"/>
          <w:left w:val="dashed" w:sz="12" w:color="9f4c28"/>
          <w:bottom w:val="dashed" w:sz="12" w:color="9f4c28"/>
          <w:right w:val="dashed" w:sz="12" w:color="9f4c28"/>
          <w:insideH w:val="dashed" w:sz="12" w:color="9f4c28"/>
          <w:insideV w:val="dashed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בַּכִּתָּה וּבַקְּהִלָּה שׁוֹמְרִים עַל כָּבוֹד וּמְקַבְּלִים כָּל יֶלֶד.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סִכּוּם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