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e48696"/>
          <w:left w:val="single" w:sz="12" w:color="e48696"/>
          <w:bottom w:val="single" w:sz="12" w:color="e48696"/>
          <w:right w:val="single" w:sz="12" w:color="e48696"/>
          <w:insideH w:val="single" w:sz="12" w:color="e48696"/>
          <w:insideV w:val="single" w:sz="12" w:color="e48696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בַּכִּתָּה יֵשׁ תַּקָּנוֹן: כְּלָלִים שֶׁכֻּלָּנוּ מַסְכִּימִים עֲלֵיהֶם.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בַּכְּבִישׁ יֵשׁ חֻקִּים שֶׁשּׁוֹמְרִים עָלֵינוּ.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בַּשְּׁכוּנָה שׁוֹמְרִים עַל נִקָּיוֹן וְשֶׁקֶט.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a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כְּשֶׁרַבִּים – מְדַבְּרִים וּמַשְׁלִימִים בְּדַרְכֵי שָׁלוֹם.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bc3d52"/>
          <w:left w:val="dashed" w:sz="12" w:color="bc3d52"/>
          <w:bottom w:val="dashed" w:sz="12" w:color="bc3d52"/>
          <w:right w:val="dashed" w:sz="12" w:color="bc3d52"/>
          <w:insideH w:val="dashed" w:sz="12" w:color="bc3d52"/>
          <w:insideV w:val="dashed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כְּלָלִים וְחֻקִּים שׁוֹמְרִים עָלֵינוּ וְעוֹזְרִים לְכֻלָּם לִחְיוֹת יַחַד.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