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  <w:tblLayout w:type="fixed"/>
      </w:tblPr>
      <w:tblGrid>
        <w:gridCol w:w="2608"/>
        <w:gridCol w:w="7484"/>
      </w:tblGrid>
      <w:tr>
        <w:trPr>
          <w:trHeight w:val="2381" w:hRule="atLeast"/>
        </w:trPr>
        <w:tc>
          <w:tcPr>
            <w:tcW w:type="dxa" w:w="2608"/>
            <w:shd w:val="clear" w:color="auto" w:fill="6f8a1c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3"/>
            <w:shd w:val="clear" w:color="auto" w:fill="6f8a1c"/>
          </w:tcPr>
          <w:p>
            <w:pPr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bCs/>
                <w:szCs w:val="32"/>
              </w:rPr>
              <w:t>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color w:val="FFFFFF"/>
                <w:sz w:val="60"/>
                <w:rtl/>
                <w:bCs/>
                <w:szCs w:val="60"/>
              </w:rPr>
              <w:t>כֶּסֶף וְצַרְכָנוּת נְבוֹנָה</w:t>
            </w:r>
          </w:p>
        </w:tc>
      </w:tr>
    </w:tbl>
    <w:p>
      <w:pPr>
        <w:bidi/>
        <w:spacing w:after="20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a1b36b"/>
          <w:left w:val="single" w:sz="12" w:color="a1b36b"/>
          <w:bottom w:val="single" w:sz="12" w:color="a1b36b"/>
          <w:right w:val="single" w:sz="12" w:color="a1b36b"/>
          <w:insideH w:val="single" w:sz="12" w:color="a1b36b"/>
          <w:insideV w:val="single" w:sz="12" w:color="a1b36b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c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הַהוֹרִים עוֹבְדִים וּמַרְוִיחִים כֶּסֶף.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9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מְשַׁלְּמִים בְּמַטְבְּעוֹת, בִּשְׁטָרוֹת, בְּכַרְטִיס אוֹ בַּטֵּלֵפוֹן.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7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לִפְנֵי שֶׁקּוֹנִים, מַשְׁוִים מְחִירִים.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d9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חוֹסְכִים כֶּסֶף בַּצַּד לְדָבָר חָשׁוּב.</w:t>
            </w:r>
          </w:p>
        </w:tc>
      </w:tr>
    </w:tbl>
    <w:p>
      <w:pPr>
        <w:bidi/>
        <w:spacing w:after="200"/>
      </w:pPr>
    </w:p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627919"/>
          <w:left w:val="dashed" w:sz="12" w:color="627919"/>
          <w:bottom w:val="dashed" w:sz="12" w:color="627919"/>
          <w:right w:val="dashed" w:sz="12" w:color="627919"/>
          <w:insideH w:val="dashed" w:sz="12" w:color="627919"/>
          <w:insideV w:val="dashed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כֶּסֶף מַרְוִיחִים בָּעֲבוֹדָה. קוֹנִים בְּחָכְמָה וְחוֹסְכִים.</w:t>
            </w:r>
          </w:p>
        </w:tc>
      </w:tr>
    </w:tbl>
    <w:p>
      <w:pPr>
        <w:bidi/>
        <w:spacing w:after="0"/>
      </w:pPr>
      <w:r>
        <w:drawing>
          <wp:inline xmlns:a="http://schemas.openxmlformats.org/drawingml/2006/main" xmlns:pic="http://schemas.openxmlformats.org/drawingml/2006/picture">
            <wp:extent cx="576000" cy="1445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445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>מוֹלֶדֶת, חֶבְרָה וְאֶזְרָחוּת · כִּתָּה ב'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