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200"/>
      </w:pPr>
      <w:r>
        <w:drawing>
          <wp:inline xmlns:a="http://schemas.openxmlformats.org/drawingml/2006/main" xmlns:pic="http://schemas.openxmlformats.org/drawingml/2006/picture">
            <wp:extent cx="720000" cy="1807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80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160"/>
      </w:pPr>
      <w:r>
        <w:rPr>
          <w:rFonts w:ascii="Arial" w:hAnsi="Arial" w:cs="Arial"/>
          <w:b/>
          <w:color w:val="CC5435"/>
          <w:sz w:val="44"/>
          <w:rtl/>
          <w:bCs/>
          <w:szCs w:val="44"/>
        </w:rPr>
        <w:t>חוֹבֶרֶת עֲבוֹדָה</w:t>
      </w:r>
    </w:p>
    <w:p>
      <w:pPr>
        <w:bidi/>
        <w:spacing w:after="160"/>
      </w:pPr>
      <w:r>
        <w:rPr>
          <w:rFonts w:ascii="Arial" w:hAnsi="Arial" w:cs="Arial"/>
          <w:b/>
          <w:sz w:val="72"/>
          <w:rtl/>
          <w:bCs/>
          <w:szCs w:val="72"/>
        </w:rPr>
        <w:t>מוֹלֶדֶת, חֶבְרָה וְאֶזְרָחוּת</w:t>
      </w:r>
    </w:p>
    <w:p>
      <w:pPr>
        <w:bidi/>
        <w:spacing w:after="320"/>
      </w:pPr>
      <w:r>
        <w:rPr>
          <w:rFonts w:ascii="Arial" w:hAnsi="Arial" w:cs="Arial"/>
          <w:b/>
          <w:sz w:val="48"/>
          <w:rtl/>
          <w:bCs/>
          <w:szCs w:val="48"/>
        </w:rPr>
        <w:t>כִּתָּה ב'</w:t>
      </w:r>
    </w:p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0_17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52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0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0"/>
      </w:pPr>
    </w:p>
    <w:p>
      <w:pPr>
        <w:bidi/>
        <w:spacing w:after="80"/>
      </w:pPr>
      <w:r>
        <w:rPr>
          <w:rFonts w:ascii="Arial" w:hAnsi="Arial" w:cs="Arial"/>
          <w:b w:val="0"/>
          <w:sz w:val="30"/>
          <w:rtl/>
          <w:szCs w:val="30"/>
        </w:rPr>
        <w:t>שֵׁם פְּרָטִי: ______________   שֵׁם מִשְׁפָּחָה: ______________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7a7"/>
          <w:left w:val="single" w:sz="12" w:color="#f5b7a7"/>
          <w:bottom w:val="single" w:sz="12" w:color="#f5b7a7"/>
          <w:right w:val="single" w:sz="12" w:color="#f5b7a7"/>
          <w:insideH w:val="single" w:sz="12" w:color="#f5b7a7"/>
          <w:insideV w:val="single" w:sz="12" w:color="#f5b7a7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9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6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9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5435"/>
                <w:sz w:val="26"/>
                <w:rtl/>
                <w:bCs/>
                <w:szCs w:val="26"/>
              </w:rPr>
              <w:t>תֹּכֶן הָעִנְיָנִים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תֹּכֶן הָעִנְיָנִים</w:t>
            </w:r>
          </w:p>
        </w:tc>
        <w:tc>
          <w:tcPr>
            <w:tcW w:type="dxa" w:w="1134"/>
            <w:shd w:val="clear" w:color="auto" w:fill="fce9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E5E7EB"/>
          <w:left w:val="single" w:sz="12" w:color="E5E7EB"/>
          <w:bottom w:val="single" w:sz="12" w:color="E5E7EB"/>
          <w:right w:val="single" w:sz="12" w:color="E5E7EB"/>
          <w:insideH w:val="single" w:sz="12" w:color="E5E7EB"/>
          <w:insideV w:val="single" w:sz="12" w:color="E5E7EB"/>
        </w:tblBorders>
        <w:tblLayout w:type="fixed"/>
      </w:tblPr>
      <w:tblGrid>
        <w:gridCol w:w="7938"/>
        <w:gridCol w:w="2154"/>
      </w:tblGrid>
      <w:tr>
        <w:tc>
          <w:tcPr>
            <w:tcW w:type="dxa" w:w="793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1. הַבַּיִת שֶׁלִּי: סוּגֵי בָּתִּים</w:t>
            </w:r>
          </w:p>
        </w:tc>
        <w:tc>
          <w:tcPr>
            <w:tcW w:type="dxa" w:w="2154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עַמּוּד 4</w:t>
            </w:r>
          </w:p>
        </w:tc>
      </w:tr>
      <w:tr>
        <w:tc>
          <w:tcPr>
            <w:tcW w:type="dxa" w:w="793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2. הַסְּבִיבָה הַקְּרוֹבָה: צִמְחִיָּה וְתַשְׁתִּיּוֹת</w:t>
            </w:r>
          </w:p>
        </w:tc>
        <w:tc>
          <w:tcPr>
            <w:tcW w:type="dxa" w:w="2154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עַמּוּד 9</w:t>
            </w:r>
          </w:p>
        </w:tc>
      </w:tr>
      <w:tr>
        <w:tc>
          <w:tcPr>
            <w:tcW w:type="dxa" w:w="793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3. הַנּוֹף שֶׁלְּיַד הַבַּיִת: הַר, עֵמֶק, מִישׁוֹר וְרָמָה</w:t>
            </w:r>
          </w:p>
        </w:tc>
        <w:tc>
          <w:tcPr>
            <w:tcW w:type="dxa" w:w="2154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עַמּוּד 14</w:t>
            </w:r>
          </w:p>
        </w:tc>
      </w:tr>
      <w:tr>
        <w:tc>
          <w:tcPr>
            <w:tcW w:type="dxa" w:w="793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4. שִׁנּוּיִים בַּבַּיִת וּבַסְּבִיבָה</w:t>
            </w:r>
          </w:p>
        </w:tc>
        <w:tc>
          <w:tcPr>
            <w:tcW w:type="dxa" w:w="2154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עַמּוּד 19</w:t>
            </w:r>
          </w:p>
        </w:tc>
      </w:tr>
      <w:tr>
        <w:tc>
          <w:tcPr>
            <w:tcW w:type="dxa" w:w="793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5. אֲנִי וּמִשְׁפַּחְתִּי</w:t>
            </w:r>
          </w:p>
        </w:tc>
        <w:tc>
          <w:tcPr>
            <w:tcW w:type="dxa" w:w="2154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עַמּוּד 24</w:t>
            </w:r>
          </w:p>
        </w:tc>
      </w:tr>
      <w:tr>
        <w:tc>
          <w:tcPr>
            <w:tcW w:type="dxa" w:w="793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6. הַכִּתָּה שֶׁלִּי וְהַקְּהִלָּה</w:t>
            </w:r>
          </w:p>
        </w:tc>
        <w:tc>
          <w:tcPr>
            <w:tcW w:type="dxa" w:w="2154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עַמּוּד 29</w:t>
            </w:r>
          </w:p>
        </w:tc>
      </w:tr>
      <w:tr>
        <w:tc>
          <w:tcPr>
            <w:tcW w:type="dxa" w:w="793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7. חֻקִּים, כְּלָלִים וְהַסְכָּמוֹת</w:t>
            </w:r>
          </w:p>
        </w:tc>
        <w:tc>
          <w:tcPr>
            <w:tcW w:type="dxa" w:w="2154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עַמּוּד 34</w:t>
            </w:r>
          </w:p>
        </w:tc>
      </w:tr>
      <w:tr>
        <w:tc>
          <w:tcPr>
            <w:tcW w:type="dxa" w:w="793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8. כֶּסֶף וְצַרְכָנוּת נְבוֹנָה</w:t>
            </w:r>
          </w:p>
        </w:tc>
        <w:tc>
          <w:tcPr>
            <w:tcW w:type="dxa" w:w="2154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עַמּוּד 39</w:t>
            </w:r>
          </w:p>
        </w:tc>
      </w:tr>
      <w:tr>
        <w:tc>
          <w:tcPr>
            <w:tcW w:type="dxa" w:w="793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9. סִפּוּר הַמִּשְׁפָּחָה שֶׁלִּי</w:t>
            </w:r>
          </w:p>
        </w:tc>
        <w:tc>
          <w:tcPr>
            <w:tcW w:type="dxa" w:w="2154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עַמּוּד 44</w:t>
            </w:r>
          </w:p>
        </w:tc>
      </w:tr>
      <w:tr>
        <w:tc>
          <w:tcPr>
            <w:tcW w:type="dxa" w:w="793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חֲזָרָה</w:t>
            </w:r>
          </w:p>
        </w:tc>
        <w:tc>
          <w:tcPr>
            <w:tcW w:type="dxa" w:w="2154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עַמּוּד 49</w:t>
            </w:r>
          </w:p>
        </w:tc>
      </w:tr>
      <w:tr>
        <w:tc>
          <w:tcPr>
            <w:tcW w:type="dxa" w:w="793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דַּף גְּזֵירָה</w:t>
            </w:r>
          </w:p>
        </w:tc>
        <w:tc>
          <w:tcPr>
            <w:tcW w:type="dxa" w:w="2154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  <w:t>עַמּוּד 51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7a7"/>
          <w:left w:val="single" w:sz="12" w:color="#f5b7a7"/>
          <w:bottom w:val="single" w:sz="12" w:color="#f5b7a7"/>
          <w:right w:val="single" w:sz="12" w:color="#f5b7a7"/>
          <w:insideH w:val="single" w:sz="12" w:color="#f5b7a7"/>
          <w:insideV w:val="single" w:sz="12" w:color="#f5b7a7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9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6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9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5435"/>
                <w:sz w:val="26"/>
                <w:rtl/>
                <w:bCs/>
                <w:szCs w:val="26"/>
              </w:rPr>
              <w:t>מָבוֹא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מָבוֹא</w:t>
            </w:r>
          </w:p>
        </w:tc>
        <w:tc>
          <w:tcPr>
            <w:tcW w:type="dxa" w:w="1134"/>
            <w:shd w:val="clear" w:color="auto" w:fill="fce9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60"/>
      </w:pPr>
      <w:r>
        <w:rPr>
          <w:rFonts w:ascii="Arial" w:hAnsi="Arial" w:cs="Arial"/>
          <w:b w:val="0"/>
          <w:sz w:val="36"/>
          <w:rtl/>
          <w:szCs w:val="36"/>
        </w:rPr>
        <w:t>שָׁלוֹם יְלָדִים! בַּחוֹבֶרֶת הַזֹּאת נִלְמַד עַל הַבַּיִת שֶׁלָּנוּ, עַל הַמִּשְׁפָּחָה, עַל הַכִּתָּה וְעַל הַסְּבִיבָה הַקְּרוֹבָה.</w:t>
      </w:r>
    </w:p>
    <w:p>
      <w:pPr>
        <w:bidi/>
        <w:spacing w:after="160"/>
      </w:pPr>
      <w:r>
        <w:rPr>
          <w:rFonts w:ascii="Arial" w:hAnsi="Arial" w:cs="Arial"/>
          <w:b w:val="0"/>
          <w:sz w:val="36"/>
          <w:rtl/>
          <w:szCs w:val="36"/>
        </w:rPr>
        <w:t>הַמּוֹרָה תִּקְרָא לָכֶם אֶת הַמִּשְׁפָּטִים. אַתֶּם תִּסְתַּכְּלוּ בַּתְּמוּנוֹת, תַּקִּיפוּ, תְּמַתְּחוּ קַוִּים, תִּגְזְרוּ וְתַדְבִּיקוּ.</w:t>
      </w:r>
    </w:p>
    <w:p>
      <w:pPr>
        <w:bidi/>
        <w:spacing w:after="160"/>
      </w:pPr>
      <w:r>
        <w:rPr>
          <w:rFonts w:ascii="Arial" w:hAnsi="Arial" w:cs="Arial"/>
          <w:b w:val="0"/>
          <w:sz w:val="36"/>
          <w:rtl/>
          <w:szCs w:val="36"/>
        </w:rPr>
        <w:t>בְּסוֹף כָּל נוֹשֵׂא יֵשׁ דַּף צִיּוּר. צִיְּרוּ בְּשִׂמְחָה!</w:t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09880"/>
          <w:left w:val="single" w:sz="12" w:color="f09880"/>
          <w:bottom w:val="single" w:sz="12" w:color="f09880"/>
          <w:right w:val="single" w:sz="12" w:color="f09880"/>
          <w:insideH w:val="single" w:sz="12" w:color="f09880"/>
          <w:insideV w:val="single" w:sz="12" w:color="f09880"/>
        </w:tblBorders>
        <w:tblLayout w:type="fixed"/>
      </w:tblPr>
      <w:tblGrid>
        <w:gridCol w:w="5046"/>
        <w:gridCol w:w="5046"/>
      </w:tblGrid>
      <w:tr>
        <w:trPr>
          <w:trHeight w:val="2948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2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הַמּוֹרָה מַקְרִיאָה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f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מִתְחוּ קַו</w:t>
            </w:r>
          </w:p>
        </w:tc>
      </w:tr>
      <w:tr>
        <w:trPr>
          <w:trHeight w:val="2948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2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גּוֹזְרִים וּמַדְבִּיקִים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8d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מְצַיְּרִים</w:t>
            </w:r>
          </w:p>
        </w:tc>
      </w:tr>
    </w:tbl>
    <w:p>
      <w:pPr>
        <w:bidi/>
        <w:spacing w:after="160"/>
      </w:pPr>
      <w:r>
        <w:rPr>
          <w:rFonts w:ascii="Arial" w:hAnsi="Arial" w:cs="Arial"/>
          <w:b w:val="0"/>
          <w:sz w:val="36"/>
          <w:rtl/>
          <w:szCs w:val="36"/>
        </w:rPr>
        <w:t>לַמּוֹרָה: הַחוֹבֶרֶת בְּנוּיָה לְפִי מְפָרֵט הַתְּכָנִים לַכִּתָּה ב' בְּמוֹלֶדֶת, חֶבְרָה וְאֶזְרָחוּת – "אֲנִי וּמִשְׁפַּחְתִּי בַּבַּיִת וּבַסְּבִיבָה הַקְּרוֹבָה". בְּכָל עַמּוּד פְּעִילוּת אַחַת. דַּפֵּי הַגְּזֵירָה נִמְצָאִים בְּסוֹף הַחוֹבֶרֶת.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3cbcc"/>
          <w:left w:val="single" w:sz="12" w:color="#93cbcc"/>
          <w:bottom w:val="single" w:sz="12" w:color="#93cbcc"/>
          <w:right w:val="single" w:sz="12" w:color="#93cbcc"/>
          <w:insideH w:val="single" w:sz="12" w:color="#93cbcc"/>
          <w:insideV w:val="single" w:sz="12" w:color="#93cbc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0_17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f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D7A7C"/>
                <w:sz w:val="26"/>
                <w:rtl/>
                <w:bCs/>
                <w:szCs w:val="26"/>
              </w:rPr>
              <w:t>נוֹשֵׂא 1 · לוֹמְדִים יַחַד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הַבַּיִת שֶׁלִּי: סוּגֵי בָּתִּים</w:t>
            </w:r>
          </w:p>
        </w:tc>
        <w:tc>
          <w:tcPr>
            <w:tcW w:type="dxa" w:w="1134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63b4b5"/>
          <w:left w:val="single" w:sz="12" w:color="63b4b5"/>
          <w:bottom w:val="single" w:sz="12" w:color="63b4b5"/>
          <w:right w:val="single" w:sz="12" w:color="63b4b5"/>
          <w:insideH w:val="single" w:sz="12" w:color="63b4b5"/>
          <w:insideV w:val="single" w:sz="12" w:color="63b4b5"/>
        </w:tblBorders>
        <w:tblLayout w:type="fixed"/>
      </w:tblPr>
      <w:tblGrid>
        <w:gridCol w:w="5046"/>
        <w:gridCol w:w="5046"/>
      </w:tblGrid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אֹהֶל הוּא בַּיִת שֶׁאֶפְשָׁר לְקַפֵּל וּלְהַעֲבִיר מִמָּקוֹם לְמָקוֹם.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1_17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בַּיִת פְּרָטִי עוֹמֵד עַל הַקַּרְקַע, וְלִפְעָמִים יֵשׁ לוֹ חָצֵר.</w:t>
            </w:r>
          </w:p>
        </w:tc>
      </w:tr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בְּבִנְיָן רַב-קוֹמוֹת גָּרוֹת הַרְבֵּה מִשְׁפָּחוֹת.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9_17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גּוֹרֵד שְׁחָקִים הוּא בִּנְיָן גָּבוֹהַּ מְאוֹד, בְּעִיר גְּדוֹלָה.</w:t>
            </w:r>
          </w:p>
        </w:tc>
      </w:tr>
    </w:tbl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0d7a7c"/>
          <w:left w:val="dashed" w:sz="12" w:color="0d7a7c"/>
          <w:bottom w:val="dashed" w:sz="12" w:color="0d7a7c"/>
          <w:right w:val="dashed" w:sz="12" w:color="0d7a7c"/>
          <w:insideH w:val="dashed" w:sz="12" w:color="0d7a7c"/>
          <w:insideV w:val="dashed" w:sz="12" w:color="0d7a7c"/>
        </w:tblBorders>
      </w:tblPr>
      <w:tblGrid>
        <w:gridCol w:w="10092"/>
      </w:tblGrid>
      <w:tr>
        <w:tc>
          <w:tcPr>
            <w:tcW w:type="dxa" w:w="10092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יֵשׁ בָּתִּים רַבִּים וְשׁוֹנִים. כָּל בַּיִת הוּא מָקוֹם חַם לַמִּשְׁפָּחָה.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3cbcc"/>
          <w:left w:val="single" w:sz="12" w:color="#93cbcc"/>
          <w:bottom w:val="single" w:sz="12" w:color="#93cbcc"/>
          <w:right w:val="single" w:sz="12" w:color="#93cbcc"/>
          <w:insideH w:val="single" w:sz="12" w:color="#93cbcc"/>
          <w:insideV w:val="single" w:sz="12" w:color="#93cbc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0_17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f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D7A7C"/>
                <w:sz w:val="26"/>
                <w:rtl/>
                <w:bCs/>
                <w:szCs w:val="26"/>
              </w:rPr>
              <w:t>נוֹשֵׂא 1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הַבַּיִת שֶׁלִּי: סוּגֵי בָּתִּים</w:t>
            </w:r>
          </w:p>
        </w:tc>
        <w:tc>
          <w:tcPr>
            <w:tcW w:type="dxa" w:w="1134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</w:tblPr>
      <w:tblGrid>
        <w:gridCol w:w="10092"/>
      </w:tblGrid>
      <w:tr>
        <w:tc>
          <w:tcPr>
            <w:tcW w:type="dxa" w:w="10092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יֵשׁ כִּמְעַט בְּכָל בַּיִת? מָקוֹם לִישֹׁן.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f_170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97_170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מְבַשְּׁלִים בַּבַּיִת?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f_170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1_170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73_170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D7A7C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אֵיזֶה בַּיִת הוּא הַגָּבוֹהַּ בְּיוֹתֵר?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9_17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1_17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3cbcc"/>
          <w:left w:val="single" w:sz="12" w:color="#93cbcc"/>
          <w:bottom w:val="single" w:sz="12" w:color="#93cbcc"/>
          <w:right w:val="single" w:sz="12" w:color="#93cbcc"/>
          <w:insideH w:val="single" w:sz="12" w:color="#93cbcc"/>
          <w:insideV w:val="single" w:sz="12" w:color="#93cbc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0_17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f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D7A7C"/>
                <w:sz w:val="26"/>
                <w:rtl/>
                <w:bCs/>
                <w:szCs w:val="26"/>
              </w:rPr>
              <w:t>נוֹשֵׂא 1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הַבַּיִת שֶׁלִּי: סוּגֵי בָּתִּים</w:t>
            </w:r>
          </w:p>
        </w:tc>
        <w:tc>
          <w:tcPr>
            <w:tcW w:type="dxa" w:w="1134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</w:tblPr>
      <w:tblGrid>
        <w:gridCol w:w="10092"/>
      </w:tblGrid>
      <w:tr>
        <w:tc>
          <w:tcPr>
            <w:tcW w:type="dxa" w:w="10092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הִשְׁלִימוּ אֶת הַמִּלָּה הַחֲסֵרָה. הֶעְתִּיקוּ מִן הַמַּחְסָן.</w:t>
            </w:r>
          </w:p>
        </w:tc>
      </w:tr>
    </w:tbl>
    <w:p>
      <w:pPr>
        <w:bidi/>
        <w:spacing w:after="8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0d7a7c"/>
          <w:left w:val="dashed" w:sz="12" w:color="0d7a7c"/>
          <w:bottom w:val="dashed" w:sz="12" w:color="0d7a7c"/>
          <w:right w:val="dashed" w:sz="12" w:color="0d7a7c"/>
          <w:insideH w:val="dashed" w:sz="12" w:color="0d7a7c"/>
          <w:insideV w:val="dashed" w:sz="12" w:color="0d7a7c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 xml:space="preserve">מַחְסַן מִלִּים:   </w:t>
            </w:r>
            <w:r>
              <w:rPr>
                <w:rFonts w:ascii="Arial" w:hAnsi="Arial" w:cs="Arial"/>
                <w:b/>
                <w:sz w:val="44"/>
                <w:rtl/>
                <w:bCs/>
                <w:szCs w:val="44"/>
              </w:rPr>
              <w:t>מַעֲלִית     מִטָּה     חָצֵר</w:t>
            </w:r>
          </w:p>
        </w:tc>
      </w:tr>
    </w:tbl>
    <w:p>
      <w:pPr>
        <w:bidi/>
        <w:spacing w:after="200"/>
      </w:pPr>
    </w:p>
    <w:p>
      <w:pPr>
        <w:bidi/>
        <w:spacing w:after="520"/>
      </w:pPr>
      <w:r>
        <w:rPr>
          <w:rFonts w:ascii="Arial" w:hAnsi="Arial" w:cs="Arial"/>
          <w:b/>
          <w:color w:val="0D7A7C"/>
          <w:sz w:val="40"/>
          <w:rtl/>
          <w:bCs/>
          <w:szCs w:val="40"/>
        </w:rPr>
        <w:t xml:space="preserve">1. </w:t>
      </w:r>
      <w:r>
        <w:rPr>
          <w:rFonts w:ascii="Arial" w:hAnsi="Arial" w:cs="Arial"/>
          <w:b w:val="0"/>
          <w:sz w:val="40"/>
          <w:rtl/>
          <w:szCs w:val="40"/>
        </w:rPr>
        <w:t xml:space="preserve">בְּבַיִת פְּרָטִי יֵשׁ לִפְעָמִים 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0D7A7C"/>
          <w:sz w:val="40"/>
          <w:rtl/>
          <w:bCs/>
          <w:szCs w:val="40"/>
        </w:rPr>
        <w:t xml:space="preserve">2. </w:t>
      </w:r>
      <w:r>
        <w:rPr>
          <w:rFonts w:ascii="Arial" w:hAnsi="Arial" w:cs="Arial"/>
          <w:b w:val="0"/>
          <w:sz w:val="40"/>
          <w:rtl/>
          <w:szCs w:val="40"/>
        </w:rPr>
        <w:t>בְּבִנְיָן גָּבוֹהַּ עוֹלִים ב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0D7A7C"/>
          <w:sz w:val="40"/>
          <w:rtl/>
          <w:bCs/>
          <w:szCs w:val="40"/>
        </w:rPr>
        <w:t xml:space="preserve">3. </w:t>
      </w:r>
      <w:r>
        <w:rPr>
          <w:rFonts w:ascii="Arial" w:hAnsi="Arial" w:cs="Arial"/>
          <w:b w:val="0"/>
          <w:sz w:val="40"/>
          <w:rtl/>
          <w:szCs w:val="40"/>
        </w:rPr>
        <w:t>בַּלַּיְלָה יְשֵׁנִים ב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3cbcc"/>
          <w:left w:val="single" w:sz="12" w:color="#93cbcc"/>
          <w:bottom w:val="single" w:sz="12" w:color="#93cbcc"/>
          <w:right w:val="single" w:sz="12" w:color="#93cbcc"/>
          <w:insideH w:val="single" w:sz="12" w:color="#93cbcc"/>
          <w:insideV w:val="single" w:sz="12" w:color="#93cbc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0_17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f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D7A7C"/>
                <w:sz w:val="26"/>
                <w:rtl/>
                <w:bCs/>
                <w:szCs w:val="26"/>
              </w:rPr>
              <w:t>נוֹשֵׂא 1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הַבַּיִת שֶׁלִּי: סוּגֵי בָּתִּים</w:t>
            </w:r>
          </w:p>
        </w:tc>
        <w:tc>
          <w:tcPr>
            <w:tcW w:type="dxa" w:w="1134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</w:tblPr>
      <w:tblGrid>
        <w:gridCol w:w="10092"/>
      </w:tblGrid>
      <w:tr>
        <w:tc>
          <w:tcPr>
            <w:tcW w:type="dxa" w:w="10092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51 וְהַדְבִּיקוּ כָּאן בַּמָּקוֹם הַנָּכוֹן: מָה נִמְצָא בְּתוֹךְ הַבַּיִת וּמָה נִמְצָא מִחוּץ לַבַּיִת?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b_170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בְּתוֹךְ הַבַּיִת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מִחוּץ לַבַּיִת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3cbcc"/>
          <w:left w:val="single" w:sz="12" w:color="#93cbcc"/>
          <w:bottom w:val="single" w:sz="12" w:color="#93cbcc"/>
          <w:right w:val="single" w:sz="12" w:color="#93cbcc"/>
          <w:insideH w:val="single" w:sz="12" w:color="#93cbcc"/>
          <w:insideV w:val="single" w:sz="12" w:color="#93cbc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1" name="Picture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8d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f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D7A7C"/>
                <w:sz w:val="26"/>
                <w:rtl/>
                <w:bCs/>
                <w:szCs w:val="26"/>
              </w:rPr>
              <w:t>נוֹשֵׂא 1 · מְצַיְּרִים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הַבַּיִת שֶׁלִּי: סוּגֵי בָּתִּים</w:t>
            </w:r>
          </w:p>
        </w:tc>
        <w:tc>
          <w:tcPr>
            <w:tcW w:type="dxa" w:w="1134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42" name="Picture 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</w:tblPr>
      <w:tblGrid>
        <w:gridCol w:w="10092"/>
      </w:tblGrid>
      <w:tr>
        <w:tc>
          <w:tcPr>
            <w:tcW w:type="dxa" w:w="10092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צִיְּרוּ אֶת הַבַּיִת שֶׁלָּכֶם. צִיְּרוּ גַּם דֶּלֶת וְחַלּוֹנוֹת.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  <w:tblLayout w:type="fixed"/>
      </w:tblPr>
      <w:tblGrid>
        <w:gridCol w:w="10092"/>
      </w:tblGrid>
      <w:tr>
        <w:trPr>
          <w:trHeight w:val="10773" w:hRule="atLeast"/>
        </w:trPr>
        <w:tc>
          <w:tcPr>
            <w:tcW w:type="dxa" w:w="10091"/>
          </w:tcPr>
          <w:p/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2a6"/>
          <w:left w:val="single" w:sz="12" w:color="#f5b2a6"/>
          <w:bottom w:val="single" w:sz="12" w:color="#f5b2a6"/>
          <w:right w:val="single" w:sz="12" w:color="#f5b2a6"/>
          <w:insideH w:val="single" w:sz="12" w:color="#f5b2a6"/>
          <w:insideV w:val="single" w:sz="12" w:color="#f5b2a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7e3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4B33"/>
                <w:sz w:val="26"/>
                <w:rtl/>
                <w:bCs/>
                <w:szCs w:val="26"/>
              </w:rPr>
              <w:t>נוֹשֵׂא 2 · לוֹמְדִים יַחַד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הַסְּבִיבָה הַקְּרוֹבָה: צִמְחִיָּה וְתַשְׁתִּיּוֹת</w:t>
            </w:r>
          </w:p>
        </w:tc>
        <w:tc>
          <w:tcPr>
            <w:tcW w:type="dxa" w:w="1134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0907f"/>
          <w:left w:val="single" w:sz="12" w:color="f0907f"/>
          <w:bottom w:val="single" w:sz="12" w:color="f0907f"/>
          <w:right w:val="single" w:sz="12" w:color="f0907f"/>
          <w:insideH w:val="single" w:sz="12" w:color="f0907f"/>
          <w:insideV w:val="single" w:sz="12" w:color="f0907f"/>
        </w:tblBorders>
        <w:tblLayout w:type="fixed"/>
      </w:tblPr>
      <w:tblGrid>
        <w:gridCol w:w="5046"/>
        <w:gridCol w:w="5046"/>
      </w:tblGrid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45" name="Picture 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לְיַד הַבַּיִת יֵשׁ עֵצִים, שִׂיחִים וּפְרָחִים.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46" name="Picture 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רְחוֹבוֹת וּכְבִישִׁים מוֹבִילִים אֶל הַבַּיִת.</w:t>
            </w:r>
          </w:p>
        </w:tc>
      </w:tr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47" name="Picture 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0_170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צִנּוֹרוֹת מְבִיאִים מַיִם אֶל הַבַּיִת.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48" name="Picture 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1_170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חוּטֵי חַשְׁמַל מְבִיאִים חַשְׁמַל אֶל הַבַּיִת.</w:t>
            </w:r>
          </w:p>
        </w:tc>
      </w:tr>
    </w:tbl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cc4b33"/>
          <w:left w:val="dashed" w:sz="12" w:color="cc4b33"/>
          <w:bottom w:val="dashed" w:sz="12" w:color="cc4b33"/>
          <w:right w:val="dashed" w:sz="12" w:color="cc4b33"/>
          <w:insideH w:val="dashed" w:sz="12" w:color="cc4b33"/>
          <w:insideV w:val="dashed" w:sz="12" w:color="cc4b33"/>
        </w:tblBorders>
      </w:tblPr>
      <w:tblGrid>
        <w:gridCol w:w="10092"/>
      </w:tblGrid>
      <w:tr>
        <w:tc>
          <w:tcPr>
            <w:tcW w:type="dxa" w:w="10092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לְיַד הַבַּיִת יֵשׁ טֶבַע, וְיֵשׁ דְּבָרִים שֶׁהָאָדָם בָּנָה כְּדֵי שֶׁיִּהְיֶה לָנוּ נוֹחַ.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2a6"/>
          <w:left w:val="single" w:sz="12" w:color="#f5b2a6"/>
          <w:bottom w:val="single" w:sz="12" w:color="#f5b2a6"/>
          <w:right w:val="single" w:sz="12" w:color="#f5b2a6"/>
          <w:insideH w:val="single" w:sz="12" w:color="#f5b2a6"/>
          <w:insideV w:val="single" w:sz="12" w:color="#f5b2a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9" name="Picture 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7e3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4B33"/>
                <w:sz w:val="26"/>
                <w:rtl/>
                <w:bCs/>
                <w:szCs w:val="26"/>
              </w:rPr>
              <w:t>נוֹשֵׂא 2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הַסְּבִיבָה הַקְּרוֹבָה: צִמְחִיָּה וְתַשְׁתִּיּוֹת</w:t>
            </w:r>
          </w:p>
        </w:tc>
        <w:tc>
          <w:tcPr>
            <w:tcW w:type="dxa" w:w="1134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50" name="Picture 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</w:tblPr>
      <w:tblGrid>
        <w:gridCol w:w="10092"/>
      </w:tblGrid>
      <w:tr>
        <w:tc>
          <w:tcPr>
            <w:tcW w:type="dxa" w:w="10092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עוֹזֵר לָנוּ לַחֲצוֹת אֶת הַכְּבִישׁ בְּבִטְחָה?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1" name="Picture 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6_170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2" name="Picture 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1_170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3" name="Picture 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5_170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צָרִיךְ חַשְׁמַל כְּדֵי לַעֲבֹד?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4" name="Picture 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1_170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5" name="Picture 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7_170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6" name="Picture 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aa8_170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CC4B33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מְקַשֵּׁר אוֹתָנוּ לַטֵּלֵפוֹן וְלָאִינְטֶרְנֵט?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7" name="Picture 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2_170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8" name="Picture 5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9" name="Picture 5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e1_170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2a6"/>
          <w:left w:val="single" w:sz="12" w:color="#f5b2a6"/>
          <w:bottom w:val="single" w:sz="12" w:color="#f5b2a6"/>
          <w:right w:val="single" w:sz="12" w:color="#f5b2a6"/>
          <w:insideH w:val="single" w:sz="12" w:color="#f5b2a6"/>
          <w:insideV w:val="single" w:sz="12" w:color="#f5b2a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60" name="Picture 6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7e3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4B33"/>
                <w:sz w:val="26"/>
                <w:rtl/>
                <w:bCs/>
                <w:szCs w:val="26"/>
              </w:rPr>
              <w:t>נוֹשֵׂא 2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הַסְּבִיבָה הַקְּרוֹבָה: צִמְחִיָּה וְתַשְׁתִּיּוֹת</w:t>
            </w:r>
          </w:p>
        </w:tc>
        <w:tc>
          <w:tcPr>
            <w:tcW w:type="dxa" w:w="1134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61" name="Picture 6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</w:tblPr>
      <w:tblGrid>
        <w:gridCol w:w="10092"/>
      </w:tblGrid>
      <w:tr>
        <w:tc>
          <w:tcPr>
            <w:tcW w:type="dxa" w:w="10092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הִשְׁלִימוּ אֶת הַמִּלָּה הַחֲסֵרָה. הֶעְתִּיקוּ מִן הַמַּחְסָן.</w:t>
            </w:r>
          </w:p>
        </w:tc>
      </w:tr>
    </w:tbl>
    <w:p>
      <w:pPr>
        <w:bidi/>
        <w:spacing w:after="8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cc4b33"/>
          <w:left w:val="dashed" w:sz="12" w:color="cc4b33"/>
          <w:bottom w:val="dashed" w:sz="12" w:color="cc4b33"/>
          <w:right w:val="dashed" w:sz="12" w:color="cc4b33"/>
          <w:insideH w:val="dashed" w:sz="12" w:color="cc4b33"/>
          <w:insideV w:val="dashed" w:sz="12" w:color="cc4b33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 xml:space="preserve">מַחְסַן מִלִּים:   </w:t>
            </w:r>
            <w:r>
              <w:rPr>
                <w:rFonts w:ascii="Arial" w:hAnsi="Arial" w:cs="Arial"/>
                <w:b/>
                <w:sz w:val="44"/>
                <w:rtl/>
                <w:bCs/>
                <w:szCs w:val="44"/>
              </w:rPr>
              <w:t>אוֹטוֹבּוּס     חַשְׁמַל     פְּרָחִים</w:t>
            </w:r>
          </w:p>
        </w:tc>
      </w:tr>
    </w:tbl>
    <w:p>
      <w:pPr>
        <w:bidi/>
        <w:spacing w:after="200"/>
      </w:pPr>
    </w:p>
    <w:p>
      <w:pPr>
        <w:bidi/>
        <w:spacing w:after="520"/>
      </w:pPr>
      <w:r>
        <w:rPr>
          <w:rFonts w:ascii="Arial" w:hAnsi="Arial" w:cs="Arial"/>
          <w:b/>
          <w:color w:val="CC4B33"/>
          <w:sz w:val="40"/>
          <w:rtl/>
          <w:bCs/>
          <w:szCs w:val="40"/>
        </w:rPr>
        <w:t xml:space="preserve">1. </w:t>
      </w:r>
      <w:r>
        <w:rPr>
          <w:rFonts w:ascii="Arial" w:hAnsi="Arial" w:cs="Arial"/>
          <w:b w:val="0"/>
          <w:sz w:val="40"/>
          <w:rtl/>
          <w:szCs w:val="40"/>
        </w:rPr>
        <w:t xml:space="preserve">בַּגִּנָּה גְּדֵלִים 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CC4B33"/>
          <w:sz w:val="40"/>
          <w:rtl/>
          <w:bCs/>
          <w:szCs w:val="40"/>
        </w:rPr>
        <w:t xml:space="preserve">2. </w:t>
      </w:r>
      <w:r>
        <w:rPr>
          <w:rFonts w:ascii="Arial" w:hAnsi="Arial" w:cs="Arial"/>
          <w:b w:val="0"/>
          <w:sz w:val="40"/>
          <w:rtl/>
          <w:szCs w:val="40"/>
        </w:rPr>
        <w:t>נוֹסְעִים בַּכְּבִישׁ ב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CC4B33"/>
          <w:sz w:val="40"/>
          <w:rtl/>
          <w:bCs/>
          <w:szCs w:val="40"/>
        </w:rPr>
        <w:t xml:space="preserve">3. </w:t>
      </w:r>
      <w:r>
        <w:rPr>
          <w:rFonts w:ascii="Arial" w:hAnsi="Arial" w:cs="Arial"/>
          <w:b w:val="0"/>
          <w:sz w:val="40"/>
          <w:rtl/>
          <w:szCs w:val="40"/>
        </w:rPr>
        <w:t xml:space="preserve">הַמְּנוֹרָה דּוֹלֶקֶת בְּעֶזְרַת 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2a6"/>
          <w:left w:val="single" w:sz="12" w:color="#f5b2a6"/>
          <w:bottom w:val="single" w:sz="12" w:color="#f5b2a6"/>
          <w:right w:val="single" w:sz="12" w:color="#f5b2a6"/>
          <w:insideH w:val="single" w:sz="12" w:color="#f5b2a6"/>
          <w:insideV w:val="single" w:sz="12" w:color="#f5b2a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62" name="Picture 6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7e3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4B33"/>
                <w:sz w:val="26"/>
                <w:rtl/>
                <w:bCs/>
                <w:szCs w:val="26"/>
              </w:rPr>
              <w:t>נוֹשֵׂא 2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הַסְּבִיבָה הַקְּרוֹבָה: צִמְחִיָּה וְתַשְׁתִּיּוֹת</w:t>
            </w:r>
          </w:p>
        </w:tc>
        <w:tc>
          <w:tcPr>
            <w:tcW w:type="dxa" w:w="1134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63" name="Picture 6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</w:tblPr>
      <w:tblGrid>
        <w:gridCol w:w="10092"/>
      </w:tblGrid>
      <w:tr>
        <w:tc>
          <w:tcPr>
            <w:tcW w:type="dxa" w:w="10092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52 וְהַדְבִּיקוּ כָּאן בַּמָּקוֹם הַנָּכוֹן: מָה גָּדֵל בַּטֶּבַע וּמָה הָאָדָם בָּנָה?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64" name="Picture 6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1_170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צְמָחִים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65" name="Picture 6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תַּשְׁתִּיּוֹת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2a6"/>
          <w:left w:val="single" w:sz="12" w:color="#f5b2a6"/>
          <w:bottom w:val="single" w:sz="12" w:color="#f5b2a6"/>
          <w:right w:val="single" w:sz="12" w:color="#f5b2a6"/>
          <w:insideH w:val="single" w:sz="12" w:color="#f5b2a6"/>
          <w:insideV w:val="single" w:sz="12" w:color="#f5b2a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66" name="Picture 6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8d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7e3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4B33"/>
                <w:sz w:val="26"/>
                <w:rtl/>
                <w:bCs/>
                <w:szCs w:val="26"/>
              </w:rPr>
              <w:t>נוֹשֵׂא 2 · מְצַיְּרִים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הַסְּבִיבָה הַקְּרוֹבָה: צִמְחִיָּה וְתַשְׁתִּיּוֹת</w:t>
            </w:r>
          </w:p>
        </w:tc>
        <w:tc>
          <w:tcPr>
            <w:tcW w:type="dxa" w:w="1134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67" name="Picture 6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</w:tblPr>
      <w:tblGrid>
        <w:gridCol w:w="10092"/>
      </w:tblGrid>
      <w:tr>
        <w:tc>
          <w:tcPr>
            <w:tcW w:type="dxa" w:w="10092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צִיְּרוּ אֶת הָרְחוֹב שֶׁלָּכֶם: בַּיִת, עֵץ וּכְבִישׁ.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  <w:tblLayout w:type="fixed"/>
      </w:tblPr>
      <w:tblGrid>
        <w:gridCol w:w="10092"/>
      </w:tblGrid>
      <w:tr>
        <w:trPr>
          <w:trHeight w:val="10773" w:hRule="atLeast"/>
        </w:trPr>
        <w:tc>
          <w:tcPr>
            <w:tcW w:type="dxa" w:w="10091"/>
          </w:tcPr>
          <w:p/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a8d2a9"/>
          <w:left w:val="single" w:sz="12" w:color="#a8d2a9"/>
          <w:bottom w:val="single" w:sz="12" w:color="#a8d2a9"/>
          <w:right w:val="single" w:sz="12" w:color="#a8d2a9"/>
          <w:insideH w:val="single" w:sz="12" w:color="#a8d2a9"/>
          <w:insideV w:val="single" w:sz="12" w:color="#a8d2a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68" name="Picture 6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4f1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368838"/>
                <w:sz w:val="26"/>
                <w:rtl/>
                <w:bCs/>
                <w:szCs w:val="26"/>
              </w:rPr>
              <w:t>נוֹשֵׂא 3 · לוֹמְדִים יַחַד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הַנּוֹף שֶׁלְּיַד הַבַּיִת: הַר, עֵמֶק, מִישׁוֹר וְרָמָה</w:t>
            </w:r>
          </w:p>
        </w:tc>
        <w:tc>
          <w:tcPr>
            <w:tcW w:type="dxa" w:w="1134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69" name="Picture 6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81bd83"/>
          <w:left w:val="single" w:sz="12" w:color="81bd83"/>
          <w:bottom w:val="single" w:sz="12" w:color="81bd83"/>
          <w:right w:val="single" w:sz="12" w:color="81bd83"/>
          <w:insideH w:val="single" w:sz="12" w:color="81bd83"/>
          <w:insideV w:val="single" w:sz="12" w:color="81bd83"/>
        </w:tblBorders>
        <w:tblLayout w:type="fixed"/>
      </w:tblPr>
      <w:tblGrid>
        <w:gridCol w:w="5046"/>
        <w:gridCol w:w="5046"/>
      </w:tblGrid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70" name="Picture 7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har_170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הַר הוּא מָקוֹם גָּבוֹהַּ עִם מִדְרוֹן.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71" name="Picture 7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emek_170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עֵמֶק הוּא מָקוֹם נָמוּךְ בֵּין הָרִים.</w:t>
            </w:r>
          </w:p>
        </w:tc>
      </w:tr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72" name="Picture 7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mishor_170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מִישׁוֹר הוּא שֶׁטַח שָׁטוּחַ וְנָמוּךְ.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73" name="Picture 7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rama_170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רָמָה הִיא שֶׁטַח שָׁטוּחַ וְגָבוֹהַּ.</w:t>
            </w:r>
          </w:p>
        </w:tc>
      </w:tr>
    </w:tbl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368838"/>
          <w:left w:val="dashed" w:sz="12" w:color="368838"/>
          <w:bottom w:val="dashed" w:sz="12" w:color="368838"/>
          <w:right w:val="dashed" w:sz="12" w:color="368838"/>
          <w:insideH w:val="dashed" w:sz="12" w:color="368838"/>
          <w:insideV w:val="dashed" w:sz="12" w:color="368838"/>
        </w:tblBorders>
      </w:tblPr>
      <w:tblGrid>
        <w:gridCol w:w="10092"/>
      </w:tblGrid>
      <w:tr>
        <w:tc>
          <w:tcPr>
            <w:tcW w:type="dxa" w:w="10092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הַר – גָּבוֹהַּ. עֵמֶק – נָמוּךְ בֵּין הָרִים. מִישׁוֹר – שָׁטוּחַ וְנָמוּךְ. רָמָה – שְׁטוּחָה וּגְבוֹהָה.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a8d2a9"/>
          <w:left w:val="single" w:sz="12" w:color="#a8d2a9"/>
          <w:bottom w:val="single" w:sz="12" w:color="#a8d2a9"/>
          <w:right w:val="single" w:sz="12" w:color="#a8d2a9"/>
          <w:insideH w:val="single" w:sz="12" w:color="#a8d2a9"/>
          <w:insideV w:val="single" w:sz="12" w:color="#a8d2a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74" name="Picture 7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4f1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368838"/>
                <w:sz w:val="26"/>
                <w:rtl/>
                <w:bCs/>
                <w:szCs w:val="26"/>
              </w:rPr>
              <w:t>נוֹשֵׂא 3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הַנּוֹף שֶׁלְּיַד הַבַּיִת: הַר, עֵמֶק, מִישׁוֹר וְרָמָה</w:t>
            </w:r>
          </w:p>
        </w:tc>
        <w:tc>
          <w:tcPr>
            <w:tcW w:type="dxa" w:w="1134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75" name="Picture 7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</w:tblPr>
      <w:tblGrid>
        <w:gridCol w:w="10092"/>
      </w:tblGrid>
      <w:tr>
        <w:tc>
          <w:tcPr>
            <w:tcW w:type="dxa" w:w="10092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הַשֶּׁטַח שֶׁהוּא גַּם גָּבוֹהַּ וְגַם שָׁטוּחַ?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6" name="Picture 7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mishor_170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7" name="Picture 7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rama_170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8" name="Picture 7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emek_170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מְטַפְּסִים כְּדֵי לְהַגִּיעַ לַפִּסְגָּה?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9" name="Picture 7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e_170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0" name="Picture 8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6_170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1" name="Picture 8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368838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נוֹחַ לְגַדֵּל שְׂדֵה חִטָּה?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2" name="Picture 8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b_170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3" name="Picture 8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e_170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4" name="Picture 8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4_170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a8d2a9"/>
          <w:left w:val="single" w:sz="12" w:color="#a8d2a9"/>
          <w:bottom w:val="single" w:sz="12" w:color="#a8d2a9"/>
          <w:right w:val="single" w:sz="12" w:color="#a8d2a9"/>
          <w:insideH w:val="single" w:sz="12" w:color="#a8d2a9"/>
          <w:insideV w:val="single" w:sz="12" w:color="#a8d2a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85" name="Picture 8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4f1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368838"/>
                <w:sz w:val="26"/>
                <w:rtl/>
                <w:bCs/>
                <w:szCs w:val="26"/>
              </w:rPr>
              <w:t>נוֹשֵׂא 3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הַנּוֹף שֶׁלְּיַד הַבַּיִת: הַר, עֵמֶק, מִישׁוֹר וְרָמָה</w:t>
            </w:r>
          </w:p>
        </w:tc>
        <w:tc>
          <w:tcPr>
            <w:tcW w:type="dxa" w:w="1134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86" name="Picture 8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</w:tblPr>
      <w:tblGrid>
        <w:gridCol w:w="10092"/>
      </w:tblGrid>
      <w:tr>
        <w:tc>
          <w:tcPr>
            <w:tcW w:type="dxa" w:w="10092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הִשְׁלִימוּ אֶת הַמִּלָּה הַחֲסֵרָה. הֶעְתִּיקוּ מִן הַמַּחְסָן.</w:t>
            </w:r>
          </w:p>
        </w:tc>
      </w:tr>
    </w:tbl>
    <w:p>
      <w:pPr>
        <w:bidi/>
        <w:spacing w:after="8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368838"/>
          <w:left w:val="dashed" w:sz="12" w:color="368838"/>
          <w:bottom w:val="dashed" w:sz="12" w:color="368838"/>
          <w:right w:val="dashed" w:sz="12" w:color="368838"/>
          <w:insideH w:val="dashed" w:sz="12" w:color="368838"/>
          <w:insideV w:val="dashed" w:sz="12" w:color="368838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 xml:space="preserve">מַחְסַן מִלִּים:   </w:t>
            </w:r>
            <w:r>
              <w:rPr>
                <w:rFonts w:ascii="Arial" w:hAnsi="Arial" w:cs="Arial"/>
                <w:b/>
                <w:sz w:val="44"/>
                <w:rtl/>
                <w:bCs/>
                <w:szCs w:val="44"/>
              </w:rPr>
              <w:t>עֵמֶק     מִישׁוֹר     פִּסְגָּה</w:t>
            </w:r>
          </w:p>
        </w:tc>
      </w:tr>
    </w:tbl>
    <w:p>
      <w:pPr>
        <w:bidi/>
        <w:spacing w:after="200"/>
      </w:pPr>
    </w:p>
    <w:p>
      <w:pPr>
        <w:bidi/>
        <w:spacing w:after="520"/>
      </w:pPr>
      <w:r>
        <w:rPr>
          <w:rFonts w:ascii="Arial" w:hAnsi="Arial" w:cs="Arial"/>
          <w:b/>
          <w:color w:val="368838"/>
          <w:sz w:val="40"/>
          <w:rtl/>
          <w:bCs/>
          <w:szCs w:val="40"/>
        </w:rPr>
        <w:t xml:space="preserve">1. </w:t>
      </w:r>
      <w:r>
        <w:rPr>
          <w:rFonts w:ascii="Arial" w:hAnsi="Arial" w:cs="Arial"/>
          <w:b w:val="0"/>
          <w:sz w:val="40"/>
          <w:rtl/>
          <w:szCs w:val="40"/>
        </w:rPr>
        <w:t>הַמָּקוֹם הַגָּבוֹהַּ בְּיוֹתֵר בָּהָר הוּא ה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368838"/>
          <w:sz w:val="40"/>
          <w:rtl/>
          <w:bCs/>
          <w:szCs w:val="40"/>
        </w:rPr>
        <w:t xml:space="preserve">2. </w:t>
      </w:r>
      <w:r>
        <w:rPr>
          <w:rFonts w:ascii="Arial" w:hAnsi="Arial" w:cs="Arial"/>
          <w:b w:val="0"/>
          <w:sz w:val="40"/>
          <w:rtl/>
          <w:szCs w:val="40"/>
        </w:rPr>
        <w:t xml:space="preserve">בֵּין שְׁנֵי הָרִים יֵשׁ 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368838"/>
          <w:sz w:val="40"/>
          <w:rtl/>
          <w:bCs/>
          <w:szCs w:val="40"/>
        </w:rPr>
        <w:t xml:space="preserve">3. </w:t>
      </w:r>
      <w:r>
        <w:rPr>
          <w:rFonts w:ascii="Arial" w:hAnsi="Arial" w:cs="Arial"/>
          <w:b w:val="0"/>
          <w:sz w:val="40"/>
          <w:rtl/>
          <w:szCs w:val="40"/>
        </w:rPr>
        <w:t xml:space="preserve">שֶׁטַח שָׁטוּחַ וְנָמוּךְ הוּא 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a8d2a9"/>
          <w:left w:val="single" w:sz="12" w:color="#a8d2a9"/>
          <w:bottom w:val="single" w:sz="12" w:color="#a8d2a9"/>
          <w:right w:val="single" w:sz="12" w:color="#a8d2a9"/>
          <w:insideH w:val="single" w:sz="12" w:color="#a8d2a9"/>
          <w:insideV w:val="single" w:sz="12" w:color="#a8d2a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87" name="Picture 8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4f1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368838"/>
                <w:sz w:val="26"/>
                <w:rtl/>
                <w:bCs/>
                <w:szCs w:val="26"/>
              </w:rPr>
              <w:t>נוֹשֵׂא 3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הַנּוֹף שֶׁלְּיַד הַבַּיִת: הַר, עֵמֶק, מִישׁוֹר וְרָמָה</w:t>
            </w:r>
          </w:p>
        </w:tc>
        <w:tc>
          <w:tcPr>
            <w:tcW w:type="dxa" w:w="1134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88" name="Picture 8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</w:tblPr>
      <w:tblGrid>
        <w:gridCol w:w="10092"/>
      </w:tblGrid>
      <w:tr>
        <w:tc>
          <w:tcPr>
            <w:tcW w:type="dxa" w:w="10092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53 וְהַדְבִּיקוּ כָּאן בַּמָּקוֹם הַנָּכוֹן: מָה גָּבוֹהַּ וּמָה נָמוּךְ?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89" name="Picture 8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b06_170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גָּבוֹהַּ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90" name="Picture 9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b07_170.pn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נָמוּךְ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a8d2a9"/>
          <w:left w:val="single" w:sz="12" w:color="#a8d2a9"/>
          <w:bottom w:val="single" w:sz="12" w:color="#a8d2a9"/>
          <w:right w:val="single" w:sz="12" w:color="#a8d2a9"/>
          <w:insideH w:val="single" w:sz="12" w:color="#a8d2a9"/>
          <w:insideV w:val="single" w:sz="12" w:color="#a8d2a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91" name="Picture 9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8d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4f1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368838"/>
                <w:sz w:val="26"/>
                <w:rtl/>
                <w:bCs/>
                <w:szCs w:val="26"/>
              </w:rPr>
              <w:t>נוֹשֵׂא 3 · מְצַיְּרִים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הַנּוֹף שֶׁלְּיַד הַבַּיִת: הַר, עֵמֶק, מִישׁוֹר וְרָמָה</w:t>
            </w:r>
          </w:p>
        </w:tc>
        <w:tc>
          <w:tcPr>
            <w:tcW w:type="dxa" w:w="1134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92" name="Picture 9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</w:tblPr>
      <w:tblGrid>
        <w:gridCol w:w="10092"/>
      </w:tblGrid>
      <w:tr>
        <w:tc>
          <w:tcPr>
            <w:tcW w:type="dxa" w:w="10092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צִיְּרוּ אֶת הַנּוֹף שֶׁאַתֶּם רוֹאִים מֵהַחַלּוֹן: הַר, עֵמֶק אוֹ מִישׁוֹר.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  <w:tblLayout w:type="fixed"/>
      </w:tblPr>
      <w:tblGrid>
        <w:gridCol w:w="10092"/>
      </w:tblGrid>
      <w:tr>
        <w:trPr>
          <w:trHeight w:val="10773" w:hRule="atLeast"/>
        </w:trPr>
        <w:tc>
          <w:tcPr>
            <w:tcW w:type="dxa" w:w="10091"/>
          </w:tcPr>
          <w:p/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aca8c"/>
          <w:left w:val="single" w:sz="12" w:color="#eaca8c"/>
          <w:bottom w:val="single" w:sz="12" w:color="#eaca8c"/>
          <w:right w:val="single" w:sz="12" w:color="#eaca8c"/>
          <w:insideH w:val="single" w:sz="12" w:color="#eaca8c"/>
          <w:insideV w:val="single" w:sz="12" w:color="#eaca8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93" name="Picture 9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fdb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87900"/>
                <w:sz w:val="26"/>
                <w:rtl/>
                <w:bCs/>
                <w:szCs w:val="26"/>
              </w:rPr>
              <w:t>נוֹשֵׂא 4 · לוֹמְדִים יַחַד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שִׁנּוּיִים בַּבַּיִת וּבַסְּבִיבָה</w:t>
            </w:r>
          </w:p>
        </w:tc>
        <w:tc>
          <w:tcPr>
            <w:tcW w:type="dxa" w:w="1134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94" name="Picture 9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e1b359"/>
          <w:left w:val="single" w:sz="12" w:color="e1b359"/>
          <w:bottom w:val="single" w:sz="12" w:color="e1b359"/>
          <w:right w:val="single" w:sz="12" w:color="e1b359"/>
          <w:insideH w:val="single" w:sz="12" w:color="e1b359"/>
          <w:insideV w:val="single" w:sz="12" w:color="e1b359"/>
        </w:tblBorders>
        <w:tblLayout w:type="fixed"/>
      </w:tblPr>
      <w:tblGrid>
        <w:gridCol w:w="5046"/>
        <w:gridCol w:w="5046"/>
      </w:tblGrid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95" name="Picture 9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9a_170.pn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מִשְׁפָּחוֹת עוֹבְרוֹת דִּירָה לְבַיִת חָדָשׁ.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96" name="Picture 9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6_170.png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כְּשֶׁנּוֹלַד תִּינוֹק, הַמִּשְׁפָּחָה גָּדְלָה.</w:t>
            </w:r>
          </w:p>
        </w:tc>
      </w:tr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97" name="Picture 9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בַּשְּׁכוּנָה בּוֹנִים בָּתִּים, כְּבִישִׁים וְגַנִּים.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98" name="Picture 9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גַּן מִשְׂחָקִים חָדָשׁ הוּא שֶׁטַח פָּתוּחַ לְכֻלָּם.</w:t>
            </w:r>
          </w:p>
        </w:tc>
      </w:tr>
    </w:tbl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b87900"/>
          <w:left w:val="dashed" w:sz="12" w:color="b87900"/>
          <w:bottom w:val="dashed" w:sz="12" w:color="b87900"/>
          <w:right w:val="dashed" w:sz="12" w:color="b87900"/>
          <w:insideH w:val="dashed" w:sz="12" w:color="b87900"/>
          <w:insideV w:val="dashed" w:sz="12" w:color="b87900"/>
        </w:tblBorders>
      </w:tblPr>
      <w:tblGrid>
        <w:gridCol w:w="10092"/>
      </w:tblGrid>
      <w:tr>
        <w:tc>
          <w:tcPr>
            <w:tcW w:type="dxa" w:w="10092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הַבַּיִת וְהַשְּׁכוּנָה מִשְׁתַּנִּים כָּל הַזְּמַן. חָשׁוּב לִשְׁמֹר גַּם עַל שְׁטָחִים פְּתוּחִים.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aca8c"/>
          <w:left w:val="single" w:sz="12" w:color="#eaca8c"/>
          <w:bottom w:val="single" w:sz="12" w:color="#eaca8c"/>
          <w:right w:val="single" w:sz="12" w:color="#eaca8c"/>
          <w:insideH w:val="single" w:sz="12" w:color="#eaca8c"/>
          <w:insideV w:val="single" w:sz="12" w:color="#eaca8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99" name="Picture 9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fdb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87900"/>
                <w:sz w:val="26"/>
                <w:rtl/>
                <w:bCs/>
                <w:szCs w:val="26"/>
              </w:rPr>
              <w:t>נוֹשֵׂא 4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שִׁנּוּיִים בַּבַּיִת וּבַסְּבִיבָה</w:t>
            </w:r>
          </w:p>
        </w:tc>
        <w:tc>
          <w:tcPr>
            <w:tcW w:type="dxa" w:w="1134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00" name="Picture 10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</w:tblPr>
      <w:tblGrid>
        <w:gridCol w:w="10092"/>
      </w:tblGrid>
      <w:tr>
        <w:tc>
          <w:tcPr>
            <w:tcW w:type="dxa" w:w="10092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יְלָדִים מְשַׂחֲקִים בַּשְּׁכוּנָה?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1" name="Picture 10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6_170.png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2" name="Picture 10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3" name="Picture 10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d_170.png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אֵיזֶה מִבְנֶה בָּנוּ כְּדֵי לְהִתְפַּלֵּל?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4" name="Picture 10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5" name="Picture 10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4d_170.png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6" name="Picture 10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c_170.png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87900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קוֹנִים הַרְבֵּה דְּבָרִים בְּמָקוֹם אֶחָד?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7" name="Picture 10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8" name="Picture 10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9" name="Picture 10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c_170.png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aca8c"/>
          <w:left w:val="single" w:sz="12" w:color="#eaca8c"/>
          <w:bottom w:val="single" w:sz="12" w:color="#eaca8c"/>
          <w:right w:val="single" w:sz="12" w:color="#eaca8c"/>
          <w:insideH w:val="single" w:sz="12" w:color="#eaca8c"/>
          <w:insideV w:val="single" w:sz="12" w:color="#eaca8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10" name="Picture 1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fdb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87900"/>
                <w:sz w:val="26"/>
                <w:rtl/>
                <w:bCs/>
                <w:szCs w:val="26"/>
              </w:rPr>
              <w:t>נוֹשֵׂא 4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שִׁנּוּיִים בַּבַּיִת וּבַסְּבִיבָה</w:t>
            </w:r>
          </w:p>
        </w:tc>
        <w:tc>
          <w:tcPr>
            <w:tcW w:type="dxa" w:w="1134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11" name="Picture 1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</w:tblPr>
      <w:tblGrid>
        <w:gridCol w:w="10092"/>
      </w:tblGrid>
      <w:tr>
        <w:tc>
          <w:tcPr>
            <w:tcW w:type="dxa" w:w="10092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הִשְׁלִימוּ אֶת הַמִּלָּה הַחֲסֵרָה. הֶעְתִּיקוּ מִן הַמַּחְסָן.</w:t>
            </w:r>
          </w:p>
        </w:tc>
      </w:tr>
    </w:tbl>
    <w:p>
      <w:pPr>
        <w:bidi/>
        <w:spacing w:after="8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b87900"/>
          <w:left w:val="dashed" w:sz="12" w:color="b87900"/>
          <w:bottom w:val="dashed" w:sz="12" w:color="b87900"/>
          <w:right w:val="dashed" w:sz="12" w:color="b87900"/>
          <w:insideH w:val="dashed" w:sz="12" w:color="b87900"/>
          <w:insideV w:val="dashed" w:sz="12" w:color="b87900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 xml:space="preserve">מַחְסַן מִלִּים:   </w:t>
            </w:r>
            <w:r>
              <w:rPr>
                <w:rFonts w:ascii="Arial" w:hAnsi="Arial" w:cs="Arial"/>
                <w:b/>
                <w:sz w:val="44"/>
                <w:rtl/>
                <w:bCs/>
                <w:szCs w:val="44"/>
              </w:rPr>
              <w:t>דִּירָה     גַּן     מָנוֹף</w:t>
            </w:r>
          </w:p>
        </w:tc>
      </w:tr>
    </w:tbl>
    <w:p>
      <w:pPr>
        <w:bidi/>
        <w:spacing w:after="200"/>
      </w:pPr>
    </w:p>
    <w:p>
      <w:pPr>
        <w:bidi/>
        <w:spacing w:after="520"/>
      </w:pPr>
      <w:r>
        <w:rPr>
          <w:rFonts w:ascii="Arial" w:hAnsi="Arial" w:cs="Arial"/>
          <w:b/>
          <w:color w:val="B87900"/>
          <w:sz w:val="40"/>
          <w:rtl/>
          <w:bCs/>
          <w:szCs w:val="40"/>
        </w:rPr>
        <w:t xml:space="preserve">1. </w:t>
      </w:r>
      <w:r>
        <w:rPr>
          <w:rFonts w:ascii="Arial" w:hAnsi="Arial" w:cs="Arial"/>
          <w:b w:val="0"/>
          <w:sz w:val="40"/>
          <w:rtl/>
          <w:szCs w:val="40"/>
        </w:rPr>
        <w:t xml:space="preserve">כְּשֶׁבּוֹנִים בִּנְיָן רוֹאִים 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B87900"/>
          <w:sz w:val="40"/>
          <w:rtl/>
          <w:bCs/>
          <w:szCs w:val="40"/>
        </w:rPr>
        <w:t xml:space="preserve">2. </w:t>
      </w:r>
      <w:r>
        <w:rPr>
          <w:rFonts w:ascii="Arial" w:hAnsi="Arial" w:cs="Arial"/>
          <w:b w:val="0"/>
          <w:sz w:val="40"/>
          <w:rtl/>
          <w:szCs w:val="40"/>
        </w:rPr>
        <w:t xml:space="preserve">מִשְׁפָּחָה שֶׁעוֹבֶרֶת לְבַיִת חָדָשׁ עוֹבֶרֶת 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B87900"/>
          <w:sz w:val="40"/>
          <w:rtl/>
          <w:bCs/>
          <w:szCs w:val="40"/>
        </w:rPr>
        <w:t xml:space="preserve">3. </w:t>
      </w:r>
      <w:r>
        <w:rPr>
          <w:rFonts w:ascii="Arial" w:hAnsi="Arial" w:cs="Arial"/>
          <w:b w:val="0"/>
          <w:sz w:val="40"/>
          <w:rtl/>
          <w:szCs w:val="40"/>
        </w:rPr>
        <w:t>יְלָדִים מְשַׂחֲקִים ב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 xml:space="preserve"> הַמִּשְׂחָקִים.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aca8c"/>
          <w:left w:val="single" w:sz="12" w:color="#eaca8c"/>
          <w:bottom w:val="single" w:sz="12" w:color="#eaca8c"/>
          <w:right w:val="single" w:sz="12" w:color="#eaca8c"/>
          <w:insideH w:val="single" w:sz="12" w:color="#eaca8c"/>
          <w:insideV w:val="single" w:sz="12" w:color="#eaca8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12" name="Picture 1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7_170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fdb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87900"/>
                <w:sz w:val="26"/>
                <w:rtl/>
                <w:bCs/>
                <w:szCs w:val="26"/>
              </w:rPr>
              <w:t>נוֹשֵׂא 4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שִׁנּוּיִים בַּבַּיִת וּבַסְּבִיבָה</w:t>
            </w:r>
          </w:p>
        </w:tc>
        <w:tc>
          <w:tcPr>
            <w:tcW w:type="dxa" w:w="1134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13" name="Picture 1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</w:tblPr>
      <w:tblGrid>
        <w:gridCol w:w="10092"/>
      </w:tblGrid>
      <w:tr>
        <w:tc>
          <w:tcPr>
            <w:tcW w:type="dxa" w:w="10092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54 וְהַדְבִּיקוּ כָּאן בַּמָּקוֹם הַנָּכוֹן: מָה שֶׁטַח בָּנוּי וּמָה שֶׁטַח פָּתוּחַ?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14" name="Picture 1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שֶׁטַח בָּנוּי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15" name="Picture 1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שֶׁטַח פָּתוּחַ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aca8c"/>
          <w:left w:val="single" w:sz="12" w:color="#eaca8c"/>
          <w:bottom w:val="single" w:sz="12" w:color="#eaca8c"/>
          <w:right w:val="single" w:sz="12" w:color="#eaca8c"/>
          <w:insideH w:val="single" w:sz="12" w:color="#eaca8c"/>
          <w:insideV w:val="single" w:sz="12" w:color="#eaca8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16" name="Picture 1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8d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fdb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87900"/>
                <w:sz w:val="26"/>
                <w:rtl/>
                <w:bCs/>
                <w:szCs w:val="26"/>
              </w:rPr>
              <w:t>נוֹשֵׂא 4 · מְצַיְּרִים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שִׁנּוּיִים בַּבַּיִת וּבַסְּבִיבָה</w:t>
            </w:r>
          </w:p>
        </w:tc>
        <w:tc>
          <w:tcPr>
            <w:tcW w:type="dxa" w:w="1134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17" name="Picture 1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</w:tblPr>
      <w:tblGrid>
        <w:gridCol w:w="10092"/>
      </w:tblGrid>
      <w:tr>
        <w:tc>
          <w:tcPr>
            <w:tcW w:type="dxa" w:w="10092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צִיְּרוּ מַשֶּׁהוּ חָדָשׁ שֶׁנִּבְנָה בַּשְּׁכוּנָה שֶׁלָּכֶם.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  <w:tblLayout w:type="fixed"/>
      </w:tblPr>
      <w:tblGrid>
        <w:gridCol w:w="10092"/>
      </w:tblGrid>
      <w:tr>
        <w:trPr>
          <w:trHeight w:val="10773" w:hRule="atLeast"/>
        </w:trPr>
        <w:tc>
          <w:tcPr>
            <w:tcW w:type="dxa" w:w="10091"/>
          </w:tcPr>
          <w:p/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9c5dd"/>
          <w:left w:val="single" w:sz="12" w:color="#99c5dd"/>
          <w:bottom w:val="single" w:sz="12" w:color="#99c5dd"/>
          <w:right w:val="single" w:sz="12" w:color="#99c5dd"/>
          <w:insideH w:val="single" w:sz="12" w:color="#99c5dd"/>
          <w:insideV w:val="single" w:sz="12" w:color="#99c5dd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18" name="Picture 1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fedf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1A709E"/>
                <w:sz w:val="26"/>
                <w:rtl/>
                <w:bCs/>
                <w:szCs w:val="26"/>
              </w:rPr>
              <w:t>נוֹשֵׂא 5 · לוֹמְדִים יַחַד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אֲנִי וּמִשְׁפַּחְתִּי</w:t>
            </w:r>
          </w:p>
        </w:tc>
        <w:tc>
          <w:tcPr>
            <w:tcW w:type="dxa" w:w="1134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19" name="Picture 1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6cacce"/>
          <w:left w:val="single" w:sz="12" w:color="6cacce"/>
          <w:bottom w:val="single" w:sz="12" w:color="6cacce"/>
          <w:right w:val="single" w:sz="12" w:color="6cacce"/>
          <w:insideH w:val="single" w:sz="12" w:color="6cacce"/>
          <w:insideV w:val="single" w:sz="12" w:color="6cacce"/>
        </w:tblBorders>
        <w:tblLayout w:type="fixed"/>
      </w:tblPr>
      <w:tblGrid>
        <w:gridCol w:w="5046"/>
        <w:gridCol w:w="5046"/>
      </w:tblGrid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120" name="Picture 1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מִשְׁפָּחָה גַּרְעִינִית: הוֹרִים וִילָדִים.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121" name="Picture 1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5_170.png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מִשְׁפָּחָה מֻרְחֶבֶת: גַּם סַבָּא, סַבְתָּא, דּוֹדִים וּבְנֵי דּוֹדִים.</w:t>
            </w:r>
          </w:p>
        </w:tc>
      </w:tr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122" name="Picture 1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9_170.png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בַּבַּיִת כֻּלָּם עוֹזְרִים, וְזוֹ חוֹבָה שֶׁל כֻּלָּם.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123" name="Picture 1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64_170.png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מְכַבְּדִים אֶת הַהוֹרִים וְאוֹהֲבִים אֶת כָּל בְּנֵי הַמִּשְׁפָּחָה.</w:t>
            </w:r>
          </w:p>
        </w:tc>
      </w:tr>
    </w:tbl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1a709e"/>
          <w:left w:val="dashed" w:sz="12" w:color="1a709e"/>
          <w:bottom w:val="dashed" w:sz="12" w:color="1a709e"/>
          <w:right w:val="dashed" w:sz="12" w:color="1a709e"/>
          <w:insideH w:val="dashed" w:sz="12" w:color="1a709e"/>
          <w:insideV w:val="dashed" w:sz="12" w:color="1a709e"/>
        </w:tblBorders>
      </w:tblPr>
      <w:tblGrid>
        <w:gridCol w:w="10092"/>
      </w:tblGrid>
      <w:tr>
        <w:tc>
          <w:tcPr>
            <w:tcW w:type="dxa" w:w="10092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כָּל מִשְׁפָּחָה שׁוֹנָה, וּבְכָל מִשְׁפָּחָה יֵשׁ אַהֲבָה, זְכוּיוֹת וְחוֹבוֹת.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9c5dd"/>
          <w:left w:val="single" w:sz="12" w:color="#99c5dd"/>
          <w:bottom w:val="single" w:sz="12" w:color="#99c5dd"/>
          <w:right w:val="single" w:sz="12" w:color="#99c5dd"/>
          <w:insideH w:val="single" w:sz="12" w:color="#99c5dd"/>
          <w:insideV w:val="single" w:sz="12" w:color="#99c5dd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4" name="Picture 1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fedf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1A709E"/>
                <w:sz w:val="26"/>
                <w:rtl/>
                <w:bCs/>
                <w:szCs w:val="26"/>
              </w:rPr>
              <w:t>נוֹשֵׂא 5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אֲנִי וּמִשְׁפַּחְתִּי</w:t>
            </w:r>
          </w:p>
        </w:tc>
        <w:tc>
          <w:tcPr>
            <w:tcW w:type="dxa" w:w="1134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25" name="Picture 1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</w:tblPr>
      <w:tblGrid>
        <w:gridCol w:w="10092"/>
      </w:tblGrid>
      <w:tr>
        <w:tc>
          <w:tcPr>
            <w:tcW w:type="dxa" w:w="10092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מִי הוּא הַקָּטָן בַּמִּשְׁפָּחָה?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26" name="Picture 1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6_170.png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27" name="Picture 1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9_170.png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28" name="Picture 1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4_170.png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מַרְאֶה אַהֲבָה בַּמִּשְׁפָּחָה?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29" name="Picture 1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64_170.png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30" name="Picture 1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2_170.png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31" name="Picture 1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b_170.png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עוֹשָׂה הַמִּשְׁפָּחָה יַחַד בַּאֲרוּחַת עֶרֶב?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32" name="Picture 1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6_170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33" name="Picture 1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7d_170.png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34" name="Picture 1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97_170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9c5dd"/>
          <w:left w:val="single" w:sz="12" w:color="#99c5dd"/>
          <w:bottom w:val="single" w:sz="12" w:color="#99c5dd"/>
          <w:right w:val="single" w:sz="12" w:color="#99c5dd"/>
          <w:insideH w:val="single" w:sz="12" w:color="#99c5dd"/>
          <w:insideV w:val="single" w:sz="12" w:color="#99c5dd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35" name="Picture 1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fedf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1A709E"/>
                <w:sz w:val="26"/>
                <w:rtl/>
                <w:bCs/>
                <w:szCs w:val="26"/>
              </w:rPr>
              <w:t>נוֹשֵׂא 5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אֲנִי וּמִשְׁפַּחְתִּי</w:t>
            </w:r>
          </w:p>
        </w:tc>
        <w:tc>
          <w:tcPr>
            <w:tcW w:type="dxa" w:w="1134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6" name="Picture 1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</w:tblPr>
      <w:tblGrid>
        <w:gridCol w:w="10092"/>
      </w:tblGrid>
      <w:tr>
        <w:tc>
          <w:tcPr>
            <w:tcW w:type="dxa" w:w="10092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הִשְׁלִימוּ אֶת הַמִּלָּה הַחֲסֵרָה. הֶעְתִּיקוּ מִן הַמַּחְסָן.</w:t>
            </w:r>
          </w:p>
        </w:tc>
      </w:tr>
    </w:tbl>
    <w:p>
      <w:pPr>
        <w:bidi/>
        <w:spacing w:after="8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1a709e"/>
          <w:left w:val="dashed" w:sz="12" w:color="1a709e"/>
          <w:bottom w:val="dashed" w:sz="12" w:color="1a709e"/>
          <w:right w:val="dashed" w:sz="12" w:color="1a709e"/>
          <w:insideH w:val="dashed" w:sz="12" w:color="1a709e"/>
          <w:insideV w:val="dashed" w:sz="12" w:color="1a709e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 xml:space="preserve">מַחְסַן מִלִּים:   </w:t>
            </w:r>
            <w:r>
              <w:rPr>
                <w:rFonts w:ascii="Arial" w:hAnsi="Arial" w:cs="Arial"/>
                <w:b/>
                <w:sz w:val="44"/>
                <w:rtl/>
                <w:bCs/>
                <w:szCs w:val="44"/>
              </w:rPr>
              <w:t>מְסַדֵּר     הַהוֹרִים     סַבָּא</w:t>
            </w:r>
          </w:p>
        </w:tc>
      </w:tr>
    </w:tbl>
    <w:p>
      <w:pPr>
        <w:bidi/>
        <w:spacing w:after="200"/>
      </w:pPr>
    </w:p>
    <w:p>
      <w:pPr>
        <w:bidi/>
        <w:spacing w:after="520"/>
      </w:pPr>
      <w:r>
        <w:rPr>
          <w:rFonts w:ascii="Arial" w:hAnsi="Arial" w:cs="Arial"/>
          <w:b/>
          <w:color w:val="1A709E"/>
          <w:sz w:val="40"/>
          <w:rtl/>
          <w:bCs/>
          <w:szCs w:val="40"/>
        </w:rPr>
        <w:t xml:space="preserve">1. </w:t>
      </w:r>
      <w:r>
        <w:rPr>
          <w:rFonts w:ascii="Arial" w:hAnsi="Arial" w:cs="Arial"/>
          <w:b w:val="0"/>
          <w:sz w:val="40"/>
          <w:rtl/>
          <w:szCs w:val="40"/>
        </w:rPr>
        <w:t xml:space="preserve">אַבָּא שֶׁל אַבָּא הוּא 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1A709E"/>
          <w:sz w:val="40"/>
          <w:rtl/>
          <w:bCs/>
          <w:szCs w:val="40"/>
        </w:rPr>
        <w:t xml:space="preserve">2. </w:t>
      </w:r>
      <w:r>
        <w:rPr>
          <w:rFonts w:ascii="Arial" w:hAnsi="Arial" w:cs="Arial"/>
          <w:b w:val="0"/>
          <w:sz w:val="40"/>
          <w:rtl/>
          <w:szCs w:val="40"/>
        </w:rPr>
        <w:t>אֲנִי עוֹזֵר בַּבַּיִת ו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 xml:space="preserve"> אֶת הַשֻּׁלְחָן.</w:t>
      </w:r>
    </w:p>
    <w:p>
      <w:pPr>
        <w:bidi/>
        <w:spacing w:after="520"/>
      </w:pPr>
      <w:r>
        <w:rPr>
          <w:rFonts w:ascii="Arial" w:hAnsi="Arial" w:cs="Arial"/>
          <w:b/>
          <w:color w:val="1A709E"/>
          <w:sz w:val="40"/>
          <w:rtl/>
          <w:bCs/>
          <w:szCs w:val="40"/>
        </w:rPr>
        <w:t xml:space="preserve">3. </w:t>
      </w:r>
      <w:r>
        <w:rPr>
          <w:rFonts w:ascii="Arial" w:hAnsi="Arial" w:cs="Arial"/>
          <w:b w:val="0"/>
          <w:sz w:val="40"/>
          <w:rtl/>
          <w:szCs w:val="40"/>
        </w:rPr>
        <w:t xml:space="preserve">אֲנִי מְכַבֵּד אֶת 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9c5dd"/>
          <w:left w:val="single" w:sz="12" w:color="#99c5dd"/>
          <w:bottom w:val="single" w:sz="12" w:color="#99c5dd"/>
          <w:right w:val="single" w:sz="12" w:color="#99c5dd"/>
          <w:insideH w:val="single" w:sz="12" w:color="#99c5dd"/>
          <w:insideV w:val="single" w:sz="12" w:color="#99c5dd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37" name="Picture 1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fedf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1A709E"/>
                <w:sz w:val="26"/>
                <w:rtl/>
                <w:bCs/>
                <w:szCs w:val="26"/>
              </w:rPr>
              <w:t>נוֹשֵׂא 5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אֲנִי וּמִשְׁפַּחְתִּי</w:t>
            </w:r>
          </w:p>
        </w:tc>
        <w:tc>
          <w:tcPr>
            <w:tcW w:type="dxa" w:w="1134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8" name="Picture 1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</w:tblPr>
      <w:tblGrid>
        <w:gridCol w:w="10092"/>
      </w:tblGrid>
      <w:tr>
        <w:tc>
          <w:tcPr>
            <w:tcW w:type="dxa" w:w="10092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55 וְהַדְבִּיקוּ כָּאן בַּמָּקוֹם הַנָּכוֹן: מָה זְכוּת וּמָה חוֹבָה שֶׁל יֶלֶד בַּמִּשְׁפָּחָה?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39" name="Picture 1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81_170.png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זְכוּת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40" name="Picture 1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9_170.png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חוֹבָה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9c5dd"/>
          <w:left w:val="single" w:sz="12" w:color="#99c5dd"/>
          <w:bottom w:val="single" w:sz="12" w:color="#99c5dd"/>
          <w:right w:val="single" w:sz="12" w:color="#99c5dd"/>
          <w:insideH w:val="single" w:sz="12" w:color="#99c5dd"/>
          <w:insideV w:val="single" w:sz="12" w:color="#99c5dd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41" name="Picture 1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8d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fedf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1A709E"/>
                <w:sz w:val="26"/>
                <w:rtl/>
                <w:bCs/>
                <w:szCs w:val="26"/>
              </w:rPr>
              <w:t>נוֹשֵׂא 5 · מְצַיְּרִים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אֲנִי וּמִשְׁפַּחְתִּי</w:t>
            </w:r>
          </w:p>
        </w:tc>
        <w:tc>
          <w:tcPr>
            <w:tcW w:type="dxa" w:w="1134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42" name="Picture 1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</w:tblPr>
      <w:tblGrid>
        <w:gridCol w:w="10092"/>
      </w:tblGrid>
      <w:tr>
        <w:tc>
          <w:tcPr>
            <w:tcW w:type="dxa" w:w="10092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צִיְּרוּ אֶת הַמִּשְׁפָּחָה שֶׁלָּכֶם.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  <w:tblLayout w:type="fixed"/>
      </w:tblPr>
      <w:tblGrid>
        <w:gridCol w:w="10092"/>
      </w:tblGrid>
      <w:tr>
        <w:trPr>
          <w:trHeight w:val="10773" w:hRule="atLeast"/>
        </w:trPr>
        <w:tc>
          <w:tcPr>
            <w:tcW w:type="dxa" w:w="10091"/>
          </w:tcPr>
          <w:p/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deb3a0"/>
          <w:left w:val="single" w:sz="12" w:color="#deb3a0"/>
          <w:bottom w:val="single" w:sz="12" w:color="#deb3a0"/>
          <w:right w:val="single" w:sz="12" w:color="#deb3a0"/>
          <w:insideH w:val="single" w:sz="12" w:color="#deb3a0"/>
          <w:insideV w:val="single" w:sz="12" w:color="#deb3a0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43" name="Picture 1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5e7e2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9F4C28"/>
                <w:sz w:val="26"/>
                <w:rtl/>
                <w:bCs/>
                <w:szCs w:val="26"/>
              </w:rPr>
              <w:t>נוֹשֵׂא 6 · לוֹמְדִים יַחַד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הַכִּתָּה שֶׁלִּי וְהַקְּהִלָּה</w:t>
            </w:r>
          </w:p>
        </w:tc>
        <w:tc>
          <w:tcPr>
            <w:tcW w:type="dxa" w:w="1134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44" name="Picture 1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cf9176"/>
          <w:left w:val="single" w:sz="12" w:color="cf9176"/>
          <w:bottom w:val="single" w:sz="12" w:color="cf9176"/>
          <w:right w:val="single" w:sz="12" w:color="cf9176"/>
          <w:insideH w:val="single" w:sz="12" w:color="cf9176"/>
          <w:insideV w:val="single" w:sz="12" w:color="cf9176"/>
        </w:tblBorders>
        <w:tblLayout w:type="fixed"/>
      </w:tblPr>
      <w:tblGrid>
        <w:gridCol w:w="5046"/>
        <w:gridCol w:w="5046"/>
      </w:tblGrid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145" name="Picture 1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הַכִּתָּה הִיא קְבוּצָה: כֻּלָּנוּ לוֹמְדִים יַחַד.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146" name="Picture 1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b_170.png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כְּשֶׁמַּגִּיעַ יֶלֶד חָדָשׁ, מְקַבְּלִים אוֹתוֹ בְּשִׂמְחָה.</w:t>
            </w:r>
          </w:p>
        </w:tc>
      </w:tr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147" name="Picture 1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1d_170.png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מְכַבְּדִים אֶת מִי שֶׁשּׁוֹנֶה מֵאִתָּנוּ.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148" name="Picture 1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8_170.png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בַּשְּׁכוּנָה גָּרִים שְׁכֵנִים, וְכֻלָּם יַחַד הֵם קְהִלָּה.</w:t>
            </w:r>
          </w:p>
        </w:tc>
      </w:tr>
    </w:tbl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9f4c28"/>
          <w:left w:val="dashed" w:sz="12" w:color="9f4c28"/>
          <w:bottom w:val="dashed" w:sz="12" w:color="9f4c28"/>
          <w:right w:val="dashed" w:sz="12" w:color="9f4c28"/>
          <w:insideH w:val="dashed" w:sz="12" w:color="9f4c28"/>
          <w:insideV w:val="dashed" w:sz="12" w:color="9f4c28"/>
        </w:tblBorders>
      </w:tblPr>
      <w:tblGrid>
        <w:gridCol w:w="10092"/>
      </w:tblGrid>
      <w:tr>
        <w:tc>
          <w:tcPr>
            <w:tcW w:type="dxa" w:w="10092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בַּכִּתָּה וּבַקְּהִלָּה שׁוֹמְרִים עַל כָּבוֹד וּמְקַבְּלִים כָּל יֶלֶד.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deb3a0"/>
          <w:left w:val="single" w:sz="12" w:color="#deb3a0"/>
          <w:bottom w:val="single" w:sz="12" w:color="#deb3a0"/>
          <w:right w:val="single" w:sz="12" w:color="#deb3a0"/>
          <w:insideH w:val="single" w:sz="12" w:color="#deb3a0"/>
          <w:insideV w:val="single" w:sz="12" w:color="#deb3a0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49" name="Picture 1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5e7e2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9F4C28"/>
                <w:sz w:val="26"/>
                <w:rtl/>
                <w:bCs/>
                <w:szCs w:val="26"/>
              </w:rPr>
              <w:t>נוֹשֵׂא 6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הַכִּתָּה שֶׁלִּי וְהַקְּהִלָּה</w:t>
            </w:r>
          </w:p>
        </w:tc>
        <w:tc>
          <w:tcPr>
            <w:tcW w:type="dxa" w:w="1134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50" name="Picture 1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</w:tblPr>
      <w:tblGrid>
        <w:gridCol w:w="10092"/>
      </w:tblGrid>
      <w:tr>
        <w:tc>
          <w:tcPr>
            <w:tcW w:type="dxa" w:w="10092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עוֹשִׂים כְּשֶׁרוֹצִים לְדַבֵּר בַּכִּתָּה?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51" name="Picture 1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c3_170.png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52" name="Picture 1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4b_170.png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53" name="Picture 1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34_170.png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מַרְאֶה שֶׁאֲנַחְנוּ חֲבֵרִים?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54" name="Picture 1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a_170.png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55" name="Picture 1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b_170.png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56" name="Picture 1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1d_170.png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9F4C28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לוֹקְחִים כָּל בֹּקֶר לְבֵית הַסֵּפֶר?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57" name="Picture 1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92_170.png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58" name="Picture 15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1_170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59" name="Picture 15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f_170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deb3a0"/>
          <w:left w:val="single" w:sz="12" w:color="#deb3a0"/>
          <w:bottom w:val="single" w:sz="12" w:color="#deb3a0"/>
          <w:right w:val="single" w:sz="12" w:color="#deb3a0"/>
          <w:insideH w:val="single" w:sz="12" w:color="#deb3a0"/>
          <w:insideV w:val="single" w:sz="12" w:color="#deb3a0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60" name="Picture 16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5e7e2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9F4C28"/>
                <w:sz w:val="26"/>
                <w:rtl/>
                <w:bCs/>
                <w:szCs w:val="26"/>
              </w:rPr>
              <w:t>נוֹשֵׂא 6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הַכִּתָּה שֶׁלִּי וְהַקְּהִלָּה</w:t>
            </w:r>
          </w:p>
        </w:tc>
        <w:tc>
          <w:tcPr>
            <w:tcW w:type="dxa" w:w="1134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61" name="Picture 16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</w:tblPr>
      <w:tblGrid>
        <w:gridCol w:w="10092"/>
      </w:tblGrid>
      <w:tr>
        <w:tc>
          <w:tcPr>
            <w:tcW w:type="dxa" w:w="10092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הִשְׁלִימוּ אֶת הַמִּלָּה הַחֲסֵרָה. הֶעְתִּיקוּ מִן הַמַּחְסָן.</w:t>
            </w:r>
          </w:p>
        </w:tc>
      </w:tr>
    </w:tbl>
    <w:p>
      <w:pPr>
        <w:bidi/>
        <w:spacing w:after="8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9f4c28"/>
          <w:left w:val="dashed" w:sz="12" w:color="9f4c28"/>
          <w:bottom w:val="dashed" w:sz="12" w:color="9f4c28"/>
          <w:right w:val="dashed" w:sz="12" w:color="9f4c28"/>
          <w:insideH w:val="dashed" w:sz="12" w:color="9f4c28"/>
          <w:insideV w:val="dashed" w:sz="12" w:color="9f4c28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 xml:space="preserve">מַחְסַן מִלִּים:   </w:t>
            </w:r>
            <w:r>
              <w:rPr>
                <w:rFonts w:ascii="Arial" w:hAnsi="Arial" w:cs="Arial"/>
                <w:b/>
                <w:sz w:val="44"/>
                <w:rtl/>
                <w:bCs/>
                <w:szCs w:val="44"/>
              </w:rPr>
              <w:t>שָׁלוֹם     קְהִלָּה     כִּתָּה</w:t>
            </w:r>
          </w:p>
        </w:tc>
      </w:tr>
    </w:tbl>
    <w:p>
      <w:pPr>
        <w:bidi/>
        <w:spacing w:after="200"/>
      </w:pPr>
    </w:p>
    <w:p>
      <w:pPr>
        <w:bidi/>
        <w:spacing w:after="520"/>
      </w:pPr>
      <w:r>
        <w:rPr>
          <w:rFonts w:ascii="Arial" w:hAnsi="Arial" w:cs="Arial"/>
          <w:b/>
          <w:color w:val="9F4C28"/>
          <w:sz w:val="40"/>
          <w:rtl/>
          <w:bCs/>
          <w:szCs w:val="40"/>
        </w:rPr>
        <w:t xml:space="preserve">1. </w:t>
      </w:r>
      <w:r>
        <w:rPr>
          <w:rFonts w:ascii="Arial" w:hAnsi="Arial" w:cs="Arial"/>
          <w:b w:val="0"/>
          <w:sz w:val="40"/>
          <w:rtl/>
          <w:szCs w:val="40"/>
        </w:rPr>
        <w:t>אֲנַחְנוּ לוֹמְדִים יַחַד ב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9F4C28"/>
          <w:sz w:val="40"/>
          <w:rtl/>
          <w:bCs/>
          <w:szCs w:val="40"/>
        </w:rPr>
        <w:t xml:space="preserve">2. </w:t>
      </w:r>
      <w:r>
        <w:rPr>
          <w:rFonts w:ascii="Arial" w:hAnsi="Arial" w:cs="Arial"/>
          <w:b w:val="0"/>
          <w:sz w:val="40"/>
          <w:rtl/>
          <w:szCs w:val="40"/>
        </w:rPr>
        <w:t xml:space="preserve">לְיֶלֶד חָדָשׁ אוֹמְרִים 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9F4C28"/>
          <w:sz w:val="40"/>
          <w:rtl/>
          <w:bCs/>
          <w:szCs w:val="40"/>
        </w:rPr>
        <w:t xml:space="preserve">3. </w:t>
      </w:r>
      <w:r>
        <w:rPr>
          <w:rFonts w:ascii="Arial" w:hAnsi="Arial" w:cs="Arial"/>
          <w:b w:val="0"/>
          <w:sz w:val="40"/>
          <w:rtl/>
          <w:szCs w:val="40"/>
        </w:rPr>
        <w:t xml:space="preserve">הַשְּׁכֵנִים בַּשְּׁכוּנָה הֵם 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deb3a0"/>
          <w:left w:val="single" w:sz="12" w:color="#deb3a0"/>
          <w:bottom w:val="single" w:sz="12" w:color="#deb3a0"/>
          <w:right w:val="single" w:sz="12" w:color="#deb3a0"/>
          <w:insideH w:val="single" w:sz="12" w:color="#deb3a0"/>
          <w:insideV w:val="single" w:sz="12" w:color="#deb3a0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62" name="Picture 16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b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5e7e2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9F4C28"/>
                <w:sz w:val="26"/>
                <w:rtl/>
                <w:bCs/>
                <w:szCs w:val="26"/>
              </w:rPr>
              <w:t>נוֹשֵׂא 6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הַכִּתָּה שֶׁלִּי וְהַקְּהִלָּה</w:t>
            </w:r>
          </w:p>
        </w:tc>
        <w:tc>
          <w:tcPr>
            <w:tcW w:type="dxa" w:w="1134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63" name="Picture 16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</w:tblPr>
      <w:tblGrid>
        <w:gridCol w:w="10092"/>
      </w:tblGrid>
      <w:tr>
        <w:tc>
          <w:tcPr>
            <w:tcW w:type="dxa" w:w="10092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56 וְהַדְבִּיקוּ כָּאן בַּמָּקוֹם הַנָּכוֹן: מָה נָעִים בַּכִּתָּה וּמָה לֹא נָעִים?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64" name="Picture 16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0a_170.png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נָעִים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65" name="Picture 16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1f_170.png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לֹא נָעִים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deb3a0"/>
          <w:left w:val="single" w:sz="12" w:color="#deb3a0"/>
          <w:bottom w:val="single" w:sz="12" w:color="#deb3a0"/>
          <w:right w:val="single" w:sz="12" w:color="#deb3a0"/>
          <w:insideH w:val="single" w:sz="12" w:color="#deb3a0"/>
          <w:insideV w:val="single" w:sz="12" w:color="#deb3a0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66" name="Picture 16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8d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5e7e2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9F4C28"/>
                <w:sz w:val="26"/>
                <w:rtl/>
                <w:bCs/>
                <w:szCs w:val="26"/>
              </w:rPr>
              <w:t>נוֹשֵׂא 6 · מְצַיְּרִים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הַכִּתָּה שֶׁלִּי וְהַקְּהִלָּה</w:t>
            </w:r>
          </w:p>
        </w:tc>
        <w:tc>
          <w:tcPr>
            <w:tcW w:type="dxa" w:w="1134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67" name="Picture 16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</w:tblPr>
      <w:tblGrid>
        <w:gridCol w:w="10092"/>
      </w:tblGrid>
      <w:tr>
        <w:tc>
          <w:tcPr>
            <w:tcW w:type="dxa" w:w="10092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צִיְּרוּ אֶת עַצְמְכֶם עִם חֲבֵרִים מֵהַכִּתָּה.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  <w:tblLayout w:type="fixed"/>
      </w:tblPr>
      <w:tblGrid>
        <w:gridCol w:w="10092"/>
      </w:tblGrid>
      <w:tr>
        <w:trPr>
          <w:trHeight w:val="10773" w:hRule="atLeast"/>
        </w:trPr>
        <w:tc>
          <w:tcPr>
            <w:tcW w:type="dxa" w:w="10091"/>
          </w:tcPr>
          <w:p/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dabb6"/>
          <w:left w:val="single" w:sz="12" w:color="#edabb6"/>
          <w:bottom w:val="single" w:sz="12" w:color="#edabb6"/>
          <w:right w:val="single" w:sz="12" w:color="#edabb6"/>
          <w:insideH w:val="single" w:sz="12" w:color="#edabb6"/>
          <w:insideV w:val="single" w:sz="12" w:color="#edabb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68" name="Picture 16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5e8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C3D52"/>
                <w:sz w:val="26"/>
                <w:rtl/>
                <w:bCs/>
                <w:szCs w:val="26"/>
              </w:rPr>
              <w:t>נוֹשֵׂא 7 · לוֹמְדִים יַחַד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חֻקִּים, כְּלָלִים וְהַסְכָּמוֹת</w:t>
            </w:r>
          </w:p>
        </w:tc>
        <w:tc>
          <w:tcPr>
            <w:tcW w:type="dxa" w:w="1134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69" name="Picture 16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e48696"/>
          <w:left w:val="single" w:sz="12" w:color="e48696"/>
          <w:bottom w:val="single" w:sz="12" w:color="e48696"/>
          <w:right w:val="single" w:sz="12" w:color="e48696"/>
          <w:insideH w:val="single" w:sz="12" w:color="e48696"/>
          <w:insideV w:val="single" w:sz="12" w:color="e48696"/>
        </w:tblBorders>
        <w:tblLayout w:type="fixed"/>
      </w:tblPr>
      <w:tblGrid>
        <w:gridCol w:w="5046"/>
        <w:gridCol w:w="5046"/>
      </w:tblGrid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170" name="Picture 17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בַּכִּתָּה יֵשׁ תַּקָּנוֹן: כְּלָלִים שֶׁכֻּלָּנוּ מַסְכִּימִים עֲלֵיהֶם.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171" name="Picture 17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6_170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בַּכְּבִישׁ יֵשׁ חֻקִּים שֶׁשּׁוֹמְרִים עָלֵינוּ.</w:t>
            </w:r>
          </w:p>
        </w:tc>
      </w:tr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172" name="Picture 17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d1_170.png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בַּשְּׁכוּנָה שׁוֹמְרִים עַל נִקָּיוֹן וְשֶׁקֶט.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173" name="Picture 17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4a_170.png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כְּשֶׁרַבִּים – מְדַבְּרִים וּמַשְׁלִימִים בְּדַרְכֵי שָׁלוֹם.</w:t>
            </w:r>
          </w:p>
        </w:tc>
      </w:tr>
    </w:tbl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bc3d52"/>
          <w:left w:val="dashed" w:sz="12" w:color="bc3d52"/>
          <w:bottom w:val="dashed" w:sz="12" w:color="bc3d52"/>
          <w:right w:val="dashed" w:sz="12" w:color="bc3d52"/>
          <w:insideH w:val="dashed" w:sz="12" w:color="bc3d52"/>
          <w:insideV w:val="dashed" w:sz="12" w:color="bc3d52"/>
        </w:tblBorders>
      </w:tblPr>
      <w:tblGrid>
        <w:gridCol w:w="10092"/>
      </w:tblGrid>
      <w:tr>
        <w:tc>
          <w:tcPr>
            <w:tcW w:type="dxa" w:w="10092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כְּלָלִים וְחֻקִּים שׁוֹמְרִים עָלֵינוּ וְעוֹזְרִים לְכֻלָּם לִחְיוֹת יַחַד.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dabb6"/>
          <w:left w:val="single" w:sz="12" w:color="#edabb6"/>
          <w:bottom w:val="single" w:sz="12" w:color="#edabb6"/>
          <w:right w:val="single" w:sz="12" w:color="#edabb6"/>
          <w:insideH w:val="single" w:sz="12" w:color="#edabb6"/>
          <w:insideV w:val="single" w:sz="12" w:color="#edabb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74" name="Picture 17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5e8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C3D52"/>
                <w:sz w:val="26"/>
                <w:rtl/>
                <w:bCs/>
                <w:szCs w:val="26"/>
              </w:rPr>
              <w:t>נוֹשֵׂא 7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חֻקִּים, כְּלָלִים וְהַסְכָּמוֹת</w:t>
            </w:r>
          </w:p>
        </w:tc>
        <w:tc>
          <w:tcPr>
            <w:tcW w:type="dxa" w:w="1134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75" name="Picture 17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</w:tblPr>
      <w:tblGrid>
        <w:gridCol w:w="10092"/>
      </w:tblGrid>
      <w:tr>
        <w:tc>
          <w:tcPr>
            <w:tcW w:type="dxa" w:w="10092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מְסַמֵּל שָׁלוֹם?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76" name="Picture 17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4a_170.png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77" name="Picture 17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94_170.png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78" name="Picture 17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5_170.png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כְּתוּבִים כְּלָלֵי הַכִּתָּה?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79" name="Picture 17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55_170.png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80" name="Picture 18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81" name="Picture 18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8_170.png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אֵיךְ פּוֹתְרִים רִיב עִם חָבֵר?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82" name="Picture 18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a_170.png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83" name="Picture 18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48_170.png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84" name="Picture 18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e3_170.png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dabb6"/>
          <w:left w:val="single" w:sz="12" w:color="#edabb6"/>
          <w:bottom w:val="single" w:sz="12" w:color="#edabb6"/>
          <w:right w:val="single" w:sz="12" w:color="#edabb6"/>
          <w:insideH w:val="single" w:sz="12" w:color="#edabb6"/>
          <w:insideV w:val="single" w:sz="12" w:color="#edabb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85" name="Picture 18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5e8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C3D52"/>
                <w:sz w:val="26"/>
                <w:rtl/>
                <w:bCs/>
                <w:szCs w:val="26"/>
              </w:rPr>
              <w:t>נוֹשֵׂא 7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חֻקִּים, כְּלָלִים וְהַסְכָּמוֹת</w:t>
            </w:r>
          </w:p>
        </w:tc>
        <w:tc>
          <w:tcPr>
            <w:tcW w:type="dxa" w:w="1134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86" name="Picture 18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</w:tblPr>
      <w:tblGrid>
        <w:gridCol w:w="10092"/>
      </w:tblGrid>
      <w:tr>
        <w:tc>
          <w:tcPr>
            <w:tcW w:type="dxa" w:w="10092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הִשְׁלִימוּ אֶת הַמִּלָּה הַחֲסֵרָה. הֶעְתִּיקוּ מִן הַמַּחְסָן.</w:t>
            </w:r>
          </w:p>
        </w:tc>
      </w:tr>
    </w:tbl>
    <w:p>
      <w:pPr>
        <w:bidi/>
        <w:spacing w:after="8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bc3d52"/>
          <w:left w:val="dashed" w:sz="12" w:color="bc3d52"/>
          <w:bottom w:val="dashed" w:sz="12" w:color="bc3d52"/>
          <w:right w:val="dashed" w:sz="12" w:color="bc3d52"/>
          <w:insideH w:val="dashed" w:sz="12" w:color="bc3d52"/>
          <w:insideV w:val="dashed" w:sz="12" w:color="bc3d52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 xml:space="preserve">מַחְסַן מִלִּים:   </w:t>
            </w:r>
            <w:r>
              <w:rPr>
                <w:rFonts w:ascii="Arial" w:hAnsi="Arial" w:cs="Arial"/>
                <w:b/>
                <w:sz w:val="44"/>
                <w:rtl/>
                <w:bCs/>
                <w:szCs w:val="44"/>
              </w:rPr>
              <w:t>פַּח     תַּקָּנוֹן     יָרֹק</w:t>
            </w:r>
          </w:p>
        </w:tc>
      </w:tr>
    </w:tbl>
    <w:p>
      <w:pPr>
        <w:bidi/>
        <w:spacing w:after="200"/>
      </w:pPr>
    </w:p>
    <w:p>
      <w:pPr>
        <w:bidi/>
        <w:spacing w:after="520"/>
      </w:pPr>
      <w:r>
        <w:rPr>
          <w:rFonts w:ascii="Arial" w:hAnsi="Arial" w:cs="Arial"/>
          <w:b/>
          <w:color w:val="BC3D52"/>
          <w:sz w:val="40"/>
          <w:rtl/>
          <w:bCs/>
          <w:szCs w:val="40"/>
        </w:rPr>
        <w:t xml:space="preserve">1. </w:t>
      </w:r>
      <w:r>
        <w:rPr>
          <w:rFonts w:ascii="Arial" w:hAnsi="Arial" w:cs="Arial"/>
          <w:b w:val="0"/>
          <w:sz w:val="40"/>
          <w:rtl/>
          <w:szCs w:val="40"/>
        </w:rPr>
        <w:t xml:space="preserve">חוֹצִים אֶת הַכְּבִישׁ בְּאוֹר 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BC3D52"/>
          <w:sz w:val="40"/>
          <w:rtl/>
          <w:bCs/>
          <w:szCs w:val="40"/>
        </w:rPr>
        <w:t xml:space="preserve">2. </w:t>
      </w:r>
      <w:r>
        <w:rPr>
          <w:rFonts w:ascii="Arial" w:hAnsi="Arial" w:cs="Arial"/>
          <w:b w:val="0"/>
          <w:sz w:val="40"/>
          <w:rtl/>
          <w:szCs w:val="40"/>
        </w:rPr>
        <w:t>זוֹרְקִים אֶת הַקְּלִפָּה ל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BC3D52"/>
          <w:sz w:val="40"/>
          <w:rtl/>
          <w:bCs/>
          <w:szCs w:val="40"/>
        </w:rPr>
        <w:t xml:space="preserve">3. </w:t>
      </w:r>
      <w:r>
        <w:rPr>
          <w:rFonts w:ascii="Arial" w:hAnsi="Arial" w:cs="Arial"/>
          <w:b w:val="0"/>
          <w:sz w:val="40"/>
          <w:rtl/>
          <w:szCs w:val="40"/>
        </w:rPr>
        <w:t>כְּלָלֵי הַכִּתָּה כְּתוּבִים ב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dabb6"/>
          <w:left w:val="single" w:sz="12" w:color="#edabb6"/>
          <w:bottom w:val="single" w:sz="12" w:color="#edabb6"/>
          <w:right w:val="single" w:sz="12" w:color="#edabb6"/>
          <w:insideH w:val="single" w:sz="12" w:color="#edabb6"/>
          <w:insideV w:val="single" w:sz="12" w:color="#edabb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87" name="Picture 18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5e8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C3D52"/>
                <w:sz w:val="26"/>
                <w:rtl/>
                <w:bCs/>
                <w:szCs w:val="26"/>
              </w:rPr>
              <w:t>נוֹשֵׂא 7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חֻקִּים, כְּלָלִים וְהַסְכָּמוֹת</w:t>
            </w:r>
          </w:p>
        </w:tc>
        <w:tc>
          <w:tcPr>
            <w:tcW w:type="dxa" w:w="1134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88" name="Picture 18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</w:tblPr>
      <w:tblGrid>
        <w:gridCol w:w="10092"/>
      </w:tblGrid>
      <w:tr>
        <w:tc>
          <w:tcPr>
            <w:tcW w:type="dxa" w:w="10092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57 וְהַדְבִּיקוּ כָּאן בַּמָּקוֹם הַנָּכוֹן: מָה מֻתָּר וּמָה אָסוּר?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89" name="Picture 18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5_170.png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מֻתָּר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190" name="Picture 19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4c_170.png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אָסוּר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dabb6"/>
          <w:left w:val="single" w:sz="12" w:color="#edabb6"/>
          <w:bottom w:val="single" w:sz="12" w:color="#edabb6"/>
          <w:right w:val="single" w:sz="12" w:color="#edabb6"/>
          <w:insideH w:val="single" w:sz="12" w:color="#edabb6"/>
          <w:insideV w:val="single" w:sz="12" w:color="#edabb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91" name="Picture 19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8d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5e8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C3D52"/>
                <w:sz w:val="26"/>
                <w:rtl/>
                <w:bCs/>
                <w:szCs w:val="26"/>
              </w:rPr>
              <w:t>נוֹשֵׂא 7 · מְצַיְּרִים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חֻקִּים, כְּלָלִים וְהַסְכָּמוֹת</w:t>
            </w:r>
          </w:p>
        </w:tc>
        <w:tc>
          <w:tcPr>
            <w:tcW w:type="dxa" w:w="1134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92" name="Picture 19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</w:tblPr>
      <w:tblGrid>
        <w:gridCol w:w="10092"/>
      </w:tblGrid>
      <w:tr>
        <w:tc>
          <w:tcPr>
            <w:tcW w:type="dxa" w:w="10092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צִיְּרוּ כְּלָל אֶחָד חָשׁוּב בַּכִּתָּה שֶׁלָּכֶם.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  <w:tblLayout w:type="fixed"/>
      </w:tblPr>
      <w:tblGrid>
        <w:gridCol w:w="10092"/>
      </w:tblGrid>
      <w:tr>
        <w:trPr>
          <w:trHeight w:val="10773" w:hRule="atLeast"/>
        </w:trPr>
        <w:tc>
          <w:tcPr>
            <w:tcW w:type="dxa" w:w="10091"/>
          </w:tcPr>
          <w:p/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beca99"/>
          <w:left w:val="single" w:sz="12" w:color="#beca99"/>
          <w:bottom w:val="single" w:sz="12" w:color="#beca99"/>
          <w:right w:val="single" w:sz="12" w:color="#beca99"/>
          <w:insideH w:val="single" w:sz="12" w:color="#beca99"/>
          <w:insideV w:val="single" w:sz="12" w:color="#beca9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93" name="Picture 19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0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befd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627919"/>
                <w:sz w:val="26"/>
                <w:rtl/>
                <w:bCs/>
                <w:szCs w:val="26"/>
              </w:rPr>
              <w:t>נוֹשֵׂא 8 · לוֹמְדִים יַחַד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כֶּסֶף וְצַרְכָנוּת נְבוֹנָה</w:t>
            </w:r>
          </w:p>
        </w:tc>
        <w:tc>
          <w:tcPr>
            <w:tcW w:type="dxa" w:w="1134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94" name="Picture 19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a1b36b"/>
          <w:left w:val="single" w:sz="12" w:color="a1b36b"/>
          <w:bottom w:val="single" w:sz="12" w:color="a1b36b"/>
          <w:right w:val="single" w:sz="12" w:color="a1b36b"/>
          <w:insideH w:val="single" w:sz="12" w:color="a1b36b"/>
          <w:insideV w:val="single" w:sz="12" w:color="a1b36b"/>
        </w:tblBorders>
        <w:tblLayout w:type="fixed"/>
      </w:tblPr>
      <w:tblGrid>
        <w:gridCol w:w="5046"/>
        <w:gridCol w:w="5046"/>
      </w:tblGrid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195" name="Picture 19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c_170.png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הַהוֹרִים עוֹבְדִים וּמַרְוִיחִים כֶּסֶף.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196" name="Picture 19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a99_170.png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מְשַׁלְּמִים בְּמַטְבְּעוֹת, בִּשְׁטָרוֹת, בְּכַרְטִיס אוֹ בַּטֵּלֵפוֹן.</w:t>
            </w:r>
          </w:p>
        </w:tc>
      </w:tr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197" name="Picture 19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f7_170.png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לִפְנֵי שֶׁקּוֹנִים, מַשְׁוִים מְחִירִים.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198" name="Picture 19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ad9_170.png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חוֹסְכִים כֶּסֶף בַּצַּד לְדָבָר חָשׁוּב.</w:t>
            </w:r>
          </w:p>
        </w:tc>
      </w:tr>
    </w:tbl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627919"/>
          <w:left w:val="dashed" w:sz="12" w:color="627919"/>
          <w:bottom w:val="dashed" w:sz="12" w:color="627919"/>
          <w:right w:val="dashed" w:sz="12" w:color="627919"/>
          <w:insideH w:val="dashed" w:sz="12" w:color="627919"/>
          <w:insideV w:val="dashed" w:sz="12" w:color="627919"/>
        </w:tblBorders>
      </w:tblPr>
      <w:tblGrid>
        <w:gridCol w:w="10092"/>
      </w:tblGrid>
      <w:tr>
        <w:tc>
          <w:tcPr>
            <w:tcW w:type="dxa" w:w="10092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כֶּסֶף מַרְוִיחִים בָּעֲבוֹדָה. קוֹנִים בְּחָכְמָה וְחוֹסְכִים.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beca99"/>
          <w:left w:val="single" w:sz="12" w:color="#beca99"/>
          <w:bottom w:val="single" w:sz="12" w:color="#beca99"/>
          <w:right w:val="single" w:sz="12" w:color="#beca99"/>
          <w:insideH w:val="single" w:sz="12" w:color="#beca99"/>
          <w:insideV w:val="single" w:sz="12" w:color="#beca9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99" name="Picture 19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0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befd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627919"/>
                <w:sz w:val="26"/>
                <w:rtl/>
                <w:bCs/>
                <w:szCs w:val="26"/>
              </w:rPr>
              <w:t>נוֹשֵׂא 8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כֶּסֶף וְצַרְכָנוּת נְבוֹנָה</w:t>
            </w:r>
          </w:p>
        </w:tc>
        <w:tc>
          <w:tcPr>
            <w:tcW w:type="dxa" w:w="1134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00" name="Picture 20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</w:tblPr>
      <w:tblGrid>
        <w:gridCol w:w="10092"/>
      </w:tblGrid>
      <w:tr>
        <w:tc>
          <w:tcPr>
            <w:tcW w:type="dxa" w:w="10092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אֵיפֹה שָׂמִים אֶת הַקְּנִיּוֹת בַּסּוּפֶּר?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01" name="Picture 20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1_170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02" name="Picture 20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2_170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03" name="Picture 20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2_170.png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עוֹשִׂים עִם כֶּסֶף שֶׁחוֹסְכִים?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04" name="Picture 20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ad9_170.png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05" name="Picture 20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d1_170.png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06" name="Picture 20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25_170.png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627919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אֵיזֶה מוּצָר הוּא צֹרֶךְ חָשׁוּב?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07" name="Picture 20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6d_170.png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08" name="Picture 20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5e_170.png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09" name="Picture 20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88_170.png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beca99"/>
          <w:left w:val="single" w:sz="12" w:color="#beca99"/>
          <w:bottom w:val="single" w:sz="12" w:color="#beca99"/>
          <w:right w:val="single" w:sz="12" w:color="#beca99"/>
          <w:insideH w:val="single" w:sz="12" w:color="#beca99"/>
          <w:insideV w:val="single" w:sz="12" w:color="#beca9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10" name="Picture 2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0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befd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627919"/>
                <w:sz w:val="26"/>
                <w:rtl/>
                <w:bCs/>
                <w:szCs w:val="26"/>
              </w:rPr>
              <w:t>נוֹשֵׂא 8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כֶּסֶף וְצַרְכָנוּת נְבוֹנָה</w:t>
            </w:r>
          </w:p>
        </w:tc>
        <w:tc>
          <w:tcPr>
            <w:tcW w:type="dxa" w:w="1134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11" name="Picture 2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</w:tblPr>
      <w:tblGrid>
        <w:gridCol w:w="10092"/>
      </w:tblGrid>
      <w:tr>
        <w:tc>
          <w:tcPr>
            <w:tcW w:type="dxa" w:w="10092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הִשְׁלִימוּ אֶת הַמִּלָּה הַחֲסֵרָה. הֶעְתִּיקוּ מִן הַמַּחְסָן.</w:t>
            </w:r>
          </w:p>
        </w:tc>
      </w:tr>
    </w:tbl>
    <w:p>
      <w:pPr>
        <w:bidi/>
        <w:spacing w:after="8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627919"/>
          <w:left w:val="dashed" w:sz="12" w:color="627919"/>
          <w:bottom w:val="dashed" w:sz="12" w:color="627919"/>
          <w:right w:val="dashed" w:sz="12" w:color="627919"/>
          <w:insideH w:val="dashed" w:sz="12" w:color="627919"/>
          <w:insideV w:val="dashed" w:sz="12" w:color="627919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 xml:space="preserve">מַחְסַן מִלִּים:   </w:t>
            </w:r>
            <w:r>
              <w:rPr>
                <w:rFonts w:ascii="Arial" w:hAnsi="Arial" w:cs="Arial"/>
                <w:b/>
                <w:sz w:val="44"/>
                <w:rtl/>
                <w:bCs/>
                <w:szCs w:val="44"/>
              </w:rPr>
              <w:t>מְחִירִים     עֲבוֹדָה     קֻפָּה</w:t>
            </w:r>
          </w:p>
        </w:tc>
      </w:tr>
    </w:tbl>
    <w:p>
      <w:pPr>
        <w:bidi/>
        <w:spacing w:after="200"/>
      </w:pPr>
    </w:p>
    <w:p>
      <w:pPr>
        <w:bidi/>
        <w:spacing w:after="520"/>
      </w:pPr>
      <w:r>
        <w:rPr>
          <w:rFonts w:ascii="Arial" w:hAnsi="Arial" w:cs="Arial"/>
          <w:b/>
          <w:color w:val="627919"/>
          <w:sz w:val="40"/>
          <w:rtl/>
          <w:bCs/>
          <w:szCs w:val="40"/>
        </w:rPr>
        <w:t xml:space="preserve">1. </w:t>
      </w:r>
      <w:r>
        <w:rPr>
          <w:rFonts w:ascii="Arial" w:hAnsi="Arial" w:cs="Arial"/>
          <w:b w:val="0"/>
          <w:sz w:val="40"/>
          <w:rtl/>
          <w:szCs w:val="40"/>
        </w:rPr>
        <w:t>אֶת הַכֶּסֶף שֶׁחוֹסְכִים שָׂמִים ב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627919"/>
          <w:sz w:val="40"/>
          <w:rtl/>
          <w:bCs/>
          <w:szCs w:val="40"/>
        </w:rPr>
        <w:t xml:space="preserve">2. </w:t>
      </w:r>
      <w:r>
        <w:rPr>
          <w:rFonts w:ascii="Arial" w:hAnsi="Arial" w:cs="Arial"/>
          <w:b w:val="0"/>
          <w:sz w:val="40"/>
          <w:rtl/>
          <w:szCs w:val="40"/>
        </w:rPr>
        <w:t xml:space="preserve">לִפְנֵי שֶׁקּוֹנִים, מַשְׁוִים 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627919"/>
          <w:sz w:val="40"/>
          <w:rtl/>
          <w:bCs/>
          <w:szCs w:val="40"/>
        </w:rPr>
        <w:t xml:space="preserve">3. </w:t>
      </w:r>
      <w:r>
        <w:rPr>
          <w:rFonts w:ascii="Arial" w:hAnsi="Arial" w:cs="Arial"/>
          <w:b w:val="0"/>
          <w:sz w:val="40"/>
          <w:rtl/>
          <w:szCs w:val="40"/>
        </w:rPr>
        <w:t>הַהוֹרִים מַרְוִיחִים כֶּסֶף ב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beca99"/>
          <w:left w:val="single" w:sz="12" w:color="#beca99"/>
          <w:bottom w:val="single" w:sz="12" w:color="#beca99"/>
          <w:right w:val="single" w:sz="12" w:color="#beca99"/>
          <w:insideH w:val="single" w:sz="12" w:color="#beca99"/>
          <w:insideV w:val="single" w:sz="12" w:color="#beca9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12" name="Picture 2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0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befd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627919"/>
                <w:sz w:val="26"/>
                <w:rtl/>
                <w:bCs/>
                <w:szCs w:val="26"/>
              </w:rPr>
              <w:t>נוֹשֵׂא 8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כֶּסֶף וְצַרְכָנוּת נְבוֹנָה</w:t>
            </w:r>
          </w:p>
        </w:tc>
        <w:tc>
          <w:tcPr>
            <w:tcW w:type="dxa" w:w="1134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13" name="Picture 2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</w:tblPr>
      <w:tblGrid>
        <w:gridCol w:w="10092"/>
      </w:tblGrid>
      <w:tr>
        <w:tc>
          <w:tcPr>
            <w:tcW w:type="dxa" w:w="10092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58 וְהַדְבִּיקוּ כָּאן בַּמָּקוֹם הַנָּכוֹן: מָה צָרִיךְ וּמָה רוֹצֶה?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14" name="Picture 2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14_170.png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צָרִיךְ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15" name="Picture 2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d_170.png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רוֹצֶה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beca99"/>
          <w:left w:val="single" w:sz="12" w:color="#beca99"/>
          <w:bottom w:val="single" w:sz="12" w:color="#beca99"/>
          <w:right w:val="single" w:sz="12" w:color="#beca99"/>
          <w:insideH w:val="single" w:sz="12" w:color="#beca99"/>
          <w:insideV w:val="single" w:sz="12" w:color="#beca9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16" name="Picture 2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8d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befd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627919"/>
                <w:sz w:val="26"/>
                <w:rtl/>
                <w:bCs/>
                <w:szCs w:val="26"/>
              </w:rPr>
              <w:t>נוֹשֵׂא 8 · מְצַיְּרִים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כֶּסֶף וְצַרְכָנוּת נְבוֹנָה</w:t>
            </w:r>
          </w:p>
        </w:tc>
        <w:tc>
          <w:tcPr>
            <w:tcW w:type="dxa" w:w="1134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17" name="Picture 2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</w:tblPr>
      <w:tblGrid>
        <w:gridCol w:w="10092"/>
      </w:tblGrid>
      <w:tr>
        <w:tc>
          <w:tcPr>
            <w:tcW w:type="dxa" w:w="10092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צִיְּרוּ מַשֶּׁהוּ שֶׁאַתֶּם רוֹצִים לַחֲסֹךְ עֲבוּרוֹ.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  <w:tblLayout w:type="fixed"/>
      </w:tblPr>
      <w:tblGrid>
        <w:gridCol w:w="10092"/>
      </w:tblGrid>
      <w:tr>
        <w:trPr>
          <w:trHeight w:val="10773" w:hRule="atLeast"/>
        </w:trPr>
        <w:tc>
          <w:tcPr>
            <w:tcW w:type="dxa" w:w="10091"/>
          </w:tcPr>
          <w:p/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d1"/>
          <w:left w:val="single" w:sz="12" w:color="#91bed1"/>
          <w:bottom w:val="single" w:sz="12" w:color="#91bed1"/>
          <w:right w:val="single" w:sz="12" w:color="#91bed1"/>
          <w:insideH w:val="single" w:sz="12" w:color="#91bed1"/>
          <w:insideV w:val="single" w:sz="12" w:color="#91bed1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18" name="Picture 2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f1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87"/>
                <w:sz w:val="26"/>
                <w:rtl/>
                <w:bCs/>
                <w:szCs w:val="26"/>
              </w:rPr>
              <w:t>נוֹשֵׂא 9 · לוֹמְדִים יַחַד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סִפּוּר הַמִּשְׁפָּחָה שֶׁלִּי</w:t>
            </w:r>
          </w:p>
        </w:tc>
        <w:tc>
          <w:tcPr>
            <w:tcW w:type="dxa" w:w="1134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19" name="Picture 2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60a1bd"/>
          <w:left w:val="single" w:sz="12" w:color="60a1bd"/>
          <w:bottom w:val="single" w:sz="12" w:color="60a1bd"/>
          <w:right w:val="single" w:sz="12" w:color="60a1bd"/>
          <w:insideH w:val="single" w:sz="12" w:color="60a1bd"/>
          <w:insideV w:val="single" w:sz="12" w:color="60a1bd"/>
        </w:tblBorders>
        <w:tblLayout w:type="fixed"/>
      </w:tblPr>
      <w:tblGrid>
        <w:gridCol w:w="5046"/>
        <w:gridCol w:w="5046"/>
      </w:tblGrid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20" name="Picture 2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לְכָל מִשְׁפָּחָה יֵשׁ סִפּוּר: מֵאֵיפֹה הִיא בָּאָה.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21" name="Picture 2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8_170.png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מִשְׁפָּחוֹת רַבּוֹת עָלוּ לְאֶרֶץ יִשְׂרָאֵל בְּמָטוֹס אוֹ בָּאֳנִיָּה.</w:t>
            </w:r>
          </w:p>
        </w:tc>
      </w:tr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22" name="Picture 2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בְּעֵץ מִשְׁפָּחָה רוֹאִים אֶת כָּל הַדּוֹרוֹת.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23" name="Picture 2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f7_170.png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תְּמוּנוֹת וַחֲפָצִים יְשָׁנִים מְסַפְּרִים אֶת סִפּוּר הַמִּשְׁפָּחָה.</w:t>
            </w:r>
          </w:p>
        </w:tc>
      </w:tr>
    </w:tbl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0a6187"/>
          <w:left w:val="dashed" w:sz="12" w:color="0a6187"/>
          <w:bottom w:val="dashed" w:sz="12" w:color="0a6187"/>
          <w:right w:val="dashed" w:sz="12" w:color="0a6187"/>
          <w:insideH w:val="dashed" w:sz="12" w:color="0a6187"/>
          <w:insideV w:val="dashed" w:sz="12" w:color="0a6187"/>
        </w:tblBorders>
      </w:tblPr>
      <w:tblGrid>
        <w:gridCol w:w="10092"/>
      </w:tblGrid>
      <w:tr>
        <w:tc>
          <w:tcPr>
            <w:tcW w:type="dxa" w:w="10092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כָּל מִשְׁפָּחָה בָּאָה עִם סִפּוּר. יַחַד אֲנַחְנוּ עַם אֶחָד בְּאֶרֶץ יִשְׂרָאֵל.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d1"/>
          <w:left w:val="single" w:sz="12" w:color="#91bed1"/>
          <w:bottom w:val="single" w:sz="12" w:color="#91bed1"/>
          <w:right w:val="single" w:sz="12" w:color="#91bed1"/>
          <w:insideH w:val="single" w:sz="12" w:color="#91bed1"/>
          <w:insideV w:val="single" w:sz="12" w:color="#91bed1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24" name="Picture 2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f1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87"/>
                <w:sz w:val="26"/>
                <w:rtl/>
                <w:bCs/>
                <w:szCs w:val="26"/>
              </w:rPr>
              <w:t>נוֹשֵׂא 9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סִפּוּר הַמִּשְׁפָּחָה שֶׁלִּי</w:t>
            </w:r>
          </w:p>
        </w:tc>
        <w:tc>
          <w:tcPr>
            <w:tcW w:type="dxa" w:w="1134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25" name="Picture 2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</w:tblPr>
      <w:tblGrid>
        <w:gridCol w:w="10092"/>
      </w:tblGrid>
      <w:tr>
        <w:tc>
          <w:tcPr>
            <w:tcW w:type="dxa" w:w="10092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מַרְאֶה אֶת כָּל אַרְצוֹת הָעוֹלָם?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26" name="Picture 2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4e_170.png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27" name="Picture 2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28" name="Picture 2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8_170.png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עוֹזֵר לִזְכֹּר אֶת סִפּוּר הַמִּשְׁפָּחָה?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29" name="Picture 2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d1_170.png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30" name="Picture 2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88_170.png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31" name="Picture 2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f7_170.png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הַדֶּגֶל שֶׁל מְדִינַת יִשְׂרָאֵל?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32" name="Picture 2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1ee-1f1f1_170.png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33" name="Picture 2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f3_170.png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234" name="Picture 2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c1_170.png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d1"/>
          <w:left w:val="single" w:sz="12" w:color="#91bed1"/>
          <w:bottom w:val="single" w:sz="12" w:color="#91bed1"/>
          <w:right w:val="single" w:sz="12" w:color="#91bed1"/>
          <w:insideH w:val="single" w:sz="12" w:color="#91bed1"/>
          <w:insideV w:val="single" w:sz="12" w:color="#91bed1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35" name="Picture 2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f1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87"/>
                <w:sz w:val="26"/>
                <w:rtl/>
                <w:bCs/>
                <w:szCs w:val="26"/>
              </w:rPr>
              <w:t>נוֹשֵׂא 9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סִפּוּר הַמִּשְׁפָּחָה שֶׁלִּי</w:t>
            </w:r>
          </w:p>
        </w:tc>
        <w:tc>
          <w:tcPr>
            <w:tcW w:type="dxa" w:w="1134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36" name="Picture 2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</w:tblPr>
      <w:tblGrid>
        <w:gridCol w:w="10092"/>
      </w:tblGrid>
      <w:tr>
        <w:tc>
          <w:tcPr>
            <w:tcW w:type="dxa" w:w="10092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הִשְׁלִימוּ אֶת הַמִּלָּה הַחֲסֵרָה. הֶעְתִּיקוּ מִן הַמַּחְסָן.</w:t>
            </w:r>
          </w:p>
        </w:tc>
      </w:tr>
    </w:tbl>
    <w:p>
      <w:pPr>
        <w:bidi/>
        <w:spacing w:after="8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0a6187"/>
          <w:left w:val="dashed" w:sz="12" w:color="0a6187"/>
          <w:bottom w:val="dashed" w:sz="12" w:color="0a6187"/>
          <w:right w:val="dashed" w:sz="12" w:color="0a6187"/>
          <w:insideH w:val="dashed" w:sz="12" w:color="0a6187"/>
          <w:insideV w:val="dashed" w:sz="12" w:color="0a6187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 xml:space="preserve">מַחְסַן מִלִּים:   </w:t>
            </w:r>
            <w:r>
              <w:rPr>
                <w:rFonts w:ascii="Arial" w:hAnsi="Arial" w:cs="Arial"/>
                <w:b/>
                <w:sz w:val="44"/>
                <w:rtl/>
                <w:bCs/>
                <w:szCs w:val="44"/>
              </w:rPr>
              <w:t>עֵץ     אֳנִיָּה     עֲלִיָּה</w:t>
            </w:r>
          </w:p>
        </w:tc>
      </w:tr>
    </w:tbl>
    <w:p>
      <w:pPr>
        <w:bidi/>
        <w:spacing w:after="200"/>
      </w:pPr>
    </w:p>
    <w:p>
      <w:pPr>
        <w:bidi/>
        <w:spacing w:after="520"/>
      </w:pPr>
      <w:r>
        <w:rPr>
          <w:rFonts w:ascii="Arial" w:hAnsi="Arial" w:cs="Arial"/>
          <w:b/>
          <w:color w:val="0A6187"/>
          <w:sz w:val="40"/>
          <w:rtl/>
          <w:bCs/>
          <w:szCs w:val="40"/>
        </w:rPr>
        <w:t xml:space="preserve">1. </w:t>
      </w:r>
      <w:r>
        <w:rPr>
          <w:rFonts w:ascii="Arial" w:hAnsi="Arial" w:cs="Arial"/>
          <w:b w:val="0"/>
          <w:sz w:val="40"/>
          <w:rtl/>
          <w:szCs w:val="40"/>
        </w:rPr>
        <w:t xml:space="preserve">מַעֲבָר לָגוּר בְּאֶרֶץ יִשְׂרָאֵל נִקְרָא 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pPr>
        <w:bidi/>
        <w:spacing w:after="520"/>
      </w:pPr>
      <w:r>
        <w:rPr>
          <w:rFonts w:ascii="Arial" w:hAnsi="Arial" w:cs="Arial"/>
          <w:b/>
          <w:color w:val="0A6187"/>
          <w:sz w:val="40"/>
          <w:rtl/>
          <w:bCs/>
          <w:szCs w:val="40"/>
        </w:rPr>
        <w:t xml:space="preserve">2. </w:t>
      </w:r>
      <w:r>
        <w:rPr>
          <w:rFonts w:ascii="Arial" w:hAnsi="Arial" w:cs="Arial"/>
          <w:b w:val="0"/>
          <w:sz w:val="40"/>
          <w:rtl/>
          <w:szCs w:val="40"/>
        </w:rPr>
        <w:t>אֶת כָּל הַדּוֹרוֹת רוֹאִים ב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 xml:space="preserve"> מִשְׁפָּחָה.</w:t>
      </w:r>
    </w:p>
    <w:p>
      <w:pPr>
        <w:bidi/>
        <w:spacing w:after="520"/>
      </w:pPr>
      <w:r>
        <w:rPr>
          <w:rFonts w:ascii="Arial" w:hAnsi="Arial" w:cs="Arial"/>
          <w:b/>
          <w:color w:val="0A6187"/>
          <w:sz w:val="40"/>
          <w:rtl/>
          <w:bCs/>
          <w:szCs w:val="40"/>
        </w:rPr>
        <w:t xml:space="preserve">3. </w:t>
      </w:r>
      <w:r>
        <w:rPr>
          <w:rFonts w:ascii="Arial" w:hAnsi="Arial" w:cs="Arial"/>
          <w:b w:val="0"/>
          <w:sz w:val="40"/>
          <w:rtl/>
          <w:szCs w:val="40"/>
        </w:rPr>
        <w:t>פַּעַם עָלוּ לָאָרֶץ גַּם ב</w:t>
      </w:r>
      <w:r>
        <w:rPr>
          <w:rFonts w:ascii="Arial" w:hAnsi="Arial" w:cs="Arial"/>
          <w:b w:val="0"/>
          <w:sz w:val="40"/>
          <w:rtl/>
          <w:szCs w:val="40"/>
        </w:rPr>
        <w:t xml:space="preserve"> ______________ </w:t>
      </w:r>
      <w:r>
        <w:rPr>
          <w:rFonts w:ascii="Arial" w:hAnsi="Arial" w:cs="Arial"/>
          <w:b w:val="0"/>
          <w:sz w:val="40"/>
          <w:rtl/>
          <w:szCs w:val="40"/>
        </w:rPr>
        <w:t>.</w:t>
      </w:r>
    </w:p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d1"/>
          <w:left w:val="single" w:sz="12" w:color="#91bed1"/>
          <w:bottom w:val="single" w:sz="12" w:color="#91bed1"/>
          <w:right w:val="single" w:sz="12" w:color="#91bed1"/>
          <w:insideH w:val="single" w:sz="12" w:color="#91bed1"/>
          <w:insideV w:val="single" w:sz="12" w:color="#91bed1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37" name="Picture 2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f1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87"/>
                <w:sz w:val="26"/>
                <w:rtl/>
                <w:bCs/>
                <w:szCs w:val="26"/>
              </w:rPr>
              <w:t>נוֹשֵׂא 9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סִפּוּר הַמִּשְׁפָּחָה שֶׁלִּי</w:t>
            </w:r>
          </w:p>
        </w:tc>
        <w:tc>
          <w:tcPr>
            <w:tcW w:type="dxa" w:w="1134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38" name="Picture 2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</w:tblPr>
      <w:tblGrid>
        <w:gridCol w:w="10092"/>
      </w:tblGrid>
      <w:tr>
        <w:tc>
          <w:tcPr>
            <w:tcW w:type="dxa" w:w="10092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59 וְהַדְבִּיקוּ כָּאן בַּמָּקוֹם הַנָּכוֹן: מֶה הָיָה פַּעַם וּמָה יֵשׁ הַיּוֹם?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39" name="Picture 2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70_170.png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פַּעַם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40" name="Picture 2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f1_170.png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הַיּוֹם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d1"/>
          <w:left w:val="single" w:sz="12" w:color="#91bed1"/>
          <w:bottom w:val="single" w:sz="12" w:color="#91bed1"/>
          <w:right w:val="single" w:sz="12" w:color="#91bed1"/>
          <w:insideH w:val="single" w:sz="12" w:color="#91bed1"/>
          <w:insideV w:val="single" w:sz="12" w:color="#91bed1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1" name="Picture 2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8d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f1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87"/>
                <w:sz w:val="26"/>
                <w:rtl/>
                <w:bCs/>
                <w:szCs w:val="26"/>
              </w:rPr>
              <w:t>נוֹשֵׂא 9 · מְצַיְּרִים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סִפּוּר הַמִּשְׁפָּחָה שֶׁלִּי</w:t>
            </w:r>
          </w:p>
        </w:tc>
        <w:tc>
          <w:tcPr>
            <w:tcW w:type="dxa" w:w="1134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42" name="Picture 2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</w:tblPr>
      <w:tblGrid>
        <w:gridCol w:w="10092"/>
      </w:tblGrid>
      <w:tr>
        <w:tc>
          <w:tcPr>
            <w:tcW w:type="dxa" w:w="10092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צִיְּרוּ חֵפֶץ שֶׁיֵּשׁ בַּמִּשְׁפָּחָה שֶׁלָּכֶם הַרְבֵּה שָׁנִים.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  <w:tblLayout w:type="fixed"/>
      </w:tblPr>
      <w:tblGrid>
        <w:gridCol w:w="10092"/>
      </w:tblGrid>
      <w:tr>
        <w:trPr>
          <w:trHeight w:val="10773" w:hRule="atLeast"/>
        </w:trPr>
        <w:tc>
          <w:tcPr>
            <w:tcW w:type="dxa" w:w="10091"/>
          </w:tcPr>
          <w:p/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7a7"/>
          <w:left w:val="single" w:sz="12" w:color="#f5b7a7"/>
          <w:bottom w:val="single" w:sz="12" w:color="#f5b7a7"/>
          <w:right w:val="single" w:sz="12" w:color="#f5b7a7"/>
          <w:insideH w:val="single" w:sz="12" w:color="#f5b7a7"/>
          <w:insideV w:val="single" w:sz="12" w:color="#f5b7a7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9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3" name="Picture 2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b50_170.png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9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5435"/>
                <w:sz w:val="26"/>
                <w:rtl/>
                <w:bCs/>
                <w:szCs w:val="26"/>
              </w:rPr>
              <w:t>חֲזָרָה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חֲזָרָה</w:t>
            </w:r>
          </w:p>
        </w:tc>
        <w:tc>
          <w:tcPr>
            <w:tcW w:type="dxa" w:w="1134"/>
            <w:shd w:val="clear" w:color="auto" w:fill="fce9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44" name="Picture 2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cc5435"/>
          <w:left w:val="single" w:sz="12" w:color="cc5435"/>
          <w:bottom w:val="single" w:sz="12" w:color="cc5435"/>
          <w:right w:val="single" w:sz="12" w:color="cc5435"/>
          <w:insideH w:val="single" w:sz="12" w:color="cc5435"/>
          <w:insideV w:val="single" w:sz="12" w:color="cc5435"/>
        </w:tblBorders>
      </w:tblPr>
      <w:tblGrid>
        <w:gridCol w:w="10092"/>
      </w:tblGrid>
      <w:tr>
        <w:tc>
          <w:tcPr>
            <w:tcW w:type="dxa" w:w="10092"/>
            <w:shd w:val="clear" w:color="auto" w:fill="fcece8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fcece8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fcece8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fcece8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fcece8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כָּל הַבָּתִּים נִרְאִים אוֹתוֹ דָּבָר.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עֵצִים בַּשְּׁכוּנָה נוֹתְנִים צֵל וַאֲוִיר נָקִי.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הַר הוּא מָקוֹם נָמוּךְ.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הַשְּׁכוּנָה שֶׁלָּנוּ לֹא מִשְׁתַּנָּה אַף פַּעַם.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סַבָּא וְסַבְתָּא הֵם חֵלֶק מֵהַמִּשְׁפָּחָה הַמֻּרְחֶבֶת.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7a7"/>
          <w:left w:val="single" w:sz="12" w:color="#f5b7a7"/>
          <w:bottom w:val="single" w:sz="12" w:color="#f5b7a7"/>
          <w:right w:val="single" w:sz="12" w:color="#f5b7a7"/>
          <w:insideH w:val="single" w:sz="12" w:color="#f5b7a7"/>
          <w:insideV w:val="single" w:sz="12" w:color="#f5b7a7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9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5" name="Picture 2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b50_170.png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9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5435"/>
                <w:sz w:val="26"/>
                <w:rtl/>
                <w:bCs/>
                <w:szCs w:val="26"/>
              </w:rPr>
              <w:t>חֲזָרָה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חֲזָרָה</w:t>
            </w:r>
          </w:p>
        </w:tc>
        <w:tc>
          <w:tcPr>
            <w:tcW w:type="dxa" w:w="1134"/>
            <w:shd w:val="clear" w:color="auto" w:fill="fce9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46" name="Picture 2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E5E7EB"/>
          <w:left w:val="single" w:sz="12" w:color="E5E7EB"/>
          <w:bottom w:val="single" w:sz="12" w:color="E5E7EB"/>
          <w:right w:val="single" w:sz="12" w:color="E5E7EB"/>
          <w:insideH w:val="single" w:sz="12" w:color="E5E7EB"/>
          <w:insideV w:val="single" w:sz="12" w:color="E5E7EB"/>
        </w:tblBorders>
        <w:tblLayout w:type="fixed"/>
      </w:tblPr>
      <w:tblGrid>
        <w:gridCol w:w="7938"/>
        <w:gridCol w:w="2154"/>
      </w:tblGrid>
      <w:tr>
        <w:tc>
          <w:tcPr>
            <w:tcW w:type="dxa" w:w="793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הַבַּיִת שֶׁלִּי: סוּגֵי בָּתִּים   ☆</w:t>
            </w:r>
          </w:p>
        </w:tc>
        <w:tc>
          <w:tcPr>
            <w:tcW w:type="dxa" w:w="2154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</w:r>
          </w:p>
        </w:tc>
      </w:tr>
      <w:tr>
        <w:tc>
          <w:tcPr>
            <w:tcW w:type="dxa" w:w="793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הַסְּבִיבָה הַקְּרוֹבָה: צִמְחִיָּה וְתַשְׁתִּיּוֹת   ☆</w:t>
            </w:r>
          </w:p>
        </w:tc>
        <w:tc>
          <w:tcPr>
            <w:tcW w:type="dxa" w:w="2154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</w:r>
          </w:p>
        </w:tc>
      </w:tr>
      <w:tr>
        <w:tc>
          <w:tcPr>
            <w:tcW w:type="dxa" w:w="793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הַנּוֹף שֶׁלְּיַד הַבַּיִת: הַר, עֵמֶק, מִישׁוֹר וְרָמָה   ☆</w:t>
            </w:r>
          </w:p>
        </w:tc>
        <w:tc>
          <w:tcPr>
            <w:tcW w:type="dxa" w:w="2154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</w:r>
          </w:p>
        </w:tc>
      </w:tr>
      <w:tr>
        <w:tc>
          <w:tcPr>
            <w:tcW w:type="dxa" w:w="793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שִׁנּוּיִים בַּבַּיִת וּבַסְּבִיבָה   ☆</w:t>
            </w:r>
          </w:p>
        </w:tc>
        <w:tc>
          <w:tcPr>
            <w:tcW w:type="dxa" w:w="2154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</w:r>
          </w:p>
        </w:tc>
      </w:tr>
      <w:tr>
        <w:tc>
          <w:tcPr>
            <w:tcW w:type="dxa" w:w="793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אֲנִי וּמִשְׁפַּחְתִּי   ☆</w:t>
            </w:r>
          </w:p>
        </w:tc>
        <w:tc>
          <w:tcPr>
            <w:tcW w:type="dxa" w:w="2154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</w:r>
          </w:p>
        </w:tc>
      </w:tr>
      <w:tr>
        <w:tc>
          <w:tcPr>
            <w:tcW w:type="dxa" w:w="793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הַכִּתָּה שֶׁלִּי וְהַקְּהִלָּה   ☆</w:t>
            </w:r>
          </w:p>
        </w:tc>
        <w:tc>
          <w:tcPr>
            <w:tcW w:type="dxa" w:w="2154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</w:r>
          </w:p>
        </w:tc>
      </w:tr>
      <w:tr>
        <w:tc>
          <w:tcPr>
            <w:tcW w:type="dxa" w:w="793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חֻקִּים, כְּלָלִים וְהַסְכָּמוֹת   ☆</w:t>
            </w:r>
          </w:p>
        </w:tc>
        <w:tc>
          <w:tcPr>
            <w:tcW w:type="dxa" w:w="2154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</w:r>
          </w:p>
        </w:tc>
      </w:tr>
      <w:tr>
        <w:tc>
          <w:tcPr>
            <w:tcW w:type="dxa" w:w="793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כֶּסֶף וְצַרְכָנוּת נְבוֹנָה   ☆</w:t>
            </w:r>
          </w:p>
        </w:tc>
        <w:tc>
          <w:tcPr>
            <w:tcW w:type="dxa" w:w="2154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</w:r>
          </w:p>
        </w:tc>
      </w:tr>
      <w:tr>
        <w:tc>
          <w:tcPr>
            <w:tcW w:type="dxa" w:w="793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סִפּוּר הַמִּשְׁפָּחָה שֶׁלִּי   ☆</w:t>
            </w:r>
          </w:p>
        </w:tc>
        <w:tc>
          <w:tcPr>
            <w:tcW w:type="dxa" w:w="2154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28"/>
                <w:rtl/>
                <w:szCs w:val="28"/>
              </w:rPr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3cbcc"/>
          <w:left w:val="single" w:sz="12" w:color="#93cbcc"/>
          <w:bottom w:val="single" w:sz="12" w:color="#93cbcc"/>
          <w:right w:val="single" w:sz="12" w:color="#93cbcc"/>
          <w:insideH w:val="single" w:sz="12" w:color="#93cbcc"/>
          <w:insideV w:val="single" w:sz="12" w:color="#93cbc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7" name="Picture 2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2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f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D7A7C"/>
                <w:sz w:val="26"/>
                <w:rtl/>
                <w:bCs/>
                <w:szCs w:val="26"/>
              </w:rPr>
              <w:t>דַּף גְּזֵירָה · נוֹשֵׂא 1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הַבַּיִת שֶׁלִּי: סוּגֵי בָּתִּים</w:t>
            </w:r>
          </w:p>
        </w:tc>
        <w:tc>
          <w:tcPr>
            <w:tcW w:type="dxa" w:w="1134"/>
            <w:shd w:val="clear" w:color="auto" w:fill="ddef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48" name="Picture 2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d7a7c"/>
          <w:left w:val="single" w:sz="12" w:color="0d7a7c"/>
          <w:bottom w:val="single" w:sz="12" w:color="0d7a7c"/>
          <w:right w:val="single" w:sz="12" w:color="0d7a7c"/>
          <w:insideH w:val="single" w:sz="12" w:color="0d7a7c"/>
          <w:insideV w:val="single" w:sz="12" w:color="0d7a7c"/>
        </w:tblBorders>
      </w:tblPr>
      <w:tblGrid>
        <w:gridCol w:w="10092"/>
      </w:tblGrid>
      <w:tr>
        <w:tc>
          <w:tcPr>
            <w:tcW w:type="dxa" w:w="10092"/>
            <w:shd w:val="clear" w:color="auto" w:fill="e2f1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לְאֹרֶךְ הַקַּוִּים וְהַדְבִּיקוּ בְּעַמּוּד 7.</w:t>
            </w:r>
          </w:p>
        </w:tc>
      </w:tr>
    </w:tbl>
    <w:p>
      <w:pPr>
        <w:bidi/>
        <w:spacing w:after="80"/>
      </w:pPr>
    </w:p>
    <w:tbl>
      <w:tblPr>
        <w:bidiVisual/>
        <w:tblW w:type="dxa" w:w="10086"/>
        <w:tblLook w:firstColumn="1" w:firstRow="1" w:lastColumn="0" w:lastRow="0" w:noHBand="0" w:noVBand="1" w:val="04A0"/>
        <w:tblBorders>
          <w:top w:val="dashed" w:sz="12" w:color="374151"/>
          <w:left w:val="dashed" w:sz="12" w:color="374151"/>
          <w:bottom w:val="dashed" w:sz="12" w:color="374151"/>
          <w:right w:val="dashed" w:sz="12" w:color="374151"/>
          <w:insideH w:val="dashed" w:sz="12" w:color="374151"/>
          <w:insideV w:val="dashed" w:sz="12" w:color="374151"/>
        </w:tblBorders>
        <w:tblLayout w:type="fixed"/>
      </w:tblPr>
      <w:tblGrid>
        <w:gridCol w:w="3362"/>
        <w:gridCol w:w="3362"/>
        <w:gridCol w:w="3362"/>
      </w:tblGrid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49" name="Picture 2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f_170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מִטָּה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50" name="Picture 2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1_170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אַמְבַּטְיָה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51" name="Picture 2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a91_170.png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כִּסֵּא</w:t>
            </w:r>
          </w:p>
        </w:tc>
      </w:tr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52" name="Picture 2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עֵץ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53" name="Picture 2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97_170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מְכוֹנִית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54" name="Picture 2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מַגְלֵשָׁה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f5b2a6"/>
          <w:left w:val="single" w:sz="12" w:color="#f5b2a6"/>
          <w:bottom w:val="single" w:sz="12" w:color="#f5b2a6"/>
          <w:right w:val="single" w:sz="12" w:color="#f5b2a6"/>
          <w:insideH w:val="single" w:sz="12" w:color="#f5b2a6"/>
          <w:insideV w:val="single" w:sz="12" w:color="#f5b2a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55" name="Picture 2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2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ce7e3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CC4B33"/>
                <w:sz w:val="26"/>
                <w:rtl/>
                <w:bCs/>
                <w:szCs w:val="26"/>
              </w:rPr>
              <w:t>דַּף גְּזֵירָה · נוֹשֵׂא 2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הַסְּבִיבָה הַקְּרוֹבָה: צִמְחִיָּה וְתַשְׁתִּיּוֹת</w:t>
            </w:r>
          </w:p>
        </w:tc>
        <w:tc>
          <w:tcPr>
            <w:tcW w:type="dxa" w:w="1134"/>
            <w:shd w:val="clear" w:color="auto" w:fill="fce7e3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56" name="Picture 2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cc4b33"/>
          <w:left w:val="single" w:sz="12" w:color="cc4b33"/>
          <w:bottom w:val="single" w:sz="12" w:color="cc4b33"/>
          <w:right w:val="single" w:sz="12" w:color="cc4b33"/>
          <w:insideH w:val="single" w:sz="12" w:color="cc4b33"/>
          <w:insideV w:val="single" w:sz="12" w:color="cc4b33"/>
        </w:tblBorders>
      </w:tblPr>
      <w:tblGrid>
        <w:gridCol w:w="10092"/>
      </w:tblGrid>
      <w:tr>
        <w:tc>
          <w:tcPr>
            <w:tcW w:type="dxa" w:w="10092"/>
            <w:shd w:val="clear" w:color="auto" w:fill="fcebe7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לְאֹרֶךְ הַקַּוִּים וְהַדְבִּיקוּ בְּעַמּוּד 12.</w:t>
            </w:r>
          </w:p>
        </w:tc>
      </w:tr>
    </w:tbl>
    <w:p>
      <w:pPr>
        <w:bidi/>
        <w:spacing w:after="80"/>
      </w:pPr>
    </w:p>
    <w:tbl>
      <w:tblPr>
        <w:bidiVisual/>
        <w:tblW w:type="dxa" w:w="10086"/>
        <w:tblLook w:firstColumn="1" w:firstRow="1" w:lastColumn="0" w:lastRow="0" w:noHBand="0" w:noVBand="1" w:val="04A0"/>
        <w:tblBorders>
          <w:top w:val="dashed" w:sz="12" w:color="374151"/>
          <w:left w:val="dashed" w:sz="12" w:color="374151"/>
          <w:bottom w:val="dashed" w:sz="12" w:color="374151"/>
          <w:right w:val="dashed" w:sz="12" w:color="374151"/>
          <w:insideH w:val="dashed" w:sz="12" w:color="374151"/>
          <w:insideV w:val="dashed" w:sz="12" w:color="374151"/>
        </w:tblBorders>
        <w:tblLayout w:type="fixed"/>
      </w:tblPr>
      <w:tblGrid>
        <w:gridCol w:w="3362"/>
        <w:gridCol w:w="3362"/>
        <w:gridCol w:w="3362"/>
      </w:tblGrid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57" name="Picture 2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עֵץ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58" name="Picture 25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7_170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פֶּרַח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59" name="Picture 25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5_170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קַקְטוּס</w:t>
            </w:r>
          </w:p>
        </w:tc>
      </w:tr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60" name="Picture 26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6_170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רַמְזוֹר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61" name="Picture 26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e3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כְּבִישׁ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62" name="Picture 26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0_170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בֶּרֶז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a8d2a9"/>
          <w:left w:val="single" w:sz="12" w:color="#a8d2a9"/>
          <w:bottom w:val="single" w:sz="12" w:color="#a8d2a9"/>
          <w:right w:val="single" w:sz="12" w:color="#a8d2a9"/>
          <w:insideH w:val="single" w:sz="12" w:color="#a8d2a9"/>
          <w:insideV w:val="single" w:sz="12" w:color="#a8d2a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63" name="Picture 26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2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4f1e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368838"/>
                <w:sz w:val="26"/>
                <w:rtl/>
                <w:bCs/>
                <w:szCs w:val="26"/>
              </w:rPr>
              <w:t>דַּף גְּזֵירָה · נוֹשֵׂא 3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הַנּוֹף שֶׁלְּיַד הַבַּיִת: הַר, עֵמֶק, מִישׁוֹר וְרָמָה</w:t>
            </w:r>
          </w:p>
        </w:tc>
        <w:tc>
          <w:tcPr>
            <w:tcW w:type="dxa" w:w="1134"/>
            <w:shd w:val="clear" w:color="auto" w:fill="e4f1e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64" name="Picture 26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368838"/>
          <w:left w:val="single" w:sz="12" w:color="368838"/>
          <w:bottom w:val="single" w:sz="12" w:color="368838"/>
          <w:right w:val="single" w:sz="12" w:color="368838"/>
          <w:insideH w:val="single" w:sz="12" w:color="368838"/>
          <w:insideV w:val="single" w:sz="12" w:color="368838"/>
        </w:tblBorders>
      </w:tblPr>
      <w:tblGrid>
        <w:gridCol w:w="10092"/>
      </w:tblGrid>
      <w:tr>
        <w:tc>
          <w:tcPr>
            <w:tcW w:type="dxa" w:w="10092"/>
            <w:shd w:val="clear" w:color="auto" w:fill="e8f3e8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לְאֹרֶךְ הַקַּוִּים וְהַדְבִּיקוּ בְּעַמּוּד 17.</w:t>
            </w:r>
          </w:p>
        </w:tc>
      </w:tr>
    </w:tbl>
    <w:p>
      <w:pPr>
        <w:bidi/>
        <w:spacing w:after="80"/>
      </w:pPr>
    </w:p>
    <w:tbl>
      <w:tblPr>
        <w:bidiVisual/>
        <w:tblW w:type="dxa" w:w="10086"/>
        <w:tblLook w:firstColumn="1" w:firstRow="1" w:lastColumn="0" w:lastRow="0" w:noHBand="0" w:noVBand="1" w:val="04A0"/>
        <w:tblBorders>
          <w:top w:val="dashed" w:sz="12" w:color="374151"/>
          <w:left w:val="dashed" w:sz="12" w:color="374151"/>
          <w:bottom w:val="dashed" w:sz="12" w:color="374151"/>
          <w:right w:val="dashed" w:sz="12" w:color="374151"/>
          <w:insideH w:val="dashed" w:sz="12" w:color="374151"/>
          <w:insideV w:val="dashed" w:sz="12" w:color="374151"/>
        </w:tblBorders>
        <w:tblLayout w:type="fixed"/>
      </w:tblPr>
      <w:tblGrid>
        <w:gridCol w:w="3362"/>
        <w:gridCol w:w="3362"/>
        <w:gridCol w:w="3362"/>
      </w:tblGrid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65" name="Picture 26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har_170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הַר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66" name="Picture 26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rama_170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רָמָה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67" name="Picture 26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4_170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פִּסְגָּה</w:t>
            </w:r>
          </w:p>
        </w:tc>
      </w:tr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68" name="Picture 26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emek_170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עֵמֶק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69" name="Picture 26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vg_mishor_170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מִישׁוֹר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70" name="Picture 27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6_170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חוֹף יָם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aca8c"/>
          <w:left w:val="single" w:sz="12" w:color="#eaca8c"/>
          <w:bottom w:val="single" w:sz="12" w:color="#eaca8c"/>
          <w:right w:val="single" w:sz="12" w:color="#eaca8c"/>
          <w:insideH w:val="single" w:sz="12" w:color="#eaca8c"/>
          <w:insideV w:val="single" w:sz="12" w:color="#eaca8c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71" name="Picture 27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2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fdb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87900"/>
                <w:sz w:val="26"/>
                <w:rtl/>
                <w:bCs/>
                <w:szCs w:val="26"/>
              </w:rPr>
              <w:t>דַּף גְּזֵירָה · נוֹשֵׂא 4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שִׁנּוּיִים בַּבַּיִת וּבַסְּבִיבָה</w:t>
            </w:r>
          </w:p>
        </w:tc>
        <w:tc>
          <w:tcPr>
            <w:tcW w:type="dxa" w:w="1134"/>
            <w:shd w:val="clear" w:color="auto" w:fill="f9efdb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72" name="Picture 27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87900"/>
          <w:left w:val="single" w:sz="12" w:color="b87900"/>
          <w:bottom w:val="single" w:sz="12" w:color="b87900"/>
          <w:right w:val="single" w:sz="12" w:color="b87900"/>
          <w:insideH w:val="single" w:sz="12" w:color="b87900"/>
          <w:insideV w:val="single" w:sz="12" w:color="b87900"/>
        </w:tblBorders>
      </w:tblPr>
      <w:tblGrid>
        <w:gridCol w:w="10092"/>
      </w:tblGrid>
      <w:tr>
        <w:tc>
          <w:tcPr>
            <w:tcW w:type="dxa" w:w="10092"/>
            <w:shd w:val="clear" w:color="auto" w:fill="f9f1e0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לְאֹרֶךְ הַקַּוִּים וְהַדְבִּיקוּ בְּעַמּוּד 22.</w:t>
            </w:r>
          </w:p>
        </w:tc>
      </w:tr>
    </w:tbl>
    <w:p>
      <w:pPr>
        <w:bidi/>
        <w:spacing w:after="80"/>
      </w:pPr>
    </w:p>
    <w:tbl>
      <w:tblPr>
        <w:bidiVisual/>
        <w:tblW w:type="dxa" w:w="10086"/>
        <w:tblLook w:firstColumn="1" w:firstRow="1" w:lastColumn="0" w:lastRow="0" w:noHBand="0" w:noVBand="1" w:val="04A0"/>
        <w:tblBorders>
          <w:top w:val="dashed" w:sz="12" w:color="374151"/>
          <w:left w:val="dashed" w:sz="12" w:color="374151"/>
          <w:bottom w:val="dashed" w:sz="12" w:color="374151"/>
          <w:right w:val="dashed" w:sz="12" w:color="374151"/>
          <w:insideH w:val="dashed" w:sz="12" w:color="374151"/>
          <w:insideV w:val="dashed" w:sz="12" w:color="374151"/>
        </w:tblBorders>
        <w:tblLayout w:type="fixed"/>
      </w:tblPr>
      <w:tblGrid>
        <w:gridCol w:w="3362"/>
        <w:gridCol w:w="3362"/>
        <w:gridCol w:w="3362"/>
      </w:tblGrid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73" name="Picture 27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בִּנְיָן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74" name="Picture 27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c_170.png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קַנְיוֹן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75" name="Picture 27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6_170.png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בַּנְק</w:t>
            </w:r>
          </w:p>
        </w:tc>
      </w:tr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76" name="Picture 27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פַּארְק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77" name="Picture 27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גַּן מִשְׂחָקִים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78" name="Picture 27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e_170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שָׂדֶה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9c5dd"/>
          <w:left w:val="single" w:sz="12" w:color="#99c5dd"/>
          <w:bottom w:val="single" w:sz="12" w:color="#99c5dd"/>
          <w:right w:val="single" w:sz="12" w:color="#99c5dd"/>
          <w:insideH w:val="single" w:sz="12" w:color="#99c5dd"/>
          <w:insideV w:val="single" w:sz="12" w:color="#99c5dd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79" name="Picture 27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2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fedf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1A709E"/>
                <w:sz w:val="26"/>
                <w:rtl/>
                <w:bCs/>
                <w:szCs w:val="26"/>
              </w:rPr>
              <w:t>דַּף גְּזֵירָה · נוֹשֵׂא 5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אֲנִי וּמִשְׁפַּחְתִּי</w:t>
            </w:r>
          </w:p>
        </w:tc>
        <w:tc>
          <w:tcPr>
            <w:tcW w:type="dxa" w:w="1134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80" name="Picture 28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1a709e"/>
          <w:left w:val="single" w:sz="12" w:color="1a709e"/>
          <w:bottom w:val="single" w:sz="12" w:color="1a709e"/>
          <w:right w:val="single" w:sz="12" w:color="1a709e"/>
          <w:insideH w:val="single" w:sz="12" w:color="1a709e"/>
          <w:insideV w:val="single" w:sz="12" w:color="1a709e"/>
        </w:tblBorders>
      </w:tblPr>
      <w:tblGrid>
        <w:gridCol w:w="10092"/>
      </w:tblGrid>
      <w:tr>
        <w:tc>
          <w:tcPr>
            <w:tcW w:type="dxa" w:w="10092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לְאֹרֶךְ הַקַּוִּים וְהַדְבִּיקוּ בְּעַמּוּד 27.</w:t>
            </w:r>
          </w:p>
        </w:tc>
      </w:tr>
    </w:tbl>
    <w:p>
      <w:pPr>
        <w:bidi/>
        <w:spacing w:after="80"/>
      </w:pPr>
    </w:p>
    <w:tbl>
      <w:tblPr>
        <w:bidiVisual/>
        <w:tblW w:type="dxa" w:w="10086"/>
        <w:tblLook w:firstColumn="1" w:firstRow="1" w:lastColumn="0" w:lastRow="0" w:noHBand="0" w:noVBand="1" w:val="04A0"/>
        <w:tblBorders>
          <w:top w:val="dashed" w:sz="12" w:color="374151"/>
          <w:left w:val="dashed" w:sz="12" w:color="374151"/>
          <w:bottom w:val="dashed" w:sz="12" w:color="374151"/>
          <w:right w:val="dashed" w:sz="12" w:color="374151"/>
          <w:insideH w:val="dashed" w:sz="12" w:color="374151"/>
          <w:insideV w:val="dashed" w:sz="12" w:color="374151"/>
        </w:tblBorders>
        <w:tblLayout w:type="fixed"/>
      </w:tblPr>
      <w:tblGrid>
        <w:gridCol w:w="3362"/>
        <w:gridCol w:w="3362"/>
        <w:gridCol w:w="3362"/>
      </w:tblGrid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81" name="Picture 28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4e_170.png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לְקַבֵּל אֹכֶל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82" name="Picture 28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cf_170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מִטָּה חַמָּה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83" name="Picture 28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17_170.png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אַהֲבָה</w:t>
            </w:r>
          </w:p>
        </w:tc>
      </w:tr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84" name="Picture 28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9_170.png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לַעֲזֹר לְנַקּוֹת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85" name="Picture 28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8_170.png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לְסַדֵּר צַעֲצוּעִים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86" name="Picture 28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1d_170.png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לְכַבֵּד אֶת הַהוֹרִים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deb3a0"/>
          <w:left w:val="single" w:sz="12" w:color="#deb3a0"/>
          <w:bottom w:val="single" w:sz="12" w:color="#deb3a0"/>
          <w:right w:val="single" w:sz="12" w:color="#deb3a0"/>
          <w:insideH w:val="single" w:sz="12" w:color="#deb3a0"/>
          <w:insideV w:val="single" w:sz="12" w:color="#deb3a0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87" name="Picture 28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2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5e7e2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9F4C28"/>
                <w:sz w:val="26"/>
                <w:rtl/>
                <w:bCs/>
                <w:szCs w:val="26"/>
              </w:rPr>
              <w:t>דַּף גְּזֵירָה · נוֹשֵׂא 6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הַכִּתָּה שֶׁלִּי וְהַקְּהִלָּה</w:t>
            </w:r>
          </w:p>
        </w:tc>
        <w:tc>
          <w:tcPr>
            <w:tcW w:type="dxa" w:w="1134"/>
            <w:shd w:val="clear" w:color="auto" w:fill="f5e7e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88" name="Picture 28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9f4c28"/>
          <w:left w:val="single" w:sz="12" w:color="9f4c28"/>
          <w:bottom w:val="single" w:sz="12" w:color="9f4c28"/>
          <w:right w:val="single" w:sz="12" w:color="9f4c28"/>
          <w:insideH w:val="single" w:sz="12" w:color="9f4c28"/>
          <w:insideV w:val="single" w:sz="12" w:color="9f4c28"/>
        </w:tblBorders>
      </w:tblPr>
      <w:tblGrid>
        <w:gridCol w:w="10092"/>
      </w:tblGrid>
      <w:tr>
        <w:tc>
          <w:tcPr>
            <w:tcW w:type="dxa" w:w="10092"/>
            <w:shd w:val="clear" w:color="auto" w:fill="f6ebe6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לְאֹרֶךְ הַקַּוִּים וְהַדְבִּיקוּ בְּעַמּוּד 32.</w:t>
            </w:r>
          </w:p>
        </w:tc>
      </w:tr>
    </w:tbl>
    <w:p>
      <w:pPr>
        <w:bidi/>
        <w:spacing w:after="80"/>
      </w:pPr>
    </w:p>
    <w:tbl>
      <w:tblPr>
        <w:bidiVisual/>
        <w:tblW w:type="dxa" w:w="10086"/>
        <w:tblLook w:firstColumn="1" w:firstRow="1" w:lastColumn="0" w:lastRow="0" w:noHBand="0" w:noVBand="1" w:val="04A0"/>
        <w:tblBorders>
          <w:top w:val="dashed" w:sz="12" w:color="374151"/>
          <w:left w:val="dashed" w:sz="12" w:color="374151"/>
          <w:bottom w:val="dashed" w:sz="12" w:color="374151"/>
          <w:right w:val="dashed" w:sz="12" w:color="374151"/>
          <w:insideH w:val="dashed" w:sz="12" w:color="374151"/>
          <w:insideV w:val="dashed" w:sz="12" w:color="374151"/>
        </w:tblBorders>
        <w:tblLayout w:type="fixed"/>
      </w:tblPr>
      <w:tblGrid>
        <w:gridCol w:w="3362"/>
        <w:gridCol w:w="3362"/>
        <w:gridCol w:w="3362"/>
      </w:tblGrid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89" name="Picture 28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1d_170.png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לַעֲזֹר לַחֲבֵר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90" name="Picture 29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b_170.png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לְקַבֵּל יֶלֶד חָדָשׁ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91" name="Picture 29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4b_170.png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לְהַצְבִּיעַ</w:t>
            </w:r>
          </w:p>
        </w:tc>
      </w:tr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92" name="Picture 29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20_170.png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לִצְעֹק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93" name="Picture 29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48_170.png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לְהִתְעַלֵּם מֵחָבֵר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94" name="Picture 29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a_170.png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לְהַרְבִּיץ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dabb6"/>
          <w:left w:val="single" w:sz="12" w:color="#edabb6"/>
          <w:bottom w:val="single" w:sz="12" w:color="#edabb6"/>
          <w:right w:val="single" w:sz="12" w:color="#edabb6"/>
          <w:insideH w:val="single" w:sz="12" w:color="#edabb6"/>
          <w:insideV w:val="single" w:sz="12" w:color="#edabb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95" name="Picture 29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2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5e8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C3D52"/>
                <w:sz w:val="26"/>
                <w:rtl/>
                <w:bCs/>
                <w:szCs w:val="26"/>
              </w:rPr>
              <w:t>דַּף גְּזֵירָה · נוֹשֵׂא 7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חֻקִּים, כְּלָלִים וְהַסְכָּמוֹת</w:t>
            </w:r>
          </w:p>
        </w:tc>
        <w:tc>
          <w:tcPr>
            <w:tcW w:type="dxa" w:w="1134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96" name="Picture 29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</w:tblPr>
      <w:tblGrid>
        <w:gridCol w:w="10092"/>
      </w:tblGrid>
      <w:tr>
        <w:tc>
          <w:tcPr>
            <w:tcW w:type="dxa" w:w="10092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לְאֹרֶךְ הַקַּוִּים וְהַדְבִּיקוּ בְּעַמּוּד 37.</w:t>
            </w:r>
          </w:p>
        </w:tc>
      </w:tr>
    </w:tbl>
    <w:p>
      <w:pPr>
        <w:bidi/>
        <w:spacing w:after="80"/>
      </w:pPr>
    </w:p>
    <w:tbl>
      <w:tblPr>
        <w:bidiVisual/>
        <w:tblW w:type="dxa" w:w="10086"/>
        <w:tblLook w:firstColumn="1" w:firstRow="1" w:lastColumn="0" w:lastRow="0" w:noHBand="0" w:noVBand="1" w:val="04A0"/>
        <w:tblBorders>
          <w:top w:val="dashed" w:sz="12" w:color="374151"/>
          <w:left w:val="dashed" w:sz="12" w:color="374151"/>
          <w:bottom w:val="dashed" w:sz="12" w:color="374151"/>
          <w:right w:val="dashed" w:sz="12" w:color="374151"/>
          <w:insideH w:val="dashed" w:sz="12" w:color="374151"/>
          <w:insideV w:val="dashed" w:sz="12" w:color="374151"/>
        </w:tblBorders>
        <w:tblLayout w:type="fixed"/>
      </w:tblPr>
      <w:tblGrid>
        <w:gridCol w:w="3362"/>
        <w:gridCol w:w="3362"/>
        <w:gridCol w:w="3362"/>
      </w:tblGrid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97" name="Picture 29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d1_170.png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לִזְרֹק לַפַּח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98" name="Picture 29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4b_170.png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לְהַצְבִּיעַ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99" name="Picture 29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8_170.png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לַחֲצוֹת בַּמַּעֲבָר</w:t>
            </w:r>
          </w:p>
        </w:tc>
      </w:tr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00" name="Picture 30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c3_170.png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לְלַכְלֵךְ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01" name="Picture 30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e2_170.png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לִצְעֹק בַּכִּתָּה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02" name="Picture 30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a_170.png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לְהַרְבִּיץ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beca99"/>
          <w:left w:val="single" w:sz="12" w:color="#beca99"/>
          <w:bottom w:val="single" w:sz="12" w:color="#beca99"/>
          <w:right w:val="single" w:sz="12" w:color="#beca99"/>
          <w:insideH w:val="single" w:sz="12" w:color="#beca99"/>
          <w:insideV w:val="single" w:sz="12" w:color="#beca99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303" name="Picture 30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2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ebefd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627919"/>
                <w:sz w:val="26"/>
                <w:rtl/>
                <w:bCs/>
                <w:szCs w:val="26"/>
              </w:rPr>
              <w:t>דַּף גְּזֵירָה · נוֹשֵׂא 8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כֶּסֶף וְצַרְכָנוּת נְבוֹנָה</w:t>
            </w:r>
          </w:p>
        </w:tc>
        <w:tc>
          <w:tcPr>
            <w:tcW w:type="dxa" w:w="1134"/>
            <w:shd w:val="clear" w:color="auto" w:fill="ebefd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304" name="Picture 30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627919"/>
          <w:left w:val="single" w:sz="12" w:color="627919"/>
          <w:bottom w:val="single" w:sz="12" w:color="627919"/>
          <w:right w:val="single" w:sz="12" w:color="627919"/>
          <w:insideH w:val="single" w:sz="12" w:color="627919"/>
          <w:insideV w:val="single" w:sz="12" w:color="627919"/>
        </w:tblBorders>
      </w:tblPr>
      <w:tblGrid>
        <w:gridCol w:w="10092"/>
      </w:tblGrid>
      <w:tr>
        <w:tc>
          <w:tcPr>
            <w:tcW w:type="dxa" w:w="10092"/>
            <w:shd w:val="clear" w:color="auto" w:fill="eef1e4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לְאֹרֶךְ הַקַּוִּים וְהַדְבִּיקוּ בְּעַמּוּד 42.</w:t>
            </w:r>
          </w:p>
        </w:tc>
      </w:tr>
    </w:tbl>
    <w:p>
      <w:pPr>
        <w:bidi/>
        <w:spacing w:after="80"/>
      </w:pPr>
    </w:p>
    <w:tbl>
      <w:tblPr>
        <w:bidiVisual/>
        <w:tblW w:type="dxa" w:w="10086"/>
        <w:tblLook w:firstColumn="1" w:firstRow="1" w:lastColumn="0" w:lastRow="0" w:noHBand="0" w:noVBand="1" w:val="04A0"/>
        <w:tblBorders>
          <w:top w:val="dashed" w:sz="12" w:color="374151"/>
          <w:left w:val="dashed" w:sz="12" w:color="374151"/>
          <w:bottom w:val="dashed" w:sz="12" w:color="374151"/>
          <w:right w:val="dashed" w:sz="12" w:color="374151"/>
          <w:insideH w:val="dashed" w:sz="12" w:color="374151"/>
          <w:insideV w:val="dashed" w:sz="12" w:color="374151"/>
        </w:tblBorders>
        <w:tblLayout w:type="fixed"/>
      </w:tblPr>
      <w:tblGrid>
        <w:gridCol w:w="3362"/>
        <w:gridCol w:w="3362"/>
        <w:gridCol w:w="3362"/>
      </w:tblGrid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05" name="Picture 30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5e_170.png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לֶחֶם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06" name="Picture 30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5b_170.png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חָלָב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07" name="Picture 30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5f_170.png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נַעֲלַיִים</w:t>
            </w:r>
          </w:p>
        </w:tc>
      </w:tr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08" name="Picture 30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ae_170.png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מִשְׂחַק מַחְשֵׁב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09" name="Picture 30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6d_170.png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סֻכָּרִיָּה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10" name="Picture 3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88_170.png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בָּלוֹן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d1"/>
          <w:left w:val="single" w:sz="12" w:color="#91bed1"/>
          <w:bottom w:val="single" w:sz="12" w:color="#91bed1"/>
          <w:right w:val="single" w:sz="12" w:color="#91bed1"/>
          <w:insideH w:val="single" w:sz="12" w:color="#91bed1"/>
          <w:insideV w:val="single" w:sz="12" w:color="#91bed1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311" name="Picture 3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2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f1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87"/>
                <w:sz w:val="26"/>
                <w:rtl/>
                <w:bCs/>
                <w:szCs w:val="26"/>
              </w:rPr>
              <w:t>דַּף גְּזֵירָה · נוֹשֵׂא 9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סִפּוּר הַמִּשְׁפָּחָה שֶׁלִּי</w:t>
            </w:r>
          </w:p>
        </w:tc>
        <w:tc>
          <w:tcPr>
            <w:tcW w:type="dxa" w:w="1134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312" name="Picture 3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87"/>
          <w:left w:val="single" w:sz="12" w:color="0a6187"/>
          <w:bottom w:val="single" w:sz="12" w:color="0a6187"/>
          <w:right w:val="single" w:sz="12" w:color="0a6187"/>
          <w:insideH w:val="single" w:sz="12" w:color="0a6187"/>
          <w:insideV w:val="single" w:sz="12" w:color="0a6187"/>
        </w:tblBorders>
      </w:tblPr>
      <w:tblGrid>
        <w:gridCol w:w="10092"/>
      </w:tblGrid>
      <w:tr>
        <w:tc>
          <w:tcPr>
            <w:tcW w:type="dxa" w:w="10092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לְאֹרֶךְ הַקַּוִּים וְהַדְבִּיקוּ בְּעַמּוּד 47.</w:t>
            </w:r>
          </w:p>
        </w:tc>
      </w:tr>
    </w:tbl>
    <w:p>
      <w:pPr>
        <w:bidi/>
        <w:spacing w:after="80"/>
      </w:pPr>
    </w:p>
    <w:tbl>
      <w:tblPr>
        <w:bidiVisual/>
        <w:tblW w:type="dxa" w:w="10086"/>
        <w:tblLook w:firstColumn="1" w:firstRow="1" w:lastColumn="0" w:lastRow="0" w:noHBand="0" w:noVBand="1" w:val="04A0"/>
        <w:tblBorders>
          <w:top w:val="dashed" w:sz="12" w:color="374151"/>
          <w:left w:val="dashed" w:sz="12" w:color="374151"/>
          <w:bottom w:val="dashed" w:sz="12" w:color="374151"/>
          <w:right w:val="dashed" w:sz="12" w:color="374151"/>
          <w:insideH w:val="dashed" w:sz="12" w:color="374151"/>
          <w:insideV w:val="dashed" w:sz="12" w:color="374151"/>
        </w:tblBorders>
        <w:tblLayout w:type="fixed"/>
      </w:tblPr>
      <w:tblGrid>
        <w:gridCol w:w="3362"/>
        <w:gridCol w:w="3362"/>
        <w:gridCol w:w="3362"/>
      </w:tblGrid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13" name="Picture 3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fb_170.png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רַדְיוֹ יָשָׁן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14" name="Picture 3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6f_170.png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נֵר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15" name="Picture 3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9_170.png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מִכְתָּב</w:t>
            </w:r>
          </w:p>
        </w:tc>
      </w:tr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16" name="Picture 3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f1_170.png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טֵלֵפוֹן נַיָּד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17" name="Picture 3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a1_170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נוֹרָה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18" name="Picture 3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bb_170.png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מַחְשֵׁב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חוֹבֶרֶת עֲבוֹדָה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Relationship Id="rId30" Type="http://schemas.openxmlformats.org/officeDocument/2006/relationships/image" Target="media/image21.png"/><Relationship Id="rId31" Type="http://schemas.openxmlformats.org/officeDocument/2006/relationships/image" Target="media/image22.png"/><Relationship Id="rId32" Type="http://schemas.openxmlformats.org/officeDocument/2006/relationships/image" Target="media/image23.png"/><Relationship Id="rId33" Type="http://schemas.openxmlformats.org/officeDocument/2006/relationships/image" Target="media/image24.png"/><Relationship Id="rId34" Type="http://schemas.openxmlformats.org/officeDocument/2006/relationships/image" Target="media/image25.png"/><Relationship Id="rId35" Type="http://schemas.openxmlformats.org/officeDocument/2006/relationships/image" Target="media/image26.png"/><Relationship Id="rId36" Type="http://schemas.openxmlformats.org/officeDocument/2006/relationships/image" Target="media/image27.png"/><Relationship Id="rId37" Type="http://schemas.openxmlformats.org/officeDocument/2006/relationships/image" Target="media/image28.png"/><Relationship Id="rId38" Type="http://schemas.openxmlformats.org/officeDocument/2006/relationships/image" Target="media/image29.png"/><Relationship Id="rId39" Type="http://schemas.openxmlformats.org/officeDocument/2006/relationships/image" Target="media/image30.png"/><Relationship Id="rId40" Type="http://schemas.openxmlformats.org/officeDocument/2006/relationships/image" Target="media/image31.png"/><Relationship Id="rId41" Type="http://schemas.openxmlformats.org/officeDocument/2006/relationships/image" Target="media/image32.png"/><Relationship Id="rId42" Type="http://schemas.openxmlformats.org/officeDocument/2006/relationships/image" Target="media/image33.png"/><Relationship Id="rId43" Type="http://schemas.openxmlformats.org/officeDocument/2006/relationships/image" Target="media/image34.png"/><Relationship Id="rId44" Type="http://schemas.openxmlformats.org/officeDocument/2006/relationships/image" Target="media/image35.png"/><Relationship Id="rId45" Type="http://schemas.openxmlformats.org/officeDocument/2006/relationships/image" Target="media/image36.png"/><Relationship Id="rId46" Type="http://schemas.openxmlformats.org/officeDocument/2006/relationships/image" Target="media/image37.png"/><Relationship Id="rId47" Type="http://schemas.openxmlformats.org/officeDocument/2006/relationships/image" Target="media/image38.png"/><Relationship Id="rId48" Type="http://schemas.openxmlformats.org/officeDocument/2006/relationships/image" Target="media/image39.png"/><Relationship Id="rId49" Type="http://schemas.openxmlformats.org/officeDocument/2006/relationships/image" Target="media/image40.png"/><Relationship Id="rId50" Type="http://schemas.openxmlformats.org/officeDocument/2006/relationships/image" Target="media/image41.png"/><Relationship Id="rId51" Type="http://schemas.openxmlformats.org/officeDocument/2006/relationships/image" Target="media/image42.png"/><Relationship Id="rId52" Type="http://schemas.openxmlformats.org/officeDocument/2006/relationships/image" Target="media/image43.png"/><Relationship Id="rId53" Type="http://schemas.openxmlformats.org/officeDocument/2006/relationships/image" Target="media/image44.png"/><Relationship Id="rId54" Type="http://schemas.openxmlformats.org/officeDocument/2006/relationships/image" Target="media/image45.png"/><Relationship Id="rId55" Type="http://schemas.openxmlformats.org/officeDocument/2006/relationships/image" Target="media/image46.png"/><Relationship Id="rId56" Type="http://schemas.openxmlformats.org/officeDocument/2006/relationships/image" Target="media/image47.png"/><Relationship Id="rId57" Type="http://schemas.openxmlformats.org/officeDocument/2006/relationships/image" Target="media/image48.png"/><Relationship Id="rId58" Type="http://schemas.openxmlformats.org/officeDocument/2006/relationships/image" Target="media/image49.png"/><Relationship Id="rId59" Type="http://schemas.openxmlformats.org/officeDocument/2006/relationships/image" Target="media/image50.png"/><Relationship Id="rId60" Type="http://schemas.openxmlformats.org/officeDocument/2006/relationships/image" Target="media/image51.png"/><Relationship Id="rId61" Type="http://schemas.openxmlformats.org/officeDocument/2006/relationships/image" Target="media/image52.png"/><Relationship Id="rId62" Type="http://schemas.openxmlformats.org/officeDocument/2006/relationships/image" Target="media/image53.png"/><Relationship Id="rId63" Type="http://schemas.openxmlformats.org/officeDocument/2006/relationships/image" Target="media/image54.png"/><Relationship Id="rId64" Type="http://schemas.openxmlformats.org/officeDocument/2006/relationships/image" Target="media/image55.png"/><Relationship Id="rId65" Type="http://schemas.openxmlformats.org/officeDocument/2006/relationships/image" Target="media/image56.png"/><Relationship Id="rId66" Type="http://schemas.openxmlformats.org/officeDocument/2006/relationships/image" Target="media/image57.png"/><Relationship Id="rId67" Type="http://schemas.openxmlformats.org/officeDocument/2006/relationships/image" Target="media/image58.png"/><Relationship Id="rId68" Type="http://schemas.openxmlformats.org/officeDocument/2006/relationships/image" Target="media/image59.png"/><Relationship Id="rId69" Type="http://schemas.openxmlformats.org/officeDocument/2006/relationships/image" Target="media/image60.png"/><Relationship Id="rId70" Type="http://schemas.openxmlformats.org/officeDocument/2006/relationships/image" Target="media/image61.png"/><Relationship Id="rId71" Type="http://schemas.openxmlformats.org/officeDocument/2006/relationships/image" Target="media/image62.png"/><Relationship Id="rId72" Type="http://schemas.openxmlformats.org/officeDocument/2006/relationships/image" Target="media/image63.png"/><Relationship Id="rId73" Type="http://schemas.openxmlformats.org/officeDocument/2006/relationships/image" Target="media/image64.png"/><Relationship Id="rId74" Type="http://schemas.openxmlformats.org/officeDocument/2006/relationships/image" Target="media/image65.png"/><Relationship Id="rId75" Type="http://schemas.openxmlformats.org/officeDocument/2006/relationships/image" Target="media/image66.png"/><Relationship Id="rId76" Type="http://schemas.openxmlformats.org/officeDocument/2006/relationships/image" Target="media/image67.png"/><Relationship Id="rId77" Type="http://schemas.openxmlformats.org/officeDocument/2006/relationships/image" Target="media/image68.png"/><Relationship Id="rId78" Type="http://schemas.openxmlformats.org/officeDocument/2006/relationships/image" Target="media/image69.png"/><Relationship Id="rId79" Type="http://schemas.openxmlformats.org/officeDocument/2006/relationships/image" Target="media/image70.png"/><Relationship Id="rId80" Type="http://schemas.openxmlformats.org/officeDocument/2006/relationships/image" Target="media/image71.png"/><Relationship Id="rId81" Type="http://schemas.openxmlformats.org/officeDocument/2006/relationships/image" Target="media/image72.png"/><Relationship Id="rId82" Type="http://schemas.openxmlformats.org/officeDocument/2006/relationships/image" Target="media/image73.png"/><Relationship Id="rId83" Type="http://schemas.openxmlformats.org/officeDocument/2006/relationships/image" Target="media/image74.png"/><Relationship Id="rId84" Type="http://schemas.openxmlformats.org/officeDocument/2006/relationships/image" Target="media/image75.png"/><Relationship Id="rId85" Type="http://schemas.openxmlformats.org/officeDocument/2006/relationships/image" Target="media/image76.png"/><Relationship Id="rId86" Type="http://schemas.openxmlformats.org/officeDocument/2006/relationships/image" Target="media/image77.png"/><Relationship Id="rId87" Type="http://schemas.openxmlformats.org/officeDocument/2006/relationships/image" Target="media/image78.png"/><Relationship Id="rId88" Type="http://schemas.openxmlformats.org/officeDocument/2006/relationships/image" Target="media/image79.png"/><Relationship Id="rId89" Type="http://schemas.openxmlformats.org/officeDocument/2006/relationships/image" Target="media/image80.png"/><Relationship Id="rId90" Type="http://schemas.openxmlformats.org/officeDocument/2006/relationships/image" Target="media/image81.png"/><Relationship Id="rId91" Type="http://schemas.openxmlformats.org/officeDocument/2006/relationships/image" Target="media/image82.png"/><Relationship Id="rId92" Type="http://schemas.openxmlformats.org/officeDocument/2006/relationships/image" Target="media/image83.png"/><Relationship Id="rId93" Type="http://schemas.openxmlformats.org/officeDocument/2006/relationships/image" Target="media/image84.png"/><Relationship Id="rId94" Type="http://schemas.openxmlformats.org/officeDocument/2006/relationships/image" Target="media/image85.png"/><Relationship Id="rId95" Type="http://schemas.openxmlformats.org/officeDocument/2006/relationships/image" Target="media/image86.png"/><Relationship Id="rId96" Type="http://schemas.openxmlformats.org/officeDocument/2006/relationships/image" Target="media/image87.png"/><Relationship Id="rId97" Type="http://schemas.openxmlformats.org/officeDocument/2006/relationships/image" Target="media/image88.png"/><Relationship Id="rId98" Type="http://schemas.openxmlformats.org/officeDocument/2006/relationships/image" Target="media/image89.png"/><Relationship Id="rId99" Type="http://schemas.openxmlformats.org/officeDocument/2006/relationships/image" Target="media/image90.png"/><Relationship Id="rId100" Type="http://schemas.openxmlformats.org/officeDocument/2006/relationships/image" Target="media/image91.png"/><Relationship Id="rId101" Type="http://schemas.openxmlformats.org/officeDocument/2006/relationships/image" Target="media/image92.png"/><Relationship Id="rId102" Type="http://schemas.openxmlformats.org/officeDocument/2006/relationships/image" Target="media/image93.png"/><Relationship Id="rId103" Type="http://schemas.openxmlformats.org/officeDocument/2006/relationships/image" Target="media/image94.png"/><Relationship Id="rId104" Type="http://schemas.openxmlformats.org/officeDocument/2006/relationships/image" Target="media/image95.png"/><Relationship Id="rId105" Type="http://schemas.openxmlformats.org/officeDocument/2006/relationships/image" Target="media/image96.png"/><Relationship Id="rId106" Type="http://schemas.openxmlformats.org/officeDocument/2006/relationships/image" Target="media/image97.png"/><Relationship Id="rId107" Type="http://schemas.openxmlformats.org/officeDocument/2006/relationships/image" Target="media/image98.png"/><Relationship Id="rId108" Type="http://schemas.openxmlformats.org/officeDocument/2006/relationships/image" Target="media/image99.png"/><Relationship Id="rId109" Type="http://schemas.openxmlformats.org/officeDocument/2006/relationships/image" Target="media/image100.png"/><Relationship Id="rId110" Type="http://schemas.openxmlformats.org/officeDocument/2006/relationships/image" Target="media/image101.png"/><Relationship Id="rId111" Type="http://schemas.openxmlformats.org/officeDocument/2006/relationships/image" Target="media/image102.png"/><Relationship Id="rId112" Type="http://schemas.openxmlformats.org/officeDocument/2006/relationships/image" Target="media/image103.png"/><Relationship Id="rId113" Type="http://schemas.openxmlformats.org/officeDocument/2006/relationships/image" Target="media/image104.png"/><Relationship Id="rId114" Type="http://schemas.openxmlformats.org/officeDocument/2006/relationships/image" Target="media/image105.png"/><Relationship Id="rId115" Type="http://schemas.openxmlformats.org/officeDocument/2006/relationships/image" Target="media/image106.png"/><Relationship Id="rId116" Type="http://schemas.openxmlformats.org/officeDocument/2006/relationships/image" Target="media/image107.png"/><Relationship Id="rId117" Type="http://schemas.openxmlformats.org/officeDocument/2006/relationships/image" Target="media/image108.png"/><Relationship Id="rId118" Type="http://schemas.openxmlformats.org/officeDocument/2006/relationships/image" Target="media/image109.png"/><Relationship Id="rId119" Type="http://schemas.openxmlformats.org/officeDocument/2006/relationships/image" Target="media/image110.png"/><Relationship Id="rId120" Type="http://schemas.openxmlformats.org/officeDocument/2006/relationships/image" Target="media/image111.png"/><Relationship Id="rId121" Type="http://schemas.openxmlformats.org/officeDocument/2006/relationships/image" Target="media/image112.png"/><Relationship Id="rId122" Type="http://schemas.openxmlformats.org/officeDocument/2006/relationships/image" Target="media/image1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