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200"/>
      </w:pPr>
      <w:r>
        <w:drawing>
          <wp:inline xmlns:a="http://schemas.openxmlformats.org/drawingml/2006/main" xmlns:pic="http://schemas.openxmlformats.org/drawingml/2006/picture">
            <wp:extent cx="720000" cy="180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80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160"/>
      </w:pPr>
      <w:r>
        <w:rPr>
          <w:rFonts w:ascii="Arial" w:hAnsi="Arial" w:cs="Arial"/>
          <w:b/>
          <w:color w:val="CC5435"/>
          <w:sz w:val="44"/>
          <w:rtl/>
          <w:bCs/>
          <w:szCs w:val="44"/>
        </w:rPr>
        <w:t>מַחְוָן – חוֹבֶרֶת עֲבוֹדָה</w:t>
      </w:r>
    </w:p>
    <w:p>
      <w:pPr>
        <w:bidi/>
        <w:spacing w:after="160"/>
      </w:pPr>
      <w:r>
        <w:rPr>
          <w:rFonts w:ascii="Arial" w:hAnsi="Arial" w:cs="Arial"/>
          <w:b/>
          <w:sz w:val="72"/>
          <w:rtl/>
          <w:bCs/>
          <w:szCs w:val="72"/>
        </w:rPr>
        <w:t>מוֹלֶדֶת, חֶבְרָה וְאֶזְרָחוּת</w:t>
      </w:r>
    </w:p>
    <w:p>
      <w:pPr>
        <w:bidi/>
        <w:spacing w:after="320"/>
      </w:pPr>
      <w:r>
        <w:rPr>
          <w:rFonts w:ascii="Arial" w:hAnsi="Arial" w:cs="Arial"/>
          <w:b/>
          <w:sz w:val="48"/>
          <w:rtl/>
          <w:bCs/>
          <w:szCs w:val="48"/>
        </w:rPr>
        <w:t>כִּתָּה ב'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0"/>
      </w:pPr>
    </w:p>
    <w:p>
      <w:pPr>
        <w:bidi/>
        <w:spacing w:after="80"/>
      </w:pPr>
      <w:r>
        <w:rPr>
          <w:rFonts w:ascii="Arial" w:hAnsi="Arial" w:cs="Arial"/>
          <w:b w:val="0"/>
          <w:sz w:val="30"/>
          <w:rtl/>
          <w:szCs w:val="30"/>
        </w:rPr>
        <w:t>שֵׁם פְּרָטִי: ______________   שֵׁם מִשְׁפָּחָה: ______________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מַחְוָן · נוֹשֵׂא 1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יֵשׁ כִּמְעַט בְּכָל בַּיִת? מָקוֹם לִישֹׁן.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7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מְבַשְּׁלִים בַּבַּיִת?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73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בַּיִת הוּא הַגָּבוֹהַּ בְּיוֹתֵר?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9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מַחְוָן · נוֹשֵׂא 1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d7a7c"/>
          <w:left w:val="dashed" w:sz="12" w:color="0d7a7c"/>
          <w:bottom w:val="dashed" w:sz="12" w:color="0d7a7c"/>
          <w:right w:val="dashed" w:sz="12" w:color="0d7a7c"/>
          <w:insideH w:val="dashed" w:sz="12" w:color="0d7a7c"/>
          <w:insideV w:val="dashed" w:sz="12" w:color="0d7a7c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מַעֲלִית     מִטָּה     חָצֵר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0D7A7C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בְּבַיִת פְּרָטִי יֵשׁ לִפְעָמִים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חָצֵר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0D7A7C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בְּבִנְיָן גָּבוֹהַּ עוֹלִים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מַעֲלִית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0D7A7C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בַּלַּיְלָה יְשֵׁנִים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מִטָּה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מַחְוָן · נוֹשֵׂא 1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51 בַּחוֹבֶרֶת וְהַדְבִּיקוּ כָּאן בַּמָּקוֹם הַנָּכוֹן: מָה נִמְצָא בְּתוֹךְ הַבַּיִת וּמָה נִמְצָא מִחוּץ לַבַּיִת?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b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בְּתוֹךְ הַבַּיִת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מִחוּץ לַבַּיִת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מִטָּה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עֵץ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אַמְבַּטְיָה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7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מְכוֹנִית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1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כִּסֵּא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מַגְלֵשָׁה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מַחְוָן · נוֹשֵׂא 2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עוֹזֵר לָנוּ לַחֲצוֹת אֶת הַכְּבִישׁ בְּבִטְחָה?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5_17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צָרִיךְ חַשְׁמַל כְּדֵי לַעֲבֹד?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a8_170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מְקַשֵּׁר אוֹתָנוּ לַטֵּלֵפוֹן וְלָאִינְטֶרְנֵט?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2_170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1_170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מַחְוָן · נוֹשֵׂא 2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cc4b33"/>
          <w:left w:val="dashed" w:sz="12" w:color="cc4b33"/>
          <w:bottom w:val="dashed" w:sz="12" w:color="cc4b33"/>
          <w:right w:val="dashed" w:sz="12" w:color="cc4b33"/>
          <w:insideH w:val="dashed" w:sz="12" w:color="cc4b33"/>
          <w:insideV w:val="dashed" w:sz="12" w:color="cc4b33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אוֹטוֹבּוּס     חַשְׁמַל     פְּרָחִים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CC4B33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בַּגִּנָּה גְּדֵלִים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פְּרָחִים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CC4B33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נוֹסְעִים בַּכְּבִישׁ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אוֹטוֹבּוּס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CC4B33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 xml:space="preserve">הַמְּנוֹרָה דּוֹלֶקֶת בְּעֶזְרַת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חַשְׁמַל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מַחְוָן · נוֹשֵׂא 2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52 בַּחוֹבֶרֶת וְהַדְבִּיקוּ כָּאן בַּמָּקוֹם הַנָּכוֹן: מָה גָּדֵל בַּטֶּבַע וּמָה הָאָדָם בָּנָה?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1_170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צְמָחִים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תַּשְׁתִּיּוֹת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עֵץ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רַמְזוֹר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פֶּרַח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כְּבִישׁ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5_17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קַקְטוּס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בֶּרֶז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מַחְוָן · נוֹשֵׂא 3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הַשֶּׁטַח שֶׁהוּא גַּם גָּבוֹהַּ וְגַם שָׁטוּחַ?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מְטַפְּסִים כְּדֵי לְהַגִּיעַ לַפִּסְגָּה?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נוֹחַ לְגַדֵּל שְׂדֵה חִטָּה?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b_170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4_170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7" name="Picture 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מַחְוָן · נוֹשֵׂא 3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368838"/>
          <w:left w:val="dashed" w:sz="12" w:color="368838"/>
          <w:bottom w:val="dashed" w:sz="12" w:color="368838"/>
          <w:right w:val="dashed" w:sz="12" w:color="368838"/>
          <w:insideH w:val="dashed" w:sz="12" w:color="368838"/>
          <w:insideV w:val="dashed" w:sz="12" w:color="368838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עֵמֶק     מִישׁוֹר     פִּסְגָּה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368838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>הַמָּקוֹם הַגָּבוֹהַּ בְּיוֹתֵר בָּהָר הוּא ה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פִּסְגָּה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368838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בֵּין שְׁנֵי הָרִים יֵשׁ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עֵמֶק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368838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 xml:space="preserve">שֶׁטַח שָׁטוּחַ וְנָמוּךְ הוּא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מִישׁוֹר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9" name="Picture 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מַחְוָן · נוֹשֵׂא 3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70" name="Picture 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53 בַּחוֹבֶרֶת וְהַדְבִּיקוּ כָּאן בַּמָּקוֹם הַנָּכוֹן: מָה גָּבוֹהַּ וּמָה נָמוּךְ?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71" name="Picture 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06_170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גָּבוֹהַּ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75" name="Picture 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07_170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נָמוּךְ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72" name="Picture 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הַר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76" name="Picture 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עֵמֶק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73" name="Picture 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רָמָה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77" name="Picture 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מִישׁוֹר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74" name="Picture 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4_170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פִּסְגָּה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78" name="Picture 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חוֹף יָם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79" name="Picture 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מַחְוָן · נוֹשֵׂא 4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80" name="Picture 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יְלָדִים מְשַׂחֲקִים בַּשְּׁכוּנָה?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1" name="Picture 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6_170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2" name="Picture 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3" name="Picture 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d_17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מִבְנֶה בָּנוּ כְּדֵי לְהִתְפַּלֵּל?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4" name="Picture 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5" name="Picture 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d_170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6" name="Picture 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קוֹנִים הַרְבֵּה דְּבָרִים בְּמָקוֹם אֶחָד?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7" name="Picture 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8" name="Picture 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9" name="Picture 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0" name="Picture 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מַחְוָן · נוֹשֵׂא 4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91" name="Picture 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87900"/>
          <w:left w:val="dashed" w:sz="12" w:color="b87900"/>
          <w:bottom w:val="dashed" w:sz="12" w:color="b87900"/>
          <w:right w:val="dashed" w:sz="12" w:color="b87900"/>
          <w:insideH w:val="dashed" w:sz="12" w:color="b87900"/>
          <w:insideV w:val="dashed" w:sz="12" w:color="b87900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דִּירָה     גַּן     מָנוֹף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B87900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כְּשֶׁבּוֹנִים בִּנְיָן רוֹאִים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מָנוֹף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B87900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מִשְׁפָּחָה שֶׁעוֹבֶרֶת לְבַיִת חָדָשׁ עוֹבֶרֶת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דִּירָה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B87900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יְלָדִים מְשַׂחֲקִים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גַּן </w:t>
      </w:r>
      <w:r>
        <w:rPr>
          <w:rFonts w:ascii="Arial" w:hAnsi="Arial" w:cs="Arial"/>
          <w:b w:val="0"/>
          <w:sz w:val="40"/>
          <w:rtl/>
          <w:szCs w:val="40"/>
        </w:rPr>
        <w:t xml:space="preserve"> הַמִּשְׂחָקִים.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2" name="Picture 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מַחְוָן · נוֹשֵׂא 4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93" name="Picture 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54 בַּחוֹבֶרֶת וְהַדְבִּיקוּ כָּאן בַּמָּקוֹם הַנָּכוֹן: מָה שֶׁטַח בָּנוּי וּמָה שֶׁטַח פָּתוּחַ?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94" name="Picture 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שֶׁטַח בָּנוּי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98" name="Picture 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שֶׁטַח פָּתוּחַ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95" name="Picture 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בִּנְיָן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99" name="Picture 9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פַּארְק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96" name="Picture 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קַנְיוֹן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00" name="Picture 1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גַּן מִשְׂחָקִים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97" name="Picture 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6_170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בַּנְק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01" name="Picture 1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שָׂדֶה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02" name="Picture 10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מַחְוָן · נוֹשֵׂא 5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03" name="Picture 1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מִי הוּא הַקָּטָן בַּמִּשְׁפָּחָה?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4" name="Picture 10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5" name="Picture 1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9_170.pn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6" name="Picture 1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מַרְאֶה אַהֲבָה בַּמִּשְׁפָּחָה?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7" name="Picture 1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64_170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8" name="Picture 1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2_170.pn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9" name="Picture 1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b_170.pn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עוֹשָׂה הַמִּשְׁפָּחָה יַחַד בַּאֲרוּחַת עֶרֶב?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0" name="Picture 1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1" name="Picture 1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7d_170.pn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2" name="Picture 1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7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13" name="Picture 1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מַחְוָן · נוֹשֵׂא 5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14" name="Picture 1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1a709e"/>
          <w:left w:val="dashed" w:sz="12" w:color="1a709e"/>
          <w:bottom w:val="dashed" w:sz="12" w:color="1a709e"/>
          <w:right w:val="dashed" w:sz="12" w:color="1a709e"/>
          <w:insideH w:val="dashed" w:sz="12" w:color="1a709e"/>
          <w:insideV w:val="dashed" w:sz="12" w:color="1a709e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מְסַדֵּר     הַהוֹרִים     סַבָּא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1A709E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אַבָּא שֶׁל אַבָּא הוּא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סַבָּא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1A709E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אֲנִי עוֹזֵר בַּבַּיִת ו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מְסַדֵּר </w:t>
      </w:r>
      <w:r>
        <w:rPr>
          <w:rFonts w:ascii="Arial" w:hAnsi="Arial" w:cs="Arial"/>
          <w:b w:val="0"/>
          <w:sz w:val="40"/>
          <w:rtl/>
          <w:szCs w:val="40"/>
        </w:rPr>
        <w:t xml:space="preserve"> אֶת הַשֻּׁלְחָן.</w:t>
      </w:r>
    </w:p>
    <w:p>
      <w:pPr>
        <w:bidi/>
        <w:spacing w:after="520"/>
      </w:pPr>
      <w:r>
        <w:rPr>
          <w:rFonts w:ascii="Arial" w:hAnsi="Arial" w:cs="Arial"/>
          <w:b/>
          <w:color w:val="1A709E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 xml:space="preserve">אֲנִי מְכַבֵּד אֶת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הַהוֹרִים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15" name="Picture 1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מַחְוָן · נוֹשֵׂא 5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16" name="Picture 1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55 בַּחוֹבֶרֶת וְהַדְבִּיקוּ כָּאן בַּמָּקוֹם הַנָּכוֹן: מָה זְכוּת וּמָה חוֹבָה שֶׁל יֶלֶד בַּמִּשְׁפָּחָה?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17" name="Picture 1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1_170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זְכוּת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21" name="Picture 1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חוֹבָה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18" name="Picture 1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4e_170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לְקַבֵּל אֹכֶל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22" name="Picture 1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לַעֲזֹר לְנַקּוֹת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19" name="Picture 1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מִטָּה חַמָּה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23" name="Picture 1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לְסַדֵּר צַעֲצוּעִים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20" name="Picture 1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7_170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אַהֲבָה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24" name="Picture 1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לְכַבֵּד אֶת הַהוֹרִים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5" name="Picture 1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מַחְוָן · נוֹשֵׂא 6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26" name="Picture 1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עוֹשִׂים כְּשֶׁרוֹצִים לְדַבֵּר בַּכִּתָּה?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27" name="Picture 1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c3_170.pn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28" name="Picture 1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29" name="Picture 1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34_170.pn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מַרְאֶה שֶׁאֲנַחְנוּ חֲבֵרִים?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0" name="Picture 1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1" name="Picture 1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b_170.pn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2" name="Picture 1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לוֹקְחִים כָּל בֹּקֶר לְבֵית הַסֵּפֶר?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3" name="Picture 1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92_170.png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4" name="Picture 1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5" name="Picture 1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36" name="Picture 1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מַחְוָן · נוֹשֵׂא 6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7" name="Picture 1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9f4c28"/>
          <w:left w:val="dashed" w:sz="12" w:color="9f4c28"/>
          <w:bottom w:val="dashed" w:sz="12" w:color="9f4c28"/>
          <w:right w:val="dashed" w:sz="12" w:color="9f4c28"/>
          <w:insideH w:val="dashed" w:sz="12" w:color="9f4c28"/>
          <w:insideV w:val="dashed" w:sz="12" w:color="9f4c28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שָׁלוֹם     קְהִלָּה     כִּתָּה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9F4C28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>אֲנַחְנוּ לוֹמְדִים יַחַד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כִּתָּה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9F4C28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לְיֶלֶד חָדָשׁ אוֹמְרִים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שָׁלוֹם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9F4C28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 xml:space="preserve">הַשְּׁכֵנִים בַּשְּׁכוּנָה הֵם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קְהִלָּה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38" name="Picture 1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מַחְוָן · נוֹשֵׂא 6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9" name="Picture 1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56 בַּחוֹבֶרֶת וְהַדְבִּיקוּ כָּאן בַּמָּקוֹם הַנָּכוֹן: מָה נָעִים בַּכִּתָּה וּמָה לֹא נָעִים?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40" name="Picture 1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0a_170.png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נָעִים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44" name="Picture 1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1f_170.png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לֹא נָעִים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41" name="Picture 1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לַעֲזֹר לַחֲבֵר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45" name="Picture 1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20_170.pn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לִצְעֹק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42" name="Picture 1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b_170.pn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לְקַבֵּל יֶלֶד חָדָשׁ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46" name="Picture 1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8_170.pn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לְהִתְעַלֵּם מֵחָבֵר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43" name="Picture 1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לְהַצְבִּיעַ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47" name="Picture 1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לְהַרְבִּיץ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48" name="Picture 1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מַחְוָן · נוֹשֵׂא 7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49" name="Picture 1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מְסַמֵּל שָׁלוֹם?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0" name="Picture 1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a_170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1" name="Picture 1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94_170.pn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2" name="Picture 1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5_170.png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כְּתוּבִים כְּלָלֵי הַכִּתָּה?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3" name="Picture 1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5_170.png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4" name="Picture 1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5" name="Picture 1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אֵיךְ פּוֹתְרִים רִיב עִם חָבֵר?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6" name="Picture 1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7" name="Picture 1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8_170.pn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8" name="Picture 1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e3_170.pn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59" name="Picture 1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מַחְוָן · נוֹשֵׂא 7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60" name="Picture 1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c3d52"/>
          <w:left w:val="dashed" w:sz="12" w:color="bc3d52"/>
          <w:bottom w:val="dashed" w:sz="12" w:color="bc3d52"/>
          <w:right w:val="dashed" w:sz="12" w:color="bc3d52"/>
          <w:insideH w:val="dashed" w:sz="12" w:color="bc3d52"/>
          <w:insideV w:val="dashed" w:sz="12" w:color="bc3d52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פַּח     תַּקָּנוֹן     יָרֹק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BC3D52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חוֹצִים אֶת הַכְּבִישׁ בְּאוֹר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יָרֹק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BC3D52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זוֹרְקִים אֶת הַקְּלִפָּה ל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פַּח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BC3D52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כְּלָלֵי הַכִּתָּה כְּתוּבִים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תַּקָּנוֹן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61" name="Picture 1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מַחְוָן · נוֹשֵׂא 7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62" name="Picture 1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57 בַּחוֹבֶרֶת וְהַדְבִּיקוּ כָּאן בַּמָּקוֹם הַנָּכוֹן: מָה מֻתָּר וּמָה אָסוּר?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63" name="Picture 1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5_170.png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מֻתָּר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67" name="Picture 1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4c_170.png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אָסוּר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64" name="Picture 1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לִזְרֹק לַפַּח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68" name="Picture 1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c3_170.png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לְלַכְלֵךְ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65" name="Picture 1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לְהַצְבִּיעַ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69" name="Picture 1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2_170.png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לִצְעֹק בַּכִּתָּה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66" name="Picture 1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8_170.png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לַחֲצוֹת בַּמַּעֲבָר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70" name="Picture 1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לְהַרְבִּיץ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71" name="Picture 1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מַחְוָן · נוֹשֵׂא 8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72" name="Picture 1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שָׂמִים אֶת הַקְּנִיּוֹת בַּסּוּפֶּר?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3" name="Picture 1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4" name="Picture 1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2_170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5" name="Picture 1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2_170.png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עוֹשִׂים עִם כֶּסֶף שֶׁחוֹסְכִים?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6" name="Picture 1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d9_170.png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7" name="Picture 1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8" name="Picture 1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25_170.png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מוּצָר הוּא צֹרֶךְ חָשׁוּב?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9" name="Picture 1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d_170.png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80" name="Picture 1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e_170.png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81" name="Picture 1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2" name="Picture 1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מַחְוָן · נוֹשֵׂא 8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83" name="Picture 1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627919"/>
          <w:left w:val="dashed" w:sz="12" w:color="627919"/>
          <w:bottom w:val="dashed" w:sz="12" w:color="627919"/>
          <w:right w:val="dashed" w:sz="12" w:color="627919"/>
          <w:insideH w:val="dashed" w:sz="12" w:color="627919"/>
          <w:insideV w:val="dashed" w:sz="12" w:color="627919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מְחִירִים     עֲבוֹדָה     קֻפָּה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627919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>אֶת הַכֶּסֶף שֶׁחוֹסְכִים שָׂמִים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קֻפָּה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627919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לִפְנֵי שֶׁקּוֹנִים, מַשְׁוִים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מְחִירִים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627919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הַהוֹרִים מַרְוִיחִים כֶּסֶף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עֲבוֹדָה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4" name="Picture 1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מַחְוָן · נוֹשֵׂא 8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85" name="Picture 1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58 בַּחוֹבֶרֶת וְהַדְבִּיקוּ כָּאן בַּמָּקוֹם הַנָּכוֹן: מָה צָרִיךְ וּמָה רוֹצֶה?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86" name="Picture 1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14_170.png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צָרִיךְ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90" name="Picture 1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d_170.png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רוֹצֶה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87" name="Picture 1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e_170.png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לֶחֶם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91" name="Picture 1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מִשְׂחַק מַחְשֵׁב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88" name="Picture 1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5b_170.png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חָלָב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92" name="Picture 1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d_170.png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סֻכָּרִיָּה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89" name="Picture 1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5f_170.png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נַעֲלַיִים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93" name="Picture 1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בָּלוֹן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94" name="Picture 1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מַחְוָן · נוֹשֵׂא 9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5" name="Picture 1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מַרְאֶה אֶת כָּל אַרְצוֹת הָעוֹלָם?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96" name="Picture 1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4e_170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97" name="Picture 1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98" name="Picture 1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עוֹזֵר לִזְכֹּר אֶת סִפּוּר הַמִּשְׁפָּחָה?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99" name="Picture 19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0" name="Picture 2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1" name="Picture 2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7_170.png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הַדֶּגֶל שֶׁל מְדִינַת יִשְׂרָאֵל?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2" name="Picture 20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1ee-1f1f1_170.png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3" name="Picture 2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f3_170.png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4" name="Picture 20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c1_170.png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5" name="Picture 2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מַחְוָן · נוֹשֵׂא 9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06" name="Picture 2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a6187"/>
          <w:left w:val="dashed" w:sz="12" w:color="0a6187"/>
          <w:bottom w:val="dashed" w:sz="12" w:color="0a6187"/>
          <w:right w:val="dashed" w:sz="12" w:color="0a6187"/>
          <w:insideH w:val="dashed" w:sz="12" w:color="0a6187"/>
          <w:insideV w:val="dashed" w:sz="12" w:color="0a6187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עֵץ     אֳנִיָּה     עֲלִיָּה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0A6187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מַעֲבָר לָגוּר בְּאֶרֶץ יִשְׂרָאֵל נִקְרָא 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עֲלִיָּה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0A6187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אֶת כָּל הַדּוֹרוֹת רוֹאִים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עֵץ </w:t>
      </w:r>
      <w:r>
        <w:rPr>
          <w:rFonts w:ascii="Arial" w:hAnsi="Arial" w:cs="Arial"/>
          <w:b w:val="0"/>
          <w:sz w:val="40"/>
          <w:rtl/>
          <w:szCs w:val="40"/>
        </w:rPr>
        <w:t xml:space="preserve"> מִשְׁפָּחָה.</w:t>
      </w:r>
    </w:p>
    <w:p>
      <w:pPr>
        <w:bidi/>
        <w:spacing w:after="520"/>
      </w:pPr>
      <w:r>
        <w:rPr>
          <w:rFonts w:ascii="Arial" w:hAnsi="Arial" w:cs="Arial"/>
          <w:b/>
          <w:color w:val="0A6187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פַּעַם עָלוּ לָאָרֶץ גַּם ב</w:t>
      </w:r>
      <w:r>
        <w:rPr>
          <w:rFonts w:ascii="Arial" w:hAnsi="Arial" w:cs="Arial"/>
          <w:b/>
          <w:color w:val="DC2626"/>
          <w:sz w:val="40"/>
          <w:rtl/>
          <w:bCs/>
          <w:szCs w:val="40"/>
        </w:rPr>
        <w:t xml:space="preserve"> אֳנִיָּה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7" name="Picture 2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מַחְוָן · נוֹשֵׂא 9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08" name="Picture 2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59 בַּחוֹבֶרֶת וְהַדְבִּיקוּ כָּאן בַּמָּקוֹם הַנָּכוֹן: מֶה הָיָה פַּעַם וּמָה יֵשׁ הַיּוֹם?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09" name="Picture 2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70_170.png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פַּעַם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13" name="Picture 2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1_170.png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הַיּוֹם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10" name="Picture 2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b_170.png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רַדְיוֹ יָשָׁן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14" name="Picture 2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1_170.png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טֵלֵפוֹן נַיָּד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11" name="Picture 2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6f_170.png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נֵר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15" name="Picture 2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נוֹרָה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12" name="Picture 2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9_170.png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מִכְתָּב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16" name="Picture 2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b_170.png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מַחְשֵׁב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7a7"/>
          <w:left w:val="single" w:sz="12" w:color="#f5b7a7"/>
          <w:bottom w:val="single" w:sz="12" w:color="#f5b7a7"/>
          <w:right w:val="single" w:sz="12" w:color="#f5b7a7"/>
          <w:insideH w:val="single" w:sz="12" w:color="#f5b7a7"/>
          <w:insideV w:val="single" w:sz="12" w:color="#f5b7a7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17" name="Picture 2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50_170.png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9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5435"/>
                <w:sz w:val="26"/>
                <w:rtl/>
                <w:bCs/>
                <w:szCs w:val="26"/>
              </w:rPr>
              <w:t>מַחְוָן · חֲזָרָה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חֲזָרָה</w:t>
            </w:r>
          </w:p>
        </w:tc>
        <w:tc>
          <w:tcPr>
            <w:tcW w:type="dxa" w:w="1134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8" name="Picture 2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5435"/>
          <w:left w:val="single" w:sz="12" w:color="cc5435"/>
          <w:bottom w:val="single" w:sz="12" w:color="cc5435"/>
          <w:right w:val="single" w:sz="12" w:color="cc5435"/>
          <w:insideH w:val="single" w:sz="12" w:color="cc5435"/>
          <w:insideV w:val="single" w:sz="12" w:color="cc5435"/>
        </w:tblBorders>
      </w:tblPr>
      <w:tblGrid>
        <w:gridCol w:w="10092"/>
      </w:tblGrid>
      <w:tr>
        <w:tc>
          <w:tcPr>
            <w:tcW w:type="dxa" w:w="10092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הַבָּתִּים נִרְאִים אוֹתוֹ דָּבָר.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יֵשׁ בָּתִּים שׁוֹנִים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עֵצִים בַּשְּׁכוּנָה נוֹתְנִים צֵל וַאֲוִיר נָקִי.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הַר הוּא מָקוֹם נָמוּךְ.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הַר הוּא מָקוֹם גָּבוֹהַּ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הַשְּׁכוּנָה שֶׁלָּנוּ לֹא מִשְׁתַּנָּה אַף פַּעַם.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הַשְּׁכוּנָה מִשְׁתַּנָּה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סַבָּא וְסַבְתָּא הֵם חֵלֶק מֵהַמִּשְׁפָּחָה הַמֻּרְחֶבֶת.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חוֹבֶרֶת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Relationship Id="rId39" Type="http://schemas.openxmlformats.org/officeDocument/2006/relationships/image" Target="media/image30.png"/><Relationship Id="rId40" Type="http://schemas.openxmlformats.org/officeDocument/2006/relationships/image" Target="media/image31.png"/><Relationship Id="rId41" Type="http://schemas.openxmlformats.org/officeDocument/2006/relationships/image" Target="media/image32.png"/><Relationship Id="rId42" Type="http://schemas.openxmlformats.org/officeDocument/2006/relationships/image" Target="media/image33.png"/><Relationship Id="rId43" Type="http://schemas.openxmlformats.org/officeDocument/2006/relationships/image" Target="media/image34.png"/><Relationship Id="rId44" Type="http://schemas.openxmlformats.org/officeDocument/2006/relationships/image" Target="media/image35.png"/><Relationship Id="rId45" Type="http://schemas.openxmlformats.org/officeDocument/2006/relationships/image" Target="media/image36.png"/><Relationship Id="rId46" Type="http://schemas.openxmlformats.org/officeDocument/2006/relationships/image" Target="media/image37.png"/><Relationship Id="rId47" Type="http://schemas.openxmlformats.org/officeDocument/2006/relationships/image" Target="media/image38.png"/><Relationship Id="rId48" Type="http://schemas.openxmlformats.org/officeDocument/2006/relationships/image" Target="media/image39.png"/><Relationship Id="rId49" Type="http://schemas.openxmlformats.org/officeDocument/2006/relationships/image" Target="media/image40.png"/><Relationship Id="rId50" Type="http://schemas.openxmlformats.org/officeDocument/2006/relationships/image" Target="media/image41.png"/><Relationship Id="rId51" Type="http://schemas.openxmlformats.org/officeDocument/2006/relationships/image" Target="media/image42.png"/><Relationship Id="rId52" Type="http://schemas.openxmlformats.org/officeDocument/2006/relationships/image" Target="media/image43.png"/><Relationship Id="rId53" Type="http://schemas.openxmlformats.org/officeDocument/2006/relationships/image" Target="media/image44.png"/><Relationship Id="rId54" Type="http://schemas.openxmlformats.org/officeDocument/2006/relationships/image" Target="media/image45.png"/><Relationship Id="rId55" Type="http://schemas.openxmlformats.org/officeDocument/2006/relationships/image" Target="media/image46.png"/><Relationship Id="rId56" Type="http://schemas.openxmlformats.org/officeDocument/2006/relationships/image" Target="media/image47.png"/><Relationship Id="rId57" Type="http://schemas.openxmlformats.org/officeDocument/2006/relationships/image" Target="media/image48.png"/><Relationship Id="rId58" Type="http://schemas.openxmlformats.org/officeDocument/2006/relationships/image" Target="media/image49.png"/><Relationship Id="rId59" Type="http://schemas.openxmlformats.org/officeDocument/2006/relationships/image" Target="media/image50.png"/><Relationship Id="rId60" Type="http://schemas.openxmlformats.org/officeDocument/2006/relationships/image" Target="media/image51.png"/><Relationship Id="rId61" Type="http://schemas.openxmlformats.org/officeDocument/2006/relationships/image" Target="media/image52.png"/><Relationship Id="rId62" Type="http://schemas.openxmlformats.org/officeDocument/2006/relationships/image" Target="media/image53.png"/><Relationship Id="rId63" Type="http://schemas.openxmlformats.org/officeDocument/2006/relationships/image" Target="media/image54.png"/><Relationship Id="rId64" Type="http://schemas.openxmlformats.org/officeDocument/2006/relationships/image" Target="media/image55.png"/><Relationship Id="rId65" Type="http://schemas.openxmlformats.org/officeDocument/2006/relationships/image" Target="media/image56.png"/><Relationship Id="rId66" Type="http://schemas.openxmlformats.org/officeDocument/2006/relationships/image" Target="media/image57.png"/><Relationship Id="rId67" Type="http://schemas.openxmlformats.org/officeDocument/2006/relationships/image" Target="media/image58.png"/><Relationship Id="rId68" Type="http://schemas.openxmlformats.org/officeDocument/2006/relationships/image" Target="media/image59.png"/><Relationship Id="rId69" Type="http://schemas.openxmlformats.org/officeDocument/2006/relationships/image" Target="media/image60.png"/><Relationship Id="rId70" Type="http://schemas.openxmlformats.org/officeDocument/2006/relationships/image" Target="media/image61.png"/><Relationship Id="rId71" Type="http://schemas.openxmlformats.org/officeDocument/2006/relationships/image" Target="media/image62.png"/><Relationship Id="rId72" Type="http://schemas.openxmlformats.org/officeDocument/2006/relationships/image" Target="media/image63.png"/><Relationship Id="rId73" Type="http://schemas.openxmlformats.org/officeDocument/2006/relationships/image" Target="media/image64.png"/><Relationship Id="rId74" Type="http://schemas.openxmlformats.org/officeDocument/2006/relationships/image" Target="media/image65.png"/><Relationship Id="rId75" Type="http://schemas.openxmlformats.org/officeDocument/2006/relationships/image" Target="media/image66.png"/><Relationship Id="rId76" Type="http://schemas.openxmlformats.org/officeDocument/2006/relationships/image" Target="media/image67.png"/><Relationship Id="rId77" Type="http://schemas.openxmlformats.org/officeDocument/2006/relationships/image" Target="media/image68.png"/><Relationship Id="rId78" Type="http://schemas.openxmlformats.org/officeDocument/2006/relationships/image" Target="media/image69.png"/><Relationship Id="rId79" Type="http://schemas.openxmlformats.org/officeDocument/2006/relationships/image" Target="media/image70.png"/><Relationship Id="rId80" Type="http://schemas.openxmlformats.org/officeDocument/2006/relationships/image" Target="media/image71.png"/><Relationship Id="rId81" Type="http://schemas.openxmlformats.org/officeDocument/2006/relationships/image" Target="media/image72.png"/><Relationship Id="rId82" Type="http://schemas.openxmlformats.org/officeDocument/2006/relationships/image" Target="media/image73.png"/><Relationship Id="rId83" Type="http://schemas.openxmlformats.org/officeDocument/2006/relationships/image" Target="media/image74.png"/><Relationship Id="rId84" Type="http://schemas.openxmlformats.org/officeDocument/2006/relationships/image" Target="media/image75.png"/><Relationship Id="rId85" Type="http://schemas.openxmlformats.org/officeDocument/2006/relationships/image" Target="media/image76.png"/><Relationship Id="rId86" Type="http://schemas.openxmlformats.org/officeDocument/2006/relationships/image" Target="media/image77.png"/><Relationship Id="rId87" Type="http://schemas.openxmlformats.org/officeDocument/2006/relationships/image" Target="media/image78.png"/><Relationship Id="rId88" Type="http://schemas.openxmlformats.org/officeDocument/2006/relationships/image" Target="media/image79.png"/><Relationship Id="rId89" Type="http://schemas.openxmlformats.org/officeDocument/2006/relationships/image" Target="media/image80.png"/><Relationship Id="rId90" Type="http://schemas.openxmlformats.org/officeDocument/2006/relationships/image" Target="media/image81.png"/><Relationship Id="rId91" Type="http://schemas.openxmlformats.org/officeDocument/2006/relationships/image" Target="media/image82.png"/><Relationship Id="rId92" Type="http://schemas.openxmlformats.org/officeDocument/2006/relationships/image" Target="media/image83.png"/><Relationship Id="rId93" Type="http://schemas.openxmlformats.org/officeDocument/2006/relationships/image" Target="media/image84.png"/><Relationship Id="rId94" Type="http://schemas.openxmlformats.org/officeDocument/2006/relationships/image" Target="media/image85.png"/><Relationship Id="rId95" Type="http://schemas.openxmlformats.org/officeDocument/2006/relationships/image" Target="media/image86.png"/><Relationship Id="rId96" Type="http://schemas.openxmlformats.org/officeDocument/2006/relationships/image" Target="media/image87.png"/><Relationship Id="rId97" Type="http://schemas.openxmlformats.org/officeDocument/2006/relationships/image" Target="media/image88.png"/><Relationship Id="rId98" Type="http://schemas.openxmlformats.org/officeDocument/2006/relationships/image" Target="media/image89.png"/><Relationship Id="rId99" Type="http://schemas.openxmlformats.org/officeDocument/2006/relationships/image" Target="media/image90.png"/><Relationship Id="rId100" Type="http://schemas.openxmlformats.org/officeDocument/2006/relationships/image" Target="media/image91.png"/><Relationship Id="rId101" Type="http://schemas.openxmlformats.org/officeDocument/2006/relationships/image" Target="media/image92.png"/><Relationship Id="rId102" Type="http://schemas.openxmlformats.org/officeDocument/2006/relationships/image" Target="media/image93.png"/><Relationship Id="rId103" Type="http://schemas.openxmlformats.org/officeDocument/2006/relationships/image" Target="media/image94.png"/><Relationship Id="rId104" Type="http://schemas.openxmlformats.org/officeDocument/2006/relationships/image" Target="media/image95.png"/><Relationship Id="rId105" Type="http://schemas.openxmlformats.org/officeDocument/2006/relationships/image" Target="media/image96.png"/><Relationship Id="rId106" Type="http://schemas.openxmlformats.org/officeDocument/2006/relationships/image" Target="media/image97.png"/><Relationship Id="rId107" Type="http://schemas.openxmlformats.org/officeDocument/2006/relationships/image" Target="media/image98.png"/><Relationship Id="rId108" Type="http://schemas.openxmlformats.org/officeDocument/2006/relationships/image" Target="media/image99.png"/><Relationship Id="rId109" Type="http://schemas.openxmlformats.org/officeDocument/2006/relationships/image" Target="media/image100.png"/><Relationship Id="rId110" Type="http://schemas.openxmlformats.org/officeDocument/2006/relationships/image" Target="media/image10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