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pPr>
      <w:r>
        <w:rPr>
          <w:rFonts w:ascii="Arial" w:hAnsi="Arial" w:cs="Arial"/>
          <w:color w:val="5B6476"/>
          <w:sz w:val="20"/>
          <w:szCs w:val="20"/>
          <w:rtl/>
        </w:rPr>
        <w:t>מוֹלֶדֶת, חֶבְרָה וְאֶזְרָחוּת · כִּתָּה ג'   |   מִבְחָן</w:t>
      </w:r>
    </w:p>
    <w:p>
      <w:pPr>
        <w:bidi/>
        <w:spacing w:before="0" w:after="200"/>
      </w:pPr>
      <w:r>
        <w:rPr>
          <w:rFonts w:ascii="Arial" w:hAnsi="Arial" w:cs="Arial"/>
          <w:sz w:val="22"/>
          <w:szCs w:val="22"/>
          <w:rtl/>
        </w:rPr>
        <w:t>שֵׁם פְּרָטִי: ______________   שֵׁם מִשְׁפָּחָה: ______________   כִּתָּה: ______</w:t>
      </w:r>
    </w:p>
    <w:p>
      <w:pPr>
        <w:bidi/>
        <w:spacing w:before="0" w:after="120"/>
      </w:pPr>
      <w:r>
        <w:rPr>
          <w:rFonts w:ascii="Tahoma" w:hAnsi="Tahoma" w:cs="Tahoma"/>
          <w:b/>
          <w:bCs/>
          <w:color w:val="0D7A7C"/>
          <w:sz w:val="44"/>
          <w:szCs w:val="44"/>
          <w:rtl/>
        </w:rPr>
        <w:t>מִבְחָן מְסַכֵּם – רָמָה בְּסִיסִית</w:t>
      </w:r>
    </w:p>
    <w:p>
      <w:pPr>
        <w:bidi/>
        <w:spacing w:before="0" w:after="120"/>
      </w:pPr>
      <w:r>
        <w:rPr>
          <w:color w:val="5B6476"/>
          <w:sz w:val="22"/>
          <w:szCs w:val="22"/>
          <w:rtl/>
        </w:rPr>
        <w:t>מֶשֶׁךְ הַמִּבְחָן: 60 דַּקּוֹת · סַךְ הַכֹּל 100 נְקֻדּוֹת · קִרְאוּ אֶת הַקֶּטַע בְּעִיּוּן וַעֲנוּ עַל כָּל הַשְּׁאֵלוֹת.</w:t>
      </w:r>
    </w:p>
    <w:p>
      <w:pPr>
        <w:bidi/>
        <w:spacing w:before="200" w:after="80"/>
      </w:pPr>
      <w:r>
        <w:rPr>
          <w:rFonts w:ascii="Tahoma" w:hAnsi="Tahoma" w:cs="Tahoma"/>
          <w:b/>
          <w:bCs/>
          <w:color w:val="0D7A7C"/>
          <w:sz w:val="30"/>
          <w:szCs w:val="30"/>
          <w:rtl/>
        </w:rPr>
        <w:t>טַבְלַת נִקּוּד</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d7a7c"/>
          </w:tcPr>
          <w:p>
            <w:pPr>
              <w:bidi/>
              <w:spacing w:before="0" w:after="40"/>
            </w:pPr>
            <w:r>
              <w:rPr>
                <w:b/>
                <w:bCs/>
                <w:color w:val="FFFFFF"/>
                <w:rtl/>
              </w:rPr>
              <w:t>חֵלֶק</w:t>
            </w:r>
          </w:p>
        </w:tc>
        <w:tc>
          <w:tcPr>
            <w:tcW w:type="dxa" w:w="3326"/>
            <w:shd w:val="clear" w:color="auto" w:fill="0d7a7c"/>
          </w:tcPr>
          <w:p>
            <w:pPr>
              <w:bidi/>
              <w:spacing w:before="0" w:after="40"/>
            </w:pPr>
            <w:r>
              <w:rPr>
                <w:b/>
                <w:bCs/>
                <w:color w:val="FFFFFF"/>
                <w:rtl/>
              </w:rPr>
              <w:t>נִקּוּד מֵרַבִּי</w:t>
            </w:r>
          </w:p>
        </w:tc>
        <w:tc>
          <w:tcPr>
            <w:tcW w:type="dxa" w:w="3326"/>
            <w:shd w:val="clear" w:color="auto" w:fill="0d7a7c"/>
          </w:tcPr>
          <w:p>
            <w:pPr>
              <w:bidi/>
              <w:spacing w:before="0" w:after="40"/>
            </w:pPr>
            <w:r>
              <w:rPr>
                <w:b/>
                <w:bCs/>
                <w:color w:val="FFFFFF"/>
                <w:rtl/>
              </w:rPr>
              <w:t>נִקּוּד שֶׁהִתְקַבֵּל</w:t>
            </w:r>
          </w:p>
        </w:tc>
      </w:tr>
      <w:tr>
        <w:tc>
          <w:tcPr>
            <w:tcW w:type="dxa" w:w="3326"/>
          </w:tcPr>
          <w:p>
            <w:pPr>
              <w:bidi/>
              <w:spacing w:before="0" w:after="40"/>
            </w:pPr>
            <w:r>
              <w:rPr>
                <w:rtl/>
              </w:rPr>
              <w:t>חֵלֶק א': הֲבָנַת טֵקְסְט מֵידָע</w:t>
            </w:r>
          </w:p>
        </w:tc>
        <w:tc>
          <w:tcPr>
            <w:tcW w:type="dxa" w:w="3326"/>
          </w:tcPr>
          <w:p>
            <w:pPr>
              <w:bidi/>
              <w:spacing w:before="0" w:after="40"/>
            </w:pPr>
            <w:r>
              <w:rPr>
                <w:rtl/>
              </w:rPr>
              <w:t>40</w:t>
            </w:r>
          </w:p>
        </w:tc>
        <w:tc>
          <w:tcPr>
            <w:tcW w:type="dxa" w:w="3326"/>
          </w:tcPr>
          <w:p>
            <w:pPr>
              <w:bidi/>
              <w:spacing w:before="0" w:after="40"/>
            </w:pPr>
            <w:r>
              <w:rPr>
                <w:rtl/>
              </w:rPr>
            </w:r>
          </w:p>
        </w:tc>
      </w:tr>
      <w:tr>
        <w:tc>
          <w:tcPr>
            <w:tcW w:type="dxa" w:w="3326"/>
          </w:tcPr>
          <w:p>
            <w:pPr>
              <w:bidi/>
              <w:spacing w:before="0" w:after="40"/>
            </w:pPr>
            <w:r>
              <w:rPr>
                <w:rtl/>
              </w:rPr>
              <w:t>חֵלֶק ב': יֶדַע וּמֻשָּׂגִים</w:t>
            </w:r>
          </w:p>
        </w:tc>
        <w:tc>
          <w:tcPr>
            <w:tcW w:type="dxa" w:w="3326"/>
          </w:tcPr>
          <w:p>
            <w:pPr>
              <w:bidi/>
              <w:spacing w:before="0" w:after="40"/>
            </w:pPr>
            <w:r>
              <w:rPr>
                <w:rtl/>
              </w:rPr>
              <w:t>35</w:t>
            </w:r>
          </w:p>
        </w:tc>
        <w:tc>
          <w:tcPr>
            <w:tcW w:type="dxa" w:w="3326"/>
          </w:tcPr>
          <w:p>
            <w:pPr>
              <w:bidi/>
              <w:spacing w:before="0" w:after="40"/>
            </w:pPr>
            <w:r>
              <w:rPr>
                <w:rtl/>
              </w:rPr>
            </w:r>
          </w:p>
        </w:tc>
      </w:tr>
      <w:tr>
        <w:tc>
          <w:tcPr>
            <w:tcW w:type="dxa" w:w="3326"/>
          </w:tcPr>
          <w:p>
            <w:pPr>
              <w:bidi/>
              <w:spacing w:before="0" w:after="40"/>
            </w:pPr>
            <w:r>
              <w:rPr>
                <w:rtl/>
              </w:rPr>
              <w:t>חֵלֶק ג': חֲשִׁיבָה גֵּאוֹגְרָפִית וְהַבָּעָה בִּכְתָב</w:t>
            </w:r>
          </w:p>
        </w:tc>
        <w:tc>
          <w:tcPr>
            <w:tcW w:type="dxa" w:w="3326"/>
          </w:tcPr>
          <w:p>
            <w:pPr>
              <w:bidi/>
              <w:spacing w:before="0" w:after="40"/>
            </w:pPr>
            <w:r>
              <w:rPr>
                <w:rtl/>
              </w:rPr>
              <w:t>25</w:t>
            </w:r>
          </w:p>
        </w:tc>
        <w:tc>
          <w:tcPr>
            <w:tcW w:type="dxa" w:w="3326"/>
          </w:tcPr>
          <w:p>
            <w:pPr>
              <w:bidi/>
              <w:spacing w:before="0" w:after="40"/>
            </w:pPr>
            <w:r>
              <w:rPr>
                <w:rtl/>
              </w:rPr>
            </w:r>
          </w:p>
        </w:tc>
      </w:tr>
      <w:tr>
        <w:tc>
          <w:tcPr>
            <w:tcW w:type="dxa" w:w="3326"/>
          </w:tcPr>
          <w:p>
            <w:pPr>
              <w:bidi/>
              <w:spacing w:before="0" w:after="40"/>
            </w:pPr>
            <w:r>
              <w:rPr>
                <w:rtl/>
              </w:rPr>
              <w:t>סה"כ</w:t>
            </w:r>
          </w:p>
        </w:tc>
        <w:tc>
          <w:tcPr>
            <w:tcW w:type="dxa" w:w="3326"/>
          </w:tcPr>
          <w:p>
            <w:pPr>
              <w:bidi/>
              <w:spacing w:before="0" w:after="40"/>
            </w:pPr>
            <w:r>
              <w:rPr>
                <w:rtl/>
              </w:rPr>
              <w:t>100</w:t>
            </w:r>
          </w:p>
        </w:tc>
        <w:tc>
          <w:tcPr>
            <w:tcW w:type="dxa" w:w="3326"/>
          </w:tcPr>
          <w:p>
            <w:pPr>
              <w:bidi/>
              <w:spacing w:before="0" w:after="40"/>
            </w:pPr>
            <w:r>
              <w:rPr>
                <w:rtl/>
              </w:rPr>
            </w:r>
          </w:p>
        </w:tc>
      </w:tr>
    </w:tbl>
    <w:p>
      <w:pPr>
        <w:bidi/>
        <w:spacing w:before="0" w:after="40"/>
      </w:pPr>
    </w:p>
    <w:p>
      <w:pPr>
        <w:bidi/>
        <w:spacing w:before="160" w:after="80"/>
      </w:pPr>
      <w:r>
        <w:rPr>
          <w:rFonts w:ascii="Tahoma" w:hAnsi="Tahoma" w:cs="Tahoma"/>
          <w:b/>
          <w:bCs/>
          <w:color w:val="0D7A7C"/>
          <w:sz w:val="32"/>
          <w:szCs w:val="32"/>
          <w:rtl/>
        </w:rPr>
        <w:t>חֵלֶק א': הֲבָנַת טֵקְסְט מֵידָע (40 נק')</w:t>
      </w:r>
    </w:p>
    <w:p>
      <w:pPr>
        <w:bidi/>
        <w:spacing w:before="120" w:after="40"/>
      </w:pPr>
      <w:r>
        <w:rPr>
          <w:rFonts w:ascii="Tahoma" w:hAnsi="Tahoma" w:cs="Tahoma"/>
          <w:b/>
          <w:bCs/>
          <w:color w:val="0D7A7C"/>
          <w:sz w:val="30"/>
          <w:szCs w:val="30"/>
          <w:rtl/>
        </w:rPr>
        <w:t>עֵמֶק הַבְּרוֹשִׁים – יִשּׁוּב שֶׁגָּדַל</w:t>
      </w:r>
    </w:p>
    <w:p>
      <w:pPr>
        <w:bidi/>
        <w:spacing w:before="0" w:after="80"/>
      </w:pPr>
      <w:r>
        <w:rPr>
          <w:rtl/>
        </w:rPr>
        <w:t>עֵמֶק הַבְּרוֹשִׁים הוּא יִשּׁוּב דִּמְיוֹנִי, שֶׁנִּמְצָא בְּעֵמֶק יָרֹק בֵּין שְׁתֵּי גְּבָעוֹת. בִּצְפוֹן הַיִּשּׁוּב זוֹרֵם נַחַל קָטָן. בַּחֹרֶף, אַחֲרֵי הַגְּשָׁמִים, זוֹרְמִים בּוֹ מַיִם, וּבַקַּיִץ הוּא יָבֵשׁ.</w:t>
      </w:r>
    </w:p>
    <w:p>
      <w:pPr>
        <w:bidi/>
        <w:spacing w:before="0" w:after="80"/>
      </w:pPr>
      <w:r>
        <w:rPr>
          <w:rtl/>
        </w:rPr>
        <w:t>לִפְנֵי שְׁלוֹשִׁים שָׁנָה הָיָה עֵמֶק הַבְּרוֹשִׁים מוֹשָׁב קָטָן. לְכָל מִשְׁפָּחָה הָיוּ בַּיִת, שָׂדֶה וְלוּל. עִם הַשָּׁנִים הִגִּיעוּ מִשְׁפָּחוֹת חֲדָשׁוֹת, וְהַמּוֹעָצָה בָּנְתָה שְׁכוּנוֹת עַל הַגִּבְעָה הַמַּעֲרָבִית. בַּכְּנִיסָה לַיִּשּׁוּב נִבְנָה מֶרְכָּז מִסְחָרִי, וּבַקָּצֶה הַדְּרוֹמִי, רָחוֹק מֵהַבָּתִּים, נִבְנָה אֵזוֹר תַּעֲשִׂיָּה קָטָן. בְּאֶמְצַע הַיִּשּׁוּב, לְיַד הַמֶּרְכָּז הַמִּסְחָרִי, הוּקְמוּ בֵּית סֵפֶר חָדָשׁ וּמִרְפָּאָה, כְּדֵי שֶׁכָּל הַתּוֹשָׁבִים יוּכְלוּ לְהַגִּיעַ אֲלֵיהֶם בְּקַלּוּת.</w:t>
      </w:r>
    </w:p>
    <w:p>
      <w:pPr>
        <w:bidi/>
        <w:spacing w:before="0" w:after="80"/>
      </w:pPr>
      <w:r>
        <w:rPr>
          <w:rtl/>
        </w:rPr>
        <w:t>הַתּוֹשָׁבִים בִּקְּשׁוּ לִשְׁמֹר עַל הַחֻרְשָׁה הַיְּשָׁנָה שֶׁלְּיַד הַנַּחַל, כִּי יְלָדִים וּמִשְׁפָּחוֹת אוֹהֲבִים לְטַיֵּל בָּהּ, וְהַמּוֹעָצָה הִסְכִּימָה. הַיּוֹם יֵשׁ בָּהּ שְׁבִילִים, סַפְסָלִים וּפְחִי מַחְזוֹר. כָּךְ הַיִּשּׁוּב גָּדַל, אֲבָל שׁוֹמֵר גַּם עַל הַטֶּבַע שֶׁלּוֹ.</w:t>
      </w:r>
    </w:p>
    <w:p>
      <w:pPr>
        <w:bidi/>
        <w:spacing w:before="0" w:after="80"/>
      </w:pPr>
      <w:r>
        <w:rPr>
          <w:rtl/>
        </w:rPr>
        <w:t>מִסְפַּר הַתּוֹשָׁבִים בַּיִּשּׁוּב: לִפְנֵי 30 שָׁנָה – 500; לִפְנֵי 15 שָׁנָה – 1,500; הַיּוֹם – 4,000.</w:t>
      </w:r>
    </w:p>
    <w:p>
      <w:pPr>
        <w:bidi/>
        <w:spacing w:before="160" w:after="60"/>
      </w:pPr>
      <w:r>
        <w:rPr>
          <w:b/>
          <w:bCs/>
          <w:sz w:val="26"/>
          <w:szCs w:val="26"/>
          <w:rtl/>
        </w:rPr>
        <w:t>1. אִתּוּר מֵידָע: בַּחֲרוּ אֶת הַתְּשׁוּבָה הַנְּכוֹנָה. (8 נק')</w:t>
      </w:r>
    </w:p>
    <w:p>
      <w:pPr>
        <w:bidi/>
        <w:spacing w:before="0" w:after="20"/>
      </w:pPr>
      <w:r>
        <w:rPr>
          <w:rtl/>
        </w:rPr>
        <w:t>א. אֵיפֹה נִמְצָא עֵמֶק הַבְּרוֹשִׁים?</w:t>
      </w:r>
    </w:p>
    <w:p>
      <w:pPr>
        <w:bidi/>
        <w:spacing w:before="0" w:after="80"/>
      </w:pPr>
      <w:r>
        <w:rPr>
          <w:rtl/>
        </w:rPr>
        <w:t xml:space="preserve">   ○ עַל פִּסְגַּת הַר      ○ בָּעֵמֶק בֵּין שְׁתֵּי גְּבָעוֹת      ○ עַל חוֹף הַיָּם</w:t>
      </w:r>
    </w:p>
    <w:p>
      <w:pPr>
        <w:bidi/>
        <w:spacing w:before="0" w:after="20"/>
      </w:pPr>
      <w:r>
        <w:rPr>
          <w:rtl/>
        </w:rPr>
        <w:t>ב. מֶה הָיָה עֵמֶק הַבְּרוֹשִׁים לִפְנֵי שְׁלוֹשִׁים שָׁנָה?</w:t>
      </w:r>
    </w:p>
    <w:p>
      <w:pPr>
        <w:bidi/>
        <w:spacing w:before="0" w:after="80"/>
      </w:pPr>
      <w:r>
        <w:rPr>
          <w:rtl/>
        </w:rPr>
        <w:t xml:space="preserve">   ○ עִיר גְּדוֹלָה      ○ קִבּוּץ      ○ מוֹשָׁב קָטָן</w:t>
      </w:r>
    </w:p>
    <w:p>
      <w:pPr>
        <w:bidi/>
        <w:spacing w:before="0" w:after="20"/>
      </w:pPr>
      <w:r>
        <w:rPr>
          <w:rtl/>
        </w:rPr>
        <w:t>ג. אֵיפֹה נִבְנוּ הַשְּׁכוּנוֹת הַחֲדָשׁוֹת?</w:t>
      </w:r>
    </w:p>
    <w:p>
      <w:pPr>
        <w:bidi/>
        <w:spacing w:before="0" w:after="80"/>
      </w:pPr>
      <w:r>
        <w:rPr>
          <w:rtl/>
        </w:rPr>
        <w:t xml:space="preserve">   ○ עַל הַגִּבְעָה הַמַּעֲרָבִית      ○ בְּתוֹךְ הַחֻרְשָׁה      ○ לְיַד הַנַּחַל</w:t>
      </w:r>
    </w:p>
    <w:p>
      <w:pPr>
        <w:bidi/>
        <w:spacing w:before="0" w:after="20"/>
      </w:pPr>
      <w:r>
        <w:rPr>
          <w:rtl/>
        </w:rPr>
        <w:t>ד. כַּמָּה תּוֹשָׁבִים יֵשׁ בַּיִּשּׁוּב הַיּוֹם?</w:t>
      </w:r>
    </w:p>
    <w:p>
      <w:pPr>
        <w:bidi/>
        <w:spacing w:before="0" w:after="80"/>
      </w:pPr>
      <w:r>
        <w:rPr>
          <w:rtl/>
        </w:rPr>
        <w:t xml:space="preserve">   ○ 500      ○ 4,000      ○ 1,500</w:t>
      </w:r>
    </w:p>
    <w:p>
      <w:pPr>
        <w:bidi/>
        <w:spacing w:before="160" w:after="60"/>
      </w:pPr>
      <w:r>
        <w:rPr>
          <w:b/>
          <w:bCs/>
          <w:sz w:val="26"/>
          <w:szCs w:val="26"/>
          <w:rtl/>
        </w:rPr>
        <w:t>2. נָכוֹן אוֹ לֹא נָכוֹן? תַּקְּנוּ אֶת הַמִּשְׁפָּטִים הַלֹּא נְכוֹנִים. (6 נק')</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d7a7c"/>
          </w:tcPr>
          <w:p>
            <w:pPr>
              <w:bidi/>
              <w:spacing w:before="0" w:after="40"/>
            </w:pPr>
            <w:r>
              <w:rPr>
                <w:b/>
                <w:bCs/>
                <w:color w:val="FFFFFF"/>
                <w:rtl/>
              </w:rPr>
              <w:t>מִשְׁפָּט</w:t>
            </w:r>
          </w:p>
        </w:tc>
        <w:tc>
          <w:tcPr>
            <w:tcW w:type="dxa" w:w="2494"/>
            <w:shd w:val="clear" w:color="auto" w:fill="0d7a7c"/>
          </w:tcPr>
          <w:p>
            <w:pPr>
              <w:bidi/>
              <w:spacing w:before="0" w:after="40"/>
            </w:pPr>
            <w:r>
              <w:rPr>
                <w:b/>
                <w:bCs/>
                <w:color w:val="FFFFFF"/>
                <w:rtl/>
              </w:rPr>
              <w:t>נָכוֹן</w:t>
            </w:r>
          </w:p>
        </w:tc>
        <w:tc>
          <w:tcPr>
            <w:tcW w:type="dxa" w:w="2494"/>
            <w:shd w:val="clear" w:color="auto" w:fill="0d7a7c"/>
          </w:tcPr>
          <w:p>
            <w:pPr>
              <w:bidi/>
              <w:spacing w:before="0" w:after="40"/>
            </w:pPr>
            <w:r>
              <w:rPr>
                <w:b/>
                <w:bCs/>
                <w:color w:val="FFFFFF"/>
                <w:rtl/>
              </w:rPr>
              <w:t>לֹא נָכוֹן</w:t>
            </w:r>
          </w:p>
        </w:tc>
        <w:tc>
          <w:tcPr>
            <w:tcW w:type="dxa" w:w="2494"/>
            <w:shd w:val="clear" w:color="auto" w:fill="0d7a7c"/>
          </w:tcPr>
          <w:p>
            <w:pPr>
              <w:bidi/>
              <w:spacing w:before="0" w:after="40"/>
            </w:pPr>
            <w:r>
              <w:rPr>
                <w:b/>
                <w:bCs/>
                <w:color w:val="FFFFFF"/>
                <w:rtl/>
              </w:rPr>
              <w:t>תִּקּוּן</w:t>
            </w:r>
          </w:p>
        </w:tc>
      </w:tr>
      <w:tr>
        <w:tc>
          <w:tcPr>
            <w:tcW w:type="dxa" w:w="2494"/>
          </w:tcPr>
          <w:p>
            <w:pPr>
              <w:bidi/>
              <w:spacing w:before="0" w:after="40"/>
            </w:pPr>
            <w:r>
              <w:rPr>
                <w:rtl/>
              </w:rPr>
              <w:t>א. בַּנַּחַל זוֹרְמִים מַיִם כָּל הַשָּׁנָה.</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אֵזוֹר הַתַּעֲשִׂיָּה נִבְנָה רָחוֹק מֵהַבָּתִּים.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הַמּוֹעָצָה הֶחֱלִיטָה לִבְנוֹת בָּתִּים בְּחֻרְשָׁה.</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3. הַשְׁלִימוּ אֶת שִׁמּוּשׁ הַקַּרְקַע שֶׁל כָּל מָקוֹם בַּיִּשּׁוּב. (8 נק')</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d7a7c"/>
          </w:tcPr>
          <w:p>
            <w:pPr>
              <w:bidi/>
              <w:spacing w:before="0" w:after="40"/>
            </w:pPr>
            <w:r>
              <w:rPr>
                <w:b/>
                <w:bCs/>
                <w:color w:val="FFFFFF"/>
                <w:rtl/>
              </w:rPr>
              <w:t>מָקוֹם</w:t>
            </w:r>
          </w:p>
        </w:tc>
        <w:tc>
          <w:tcPr>
            <w:tcW w:type="dxa" w:w="4989"/>
            <w:shd w:val="clear" w:color="auto" w:fill="0d7a7c"/>
          </w:tcPr>
          <w:p>
            <w:pPr>
              <w:bidi/>
              <w:spacing w:before="0" w:after="40"/>
            </w:pPr>
            <w:r>
              <w:rPr>
                <w:b/>
                <w:bCs/>
                <w:color w:val="FFFFFF"/>
                <w:rtl/>
              </w:rPr>
              <w:t>שִׁמּוּשׁ הַקַּרְקַע</w:t>
            </w:r>
          </w:p>
        </w:tc>
      </w:tr>
      <w:tr>
        <w:tc>
          <w:tcPr>
            <w:tcW w:type="dxa" w:w="4989"/>
          </w:tcPr>
          <w:p>
            <w:pPr>
              <w:bidi/>
              <w:spacing w:before="0" w:after="40"/>
            </w:pPr>
            <w:r>
              <w:rPr>
                <w:rtl/>
              </w:rPr>
              <w:t>הַשְּׁכוּנוֹת עַל הַגִּבְעָה</w:t>
            </w:r>
          </w:p>
        </w:tc>
        <w:tc>
          <w:tcPr>
            <w:tcW w:type="dxa" w:w="4989"/>
          </w:tcPr>
          <w:p>
            <w:pPr>
              <w:bidi/>
              <w:spacing w:before="0" w:after="40"/>
            </w:pPr>
            <w:r>
              <w:rPr>
                <w:rtl/>
              </w:rPr>
            </w:r>
          </w:p>
        </w:tc>
      </w:tr>
      <w:tr>
        <w:tc>
          <w:tcPr>
            <w:tcW w:type="dxa" w:w="4989"/>
          </w:tcPr>
          <w:p>
            <w:pPr>
              <w:bidi/>
              <w:spacing w:before="0" w:after="40"/>
            </w:pPr>
            <w:r>
              <w:rPr>
                <w:rtl/>
              </w:rPr>
              <w:t>הַמֶּרְכָּז הַמִּסְחָרִי</w:t>
            </w:r>
          </w:p>
        </w:tc>
        <w:tc>
          <w:tcPr>
            <w:tcW w:type="dxa" w:w="4989"/>
          </w:tcPr>
          <w:p>
            <w:pPr>
              <w:bidi/>
              <w:spacing w:before="0" w:after="40"/>
            </w:pPr>
            <w:r>
              <w:rPr>
                <w:rtl/>
              </w:rPr>
            </w:r>
          </w:p>
        </w:tc>
      </w:tr>
      <w:tr>
        <w:tc>
          <w:tcPr>
            <w:tcW w:type="dxa" w:w="4989"/>
          </w:tcPr>
          <w:p>
            <w:pPr>
              <w:bidi/>
              <w:spacing w:before="0" w:after="40"/>
            </w:pPr>
            <w:r>
              <w:rPr>
                <w:rtl/>
              </w:rPr>
              <w:t>הָאֵזוֹר בַּקָּצֶה הַדְּרוֹמִי</w:t>
            </w:r>
          </w:p>
        </w:tc>
        <w:tc>
          <w:tcPr>
            <w:tcW w:type="dxa" w:w="4989"/>
          </w:tcPr>
          <w:p>
            <w:pPr>
              <w:bidi/>
              <w:spacing w:before="0" w:after="40"/>
            </w:pPr>
            <w:r>
              <w:rPr>
                <w:rtl/>
              </w:rPr>
            </w:r>
          </w:p>
        </w:tc>
      </w:tr>
      <w:tr>
        <w:tc>
          <w:tcPr>
            <w:tcW w:type="dxa" w:w="4989"/>
          </w:tcPr>
          <w:p>
            <w:pPr>
              <w:bidi/>
              <w:spacing w:before="0" w:after="40"/>
            </w:pPr>
            <w:r>
              <w:rPr>
                <w:rtl/>
              </w:rPr>
              <w:t>הַחֻרְשָׁה</w:t>
            </w:r>
          </w:p>
        </w:tc>
        <w:tc>
          <w:tcPr>
            <w:tcW w:type="dxa" w:w="4989"/>
          </w:tcPr>
          <w:p>
            <w:pPr>
              <w:bidi/>
              <w:spacing w:before="0" w:after="40"/>
            </w:pPr>
            <w:r>
              <w:rPr>
                <w:rtl/>
              </w:rPr>
            </w:r>
          </w:p>
        </w:tc>
      </w:tr>
    </w:tbl>
    <w:p>
      <w:pPr>
        <w:bidi/>
        <w:spacing w:before="0" w:after="40"/>
      </w:pPr>
    </w:p>
    <w:p>
      <w:pPr>
        <w:bidi/>
        <w:spacing w:before="160" w:after="60"/>
      </w:pPr>
      <w:r>
        <w:rPr>
          <w:b/>
          <w:bCs/>
          <w:sz w:val="26"/>
          <w:szCs w:val="26"/>
          <w:rtl/>
        </w:rPr>
        <w:t>4. פַּרְשָׁנוּת: אֵיזֶה סוּג נַחַל זוֹרֵם בִּצְפוֹן הַיִּשּׁוּב? הַסְבִּירוּ לְפִי הַקֶּטַע. (8 נק')</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5. הַסָּקַת מַסְקָנוֹת: לְפִי נְתוּנֵי הַתּוֹשָׁבִים, מָה קָרָה לַיִּשּׁוּב בְּמֶשֶׁךְ הַשָּׁנִים? מַדּוּעַ הַמּוֹעָצָה בָּנְתָה שְׁכוּנוֹת וּמֶרְכָּז מִסְחָרִי? (10 נק')</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80"/>
      </w:pPr>
      <w:r>
        <w:rPr>
          <w:rFonts w:ascii="Tahoma" w:hAnsi="Tahoma" w:cs="Tahoma"/>
          <w:b/>
          <w:bCs/>
          <w:color w:val="0D7A7C"/>
          <w:sz w:val="32"/>
          <w:szCs w:val="32"/>
          <w:rtl/>
        </w:rPr>
        <w:t>חֵלֶק ב': יֶדַע וּמֻשָּׂגִים (35 נק')</w:t>
      </w:r>
    </w:p>
    <w:p>
      <w:pPr>
        <w:bidi/>
        <w:spacing w:before="160" w:after="60"/>
      </w:pPr>
      <w:r>
        <w:rPr>
          <w:b/>
          <w:bCs/>
          <w:sz w:val="26"/>
          <w:szCs w:val="26"/>
          <w:rtl/>
        </w:rPr>
        <w:t>1. הַשְׁלִימוּ בְּעֶזְרַת הַמִּלִּים שֶׁבַּמַּחְסָן. (8 נק')</w:t>
      </w:r>
    </w:p>
    <w:p>
      <w:pPr>
        <w:bidi/>
        <w:spacing w:before="0" w:after="80"/>
      </w:pPr>
      <w:r>
        <w:rPr>
          <w:color w:val="0D7A7C"/>
          <w:sz w:val="24"/>
          <w:szCs w:val="24"/>
          <w:rtl/>
        </w:rPr>
        <w:t>מַחְסַן מִלִּים: מִקְרָא  |  מִישׁוֹר  |  עִירִיָּה  |  מַחְזוֹר</w:t>
      </w:r>
    </w:p>
    <w:p>
      <w:pPr>
        <w:bidi/>
        <w:spacing w:before="0" w:after="60"/>
      </w:pPr>
      <w:r>
        <w:rPr>
          <w:rtl/>
        </w:rPr>
        <w:t>א. הַטַּבְלָה שֶׁמַּסְבִּירָה אֶת הַסְּמָלִים בַּמַּפָּה נִקְרֵאת __________.</w:t>
      </w:r>
    </w:p>
    <w:p>
      <w:pPr>
        <w:bidi/>
        <w:spacing w:before="0" w:after="60"/>
      </w:pPr>
      <w:r>
        <w:rPr>
          <w:rtl/>
        </w:rPr>
        <w:t>ב. שֶׁטַח שָׁטוּחַ וְיָשָׁר נִקְרָא __________.</w:t>
      </w:r>
    </w:p>
    <w:p>
      <w:pPr>
        <w:bidi/>
        <w:spacing w:before="0" w:after="60"/>
      </w:pPr>
      <w:r>
        <w:rPr>
          <w:rtl/>
        </w:rPr>
        <w:t>ג. הַגּוּף שֶׁמְּנַהֵל אֶת הָעִיר נִקְרָא __________.</w:t>
      </w:r>
    </w:p>
    <w:p>
      <w:pPr>
        <w:bidi/>
        <w:spacing w:before="0" w:after="60"/>
      </w:pPr>
      <w:r>
        <w:rPr>
          <w:rtl/>
        </w:rPr>
        <w:t>ד. הֲפִיכַת פְּסֹלֶת לְחֹמֶר חָדָשׁ נִקְרֵאת __________.</w:t>
      </w:r>
    </w:p>
    <w:p>
      <w:pPr>
        <w:bidi/>
        <w:spacing w:before="160" w:after="60"/>
      </w:pPr>
      <w:r>
        <w:rPr>
          <w:b/>
          <w:bCs/>
          <w:sz w:val="26"/>
          <w:szCs w:val="26"/>
          <w:rtl/>
        </w:rPr>
        <w:t>2. נָכוֹן אוֹ לֹא נָכוֹן? תַּקְּנוּ אֶת הַמִּשְׁפָּטִים הַלֹּא נְכוֹנִים. (8 נק')</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d7a7c"/>
          </w:tcPr>
          <w:p>
            <w:pPr>
              <w:bidi/>
              <w:spacing w:before="0" w:after="40"/>
            </w:pPr>
            <w:r>
              <w:rPr>
                <w:b/>
                <w:bCs/>
                <w:color w:val="FFFFFF"/>
                <w:rtl/>
              </w:rPr>
              <w:t>מִשְׁפָּט</w:t>
            </w:r>
          </w:p>
        </w:tc>
        <w:tc>
          <w:tcPr>
            <w:tcW w:type="dxa" w:w="2494"/>
            <w:shd w:val="clear" w:color="auto" w:fill="0d7a7c"/>
          </w:tcPr>
          <w:p>
            <w:pPr>
              <w:bidi/>
              <w:spacing w:before="0" w:after="40"/>
            </w:pPr>
            <w:r>
              <w:rPr>
                <w:b/>
                <w:bCs/>
                <w:color w:val="FFFFFF"/>
                <w:rtl/>
              </w:rPr>
              <w:t>נָכוֹן</w:t>
            </w:r>
          </w:p>
        </w:tc>
        <w:tc>
          <w:tcPr>
            <w:tcW w:type="dxa" w:w="2494"/>
            <w:shd w:val="clear" w:color="auto" w:fill="0d7a7c"/>
          </w:tcPr>
          <w:p>
            <w:pPr>
              <w:bidi/>
              <w:spacing w:before="0" w:after="40"/>
            </w:pPr>
            <w:r>
              <w:rPr>
                <w:b/>
                <w:bCs/>
                <w:color w:val="FFFFFF"/>
                <w:rtl/>
              </w:rPr>
              <w:t>לֹא נָכוֹן</w:t>
            </w:r>
          </w:p>
        </w:tc>
        <w:tc>
          <w:tcPr>
            <w:tcW w:type="dxa" w:w="2494"/>
            <w:shd w:val="clear" w:color="auto" w:fill="0d7a7c"/>
          </w:tcPr>
          <w:p>
            <w:pPr>
              <w:bidi/>
              <w:spacing w:before="0" w:after="40"/>
            </w:pPr>
            <w:r>
              <w:rPr>
                <w:b/>
                <w:bCs/>
                <w:color w:val="FFFFFF"/>
                <w:rtl/>
              </w:rPr>
              <w:t>תִּקּוּן</w:t>
            </w:r>
          </w:p>
        </w:tc>
      </w:tr>
      <w:tr>
        <w:tc>
          <w:tcPr>
            <w:tcW w:type="dxa" w:w="2494"/>
          </w:tcPr>
          <w:p>
            <w:pPr>
              <w:bidi/>
              <w:spacing w:before="0" w:after="40"/>
            </w:pPr>
            <w:r>
              <w:rPr>
                <w:rtl/>
              </w:rPr>
              <w:t>א. בְּרֹב הַמַּפּוֹת הַדָּרוֹם נִמְצָא לְמַעְלָה.</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סִפְרִיָּה הִיא מִבְנֵה צִבּוּר.</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בַּקִּבּוּץ לְכָל מִשְׁפָּחָה יֵשׁ מֶשֶׁק מִשֶּׁלָּהּ.</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ד. הַכִּנֶּרֶת הִיא אֲגַם שֶׁל מַיִם מְתוּקִים.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3. הַתְאִימוּ כָּל מֻשָּׂג לַהֶסְבֵּר שֶׁלּוֹ. (6 נק')</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d7a7c"/>
          </w:tcPr>
          <w:p>
            <w:pPr>
              <w:bidi/>
              <w:spacing w:before="0" w:after="40"/>
            </w:pPr>
            <w:r>
              <w:rPr>
                <w:b/>
                <w:bCs/>
                <w:color w:val="FFFFFF"/>
                <w:rtl/>
              </w:rPr>
              <w:t>טוּר א</w:t>
            </w:r>
          </w:p>
        </w:tc>
        <w:tc>
          <w:tcPr>
            <w:tcW w:type="dxa" w:w="4989"/>
            <w:shd w:val="clear" w:color="auto" w:fill="0d7a7c"/>
          </w:tcPr>
          <w:p>
            <w:pPr>
              <w:bidi/>
              <w:spacing w:before="0" w:after="40"/>
            </w:pPr>
            <w:r>
              <w:rPr>
                <w:b/>
                <w:bCs/>
                <w:color w:val="FFFFFF"/>
                <w:rtl/>
              </w:rPr>
              <w:t>טוּר ב</w:t>
            </w:r>
          </w:p>
        </w:tc>
      </w:tr>
      <w:tr>
        <w:tc>
          <w:tcPr>
            <w:tcW w:type="dxa" w:w="4989"/>
          </w:tcPr>
          <w:p>
            <w:pPr>
              <w:bidi/>
              <w:spacing w:before="0" w:after="40"/>
            </w:pPr>
            <w:r>
              <w:rPr>
                <w:rtl/>
              </w:rPr>
              <w:t>1. נְגִישׁוּת</w:t>
            </w:r>
          </w:p>
        </w:tc>
        <w:tc>
          <w:tcPr>
            <w:tcW w:type="dxa" w:w="4989"/>
          </w:tcPr>
          <w:p>
            <w:pPr>
              <w:bidi/>
              <w:spacing w:before="0" w:after="40"/>
            </w:pPr>
            <w:r>
              <w:rPr>
                <w:rtl/>
              </w:rPr>
              <w:t>[   ] שְׁמִירָה עַל מָקוֹם חָשׁוּב לַדּוֹרוֹת הַבָּאִים</w:t>
            </w:r>
          </w:p>
        </w:tc>
      </w:tr>
      <w:tr>
        <w:tc>
          <w:tcPr>
            <w:tcW w:type="dxa" w:w="4989"/>
          </w:tcPr>
          <w:p>
            <w:pPr>
              <w:bidi/>
              <w:spacing w:before="0" w:after="40"/>
            </w:pPr>
            <w:r>
              <w:rPr>
                <w:rtl/>
              </w:rPr>
              <w:t>2. שִׁמּוּר</w:t>
            </w:r>
          </w:p>
        </w:tc>
        <w:tc>
          <w:tcPr>
            <w:tcW w:type="dxa" w:w="4989"/>
          </w:tcPr>
          <w:p>
            <w:pPr>
              <w:bidi/>
              <w:spacing w:before="0" w:after="40"/>
            </w:pPr>
            <w:r>
              <w:rPr>
                <w:rtl/>
              </w:rPr>
              <w:t>[   ] תַּשְׁלוּם לָרָשׁוּת הַמְּקוֹמִית</w:t>
            </w:r>
          </w:p>
        </w:tc>
      </w:tr>
      <w:tr>
        <w:tc>
          <w:tcPr>
            <w:tcW w:type="dxa" w:w="4989"/>
          </w:tcPr>
          <w:p>
            <w:pPr>
              <w:bidi/>
              <w:spacing w:before="0" w:after="40"/>
            </w:pPr>
            <w:r>
              <w:rPr>
                <w:rtl/>
              </w:rPr>
              <w:t>3. אַרְנוֹנָה</w:t>
            </w:r>
          </w:p>
        </w:tc>
        <w:tc>
          <w:tcPr>
            <w:tcW w:type="dxa" w:w="4989"/>
          </w:tcPr>
          <w:p>
            <w:pPr>
              <w:bidi/>
              <w:spacing w:before="0" w:after="40"/>
            </w:pPr>
            <w:r>
              <w:rPr>
                <w:rtl/>
              </w:rPr>
              <w:t>[   ] כָּל אָדָם יָכוֹל לְהַגִּיעַ וּלְהִשְׁתַּמֵּשׁ</w:t>
            </w:r>
          </w:p>
        </w:tc>
      </w:tr>
    </w:tbl>
    <w:p>
      <w:pPr>
        <w:bidi/>
        <w:spacing w:before="0" w:after="40"/>
      </w:pPr>
    </w:p>
    <w:p>
      <w:pPr>
        <w:bidi/>
        <w:spacing w:before="160" w:after="60"/>
      </w:pPr>
      <w:r>
        <w:rPr>
          <w:b/>
          <w:bCs/>
          <w:sz w:val="26"/>
          <w:szCs w:val="26"/>
          <w:rtl/>
        </w:rPr>
        <w:t>4. מַיְּנוּ אֶת הַפְּסֹלֶת לַפַּחִים. (7 נק')</w:t>
      </w:r>
    </w:p>
    <w:p>
      <w:pPr>
        <w:bidi/>
        <w:spacing w:before="0" w:after="80"/>
      </w:pPr>
      <w:r>
        <w:rPr>
          <w:color w:val="0D7A7C"/>
          <w:sz w:val="24"/>
          <w:szCs w:val="24"/>
          <w:rtl/>
        </w:rPr>
        <w:t>הַמִּלִּים: עִתּוֹן  |  בַּקְבּוּק פְּלַסְטִיק  |  צִנְצֶנֶת זְכוּכִית  |  מַחְבֶּרֶת יְשָׁנָה  |  קֻפְסַת שִׁמּוּרִים  |  בַּקְבּוּק זְכוּכִית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d7a7c"/>
          </w:tcPr>
          <w:p>
            <w:pPr>
              <w:bidi/>
              <w:spacing w:before="0" w:after="40"/>
            </w:pPr>
            <w:r>
              <w:rPr>
                <w:b/>
                <w:bCs/>
                <w:color w:val="FFFFFF"/>
                <w:rtl/>
              </w:rPr>
              <w:t>פַּח כָּתֹם</w:t>
            </w:r>
          </w:p>
        </w:tc>
        <w:tc>
          <w:tcPr>
            <w:tcW w:type="dxa" w:w="3326"/>
            <w:shd w:val="clear" w:color="auto" w:fill="0d7a7c"/>
          </w:tcPr>
          <w:p>
            <w:pPr>
              <w:bidi/>
              <w:spacing w:before="0" w:after="40"/>
            </w:pPr>
            <w:r>
              <w:rPr>
                <w:b/>
                <w:bCs/>
                <w:color w:val="FFFFFF"/>
                <w:rtl/>
              </w:rPr>
              <w:t>פַּח כָּחֹל</w:t>
            </w:r>
          </w:p>
        </w:tc>
        <w:tc>
          <w:tcPr>
            <w:tcW w:type="dxa" w:w="3326"/>
            <w:shd w:val="clear" w:color="auto" w:fill="0d7a7c"/>
          </w:tcPr>
          <w:p>
            <w:pPr>
              <w:bidi/>
              <w:spacing w:before="0" w:after="40"/>
            </w:pPr>
            <w:r>
              <w:rPr>
                <w:b/>
                <w:bCs/>
                <w:color w:val="FFFFFF"/>
                <w:rtl/>
              </w:rPr>
              <w:t>פַּח סָגֹל</w:t>
            </w:r>
          </w:p>
        </w:tc>
      </w:tr>
      <w:tr>
        <w:tc>
          <w:tcPr>
            <w:tcW w:type="dxa" w:w="3326"/>
          </w:tcPr>
          <w:p>
            <w:pPr>
              <w:bidi/>
              <w:spacing w:before="0" w:after="40"/>
            </w:pPr>
            <w:r>
              <w:rPr>
                <w:rtl/>
              </w:rPr>
              <w:br/>
              <w:br/>
              <w:br/>
            </w:r>
          </w:p>
        </w:tc>
        <w:tc>
          <w:tcPr>
            <w:tcW w:type="dxa" w:w="3326"/>
          </w:tcPr>
          <w:p>
            <w:pPr>
              <w:bidi/>
              <w:spacing w:before="0" w:after="40"/>
            </w:pPr>
            <w:r>
              <w:rPr>
                <w:rtl/>
              </w:rPr>
              <w:br/>
              <w:br/>
              <w:br/>
            </w:r>
          </w:p>
        </w:tc>
        <w:tc>
          <w:tcPr>
            <w:tcW w:type="dxa" w:w="3326"/>
          </w:tcPr>
          <w:p>
            <w:pPr>
              <w:bidi/>
              <w:spacing w:before="0" w:after="40"/>
            </w:pPr>
            <w:r>
              <w:rPr>
                <w:rtl/>
              </w:rPr>
              <w:br/>
              <w:br/>
              <w:br/>
            </w:r>
          </w:p>
        </w:tc>
      </w:tr>
    </w:tbl>
    <w:p>
      <w:pPr>
        <w:bidi/>
        <w:spacing w:before="0" w:after="40"/>
      </w:pPr>
    </w:p>
    <w:p>
      <w:pPr>
        <w:bidi/>
        <w:spacing w:before="160" w:after="60"/>
      </w:pPr>
      <w:r>
        <w:rPr>
          <w:b/>
          <w:bCs/>
          <w:sz w:val="26"/>
          <w:szCs w:val="26"/>
          <w:rtl/>
        </w:rPr>
        <w:t>5. בַּחֲרוּ אֶת הַתְּשׁוּבָה הַנְּכוֹנָה. (6 נק')</w:t>
      </w:r>
    </w:p>
    <w:p>
      <w:pPr>
        <w:bidi/>
        <w:spacing w:before="0" w:after="20"/>
      </w:pPr>
      <w:r>
        <w:rPr>
          <w:rtl/>
        </w:rPr>
        <w:t>א. הַשֶּׁמֶשׁ שׁוֹקַעַת ב:</w:t>
      </w:r>
    </w:p>
    <w:p>
      <w:pPr>
        <w:bidi/>
        <w:spacing w:before="0" w:after="80"/>
      </w:pPr>
      <w:r>
        <w:rPr>
          <w:rtl/>
        </w:rPr>
        <w:t xml:space="preserve">   ○ מִזְרָח      ○ מַעֲרָב      ○ צָפוֹן</w:t>
      </w:r>
    </w:p>
    <w:p>
      <w:pPr>
        <w:bidi/>
        <w:spacing w:before="0" w:after="20"/>
      </w:pPr>
      <w:r>
        <w:rPr>
          <w:rtl/>
        </w:rPr>
        <w:t>ב. אֵיזוֹ מֵהֶן הִיא תּוֹפָעָה טִבְעִית?</w:t>
      </w:r>
    </w:p>
    <w:p>
      <w:pPr>
        <w:bidi/>
        <w:spacing w:before="0" w:after="80"/>
      </w:pPr>
      <w:r>
        <w:rPr>
          <w:rtl/>
        </w:rPr>
        <w:t xml:space="preserve">   ○ גִּבְעָה      ○ כְּבִישׁ      ○ גֶּשֶׁר</w:t>
      </w:r>
    </w:p>
    <w:p>
      <w:pPr>
        <w:bidi/>
        <w:spacing w:before="0" w:after="20"/>
      </w:pPr>
      <w:r>
        <w:rPr>
          <w:rtl/>
        </w:rPr>
        <w:t>ג. בִּירַת יִשְׂרָאֵל הִיא:</w:t>
      </w:r>
    </w:p>
    <w:p>
      <w:pPr>
        <w:bidi/>
        <w:spacing w:before="0" w:after="80"/>
      </w:pPr>
      <w:r>
        <w:rPr>
          <w:rtl/>
        </w:rPr>
        <w:t xml:space="preserve">   ○ חֵיפָה      ○ בְּאֵר שֶׁבַע      ○ יְרוּשָׁלַיִם</w:t>
      </w:r>
    </w:p>
    <w:p>
      <w:pPr>
        <w:bidi/>
        <w:spacing w:before="160" w:after="80"/>
      </w:pPr>
      <w:r>
        <w:rPr>
          <w:rFonts w:ascii="Tahoma" w:hAnsi="Tahoma" w:cs="Tahoma"/>
          <w:b/>
          <w:bCs/>
          <w:color w:val="0D7A7C"/>
          <w:sz w:val="32"/>
          <w:szCs w:val="32"/>
          <w:rtl/>
        </w:rPr>
        <w:t>חֵלֶק ג': חֲשִׁיבָה גֵּאוֹגְרָפִית וְהַבָּעָה בִּכְתָב (25 נק')</w:t>
      </w:r>
    </w:p>
    <w:p>
      <w:pPr>
        <w:bidi/>
        <w:spacing w:before="160" w:after="60"/>
      </w:pPr>
      <w:r>
        <w:rPr>
          <w:b/>
          <w:bCs/>
          <w:sz w:val="26"/>
          <w:szCs w:val="26"/>
          <w:rtl/>
        </w:rPr>
        <w:t>1. סִבָּה וְתוֹצָאָה: הַסְבִּירוּ מַדּוּעַ בּוֹנִים אֵזוֹר תַּעֲשִׂיָּה רָחוֹק מֵהַשְּׁכוּנוֹת. (7 נק')</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2. הַשְׁוָאָה: כִּתְבוּ שְׁנֵי הֶבְדֵּלִים בֵּין עִיר לְבֵין יִשּׁוּב כַּפְרִי. (8 נק')</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3. שַׂרְטְטוּ מַפָּה שֶׁל יִשּׁוּב דִּמְיוֹנִי: שְׁכוּנַת מְגוּרִים, בֵּית סֵפֶר, גִּנָּה וְאֵזוֹר תַּעֲשִׂיָּה. מַקְּמוּ כָּל דָּבָר בְּמָקוֹם מַתְאִים, וְהוֹסִיפוּ מִקְרָא וְחֵץ צָפוֹן. (10 נק')</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200" w:after="80"/>
      </w:pPr>
      <w:r>
        <w:rPr>
          <w:rFonts w:ascii="Tahoma" w:hAnsi="Tahoma" w:cs="Tahoma"/>
          <w:b/>
          <w:bCs/>
          <w:color w:val="0D7A7C"/>
          <w:sz w:val="32"/>
          <w:szCs w:val="32"/>
          <w:rtl/>
        </w:rPr>
        <w:t>בְּהַצְלָחָה!</w:t>
      </w:r>
    </w:p>
    <w:sectPr w:rsidR="00FC693F" w:rsidRPr="0006063C" w:rsidSect="00034616">
      <w:footerReference w:type="default" r:id="rId9"/>
      <w:pgSz w:w="11906" w:h="16838"/>
      <w:pgMar w:top="850" w:right="964" w:bottom="907" w:left="964" w:header="720" w:footer="720" w:gutter="0"/>
      <w:pgBorders w:offsetFrom="page">
        <w:top w:val="single" w:sz="18" w:space="22" w:color="0F8B8D"/>
        <w:left w:val="single" w:sz="18" w:space="22" w:color="0F8B8D"/>
        <w:bottom w:val="single" w:sz="18" w:space="22" w:color="0F8B8D"/>
        <w:right w:val="single" w:sz="18" w:space="22" w:color="0F8B8D"/>
      </w:pgBorders>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