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לְמִבְחָן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D7A7C"/>
          <w:sz w:val="44"/>
          <w:szCs w:val="44"/>
          <w:rtl/>
        </w:rPr>
        <w:t>🎯 מִבְחָן מְסַכֵּם – רָמָה גְּבוֹהָה – מַחְוָן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מֶשֶׁךְ הַמִּבְחָן: 60 דַּקּוֹת · סַךְ הַכֹּל 100 נְקֻדּוֹת · קִרְאוּ אֶת הַקֶּטַע וְאֶת הַטַּבְלָה בְּעִיּוּן, וְנַמְּקוּ אֶת תְּשׁוּבוֹתֵיכֶם.</w:t>
      </w:r>
    </w:p>
    <w:p>
      <w:pPr>
        <w:bidi/>
        <w:spacing w:before="200" w:after="80"/>
      </w:pPr>
      <w:r>
        <w:rPr>
          <w:rFonts w:ascii="Aharoni" w:hAnsi="Aharoni" w:cs="Aharoni"/>
          <w:b/>
          <w:bCs/>
          <w:color w:val="0D7A7C"/>
          <w:sz w:val="30"/>
          <w:szCs w:val="30"/>
          <w:rtl/>
        </w:rPr>
        <w:t>טַבְלַת נִקּוּד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חֵלֶק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נִקּוּד מֵרַבִּי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נִקּוּד שֶׁהִתְקַבֵּל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חֵלֶק א': הֲבָנַת טֵקְסְט מֵידָע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חֵלֶק ב': יֶדַע וּמֻשָּׂגִים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חֵלֶק ג': חֲשִׁיבָה גֵּאוֹגְרָפִית וְהַבָּעָה בִּכְתָב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0D7A7C"/>
          <w:sz w:val="32"/>
          <w:szCs w:val="32"/>
          <w:rtl/>
        </w:rPr>
        <w:t>חֵלֶק א': הֲבָנַת טֵקְסְט מֵידָע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אִתּוּר מֵידָע: הַשְׁלִימוּ אֶת זְמַנֵּי הַנְּסִיעָה מֵהַקֶּטַע.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יוֹצְאִים מ...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הַיּוֹם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בַּכְּבִישׁ הֶחָדָשׁ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בַּדֶּרֶךְ הַיְּשָׁנָה הַמֻּרְחֶבֶת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עֵין אֶל-וַרְד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מוֹשַׁב גְּפָנִים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בַּחֲרוּ אֶת הַתְּשׁוּבָה הַנְּכוֹנָה. (6 נק')</w:t>
      </w:r>
    </w:p>
    <w:p>
      <w:pPr>
        <w:bidi/>
        <w:spacing w:before="0" w:after="20"/>
      </w:pPr>
      <w:r>
        <w:rPr>
          <w:rtl/>
        </w:rPr>
        <w:t>א. אֵיזֶה סוּג נַחַל זוֹרֵם בָּעֵמֶק?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נַחַל אֵיתָן, שֶׁזּוֹרְמִים בּוֹ מַיִם כָּל הַשָּׁנָה</w:t>
      </w:r>
    </w:p>
    <w:p>
      <w:pPr>
        <w:bidi/>
        <w:spacing w:before="0" w:after="20"/>
      </w:pPr>
      <w:r>
        <w:rPr>
          <w:rtl/>
        </w:rPr>
        <w:t>ב. מַדּוּעַ תּוֹשָׁבֵי הַכְּפָר וְהַמּוֹשָׁב נוֹסְעִים לָעִיר?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כְּדֵי לְהַגִּיעַ לְבֵית הַחוֹלִים, לַקַּנְיוֹן וְלָעֲבוֹדָה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הַסָּקַת מַסְקָנוֹת: מַדּוּעַ הַחַקְלָאִים שֶׁל מוֹשַׁב גְּפָנִים יַרְוִיחוּ בִּמְיֻחָד מִכְּבִישׁ קָצָר יוֹתֵר? הַסְבִּירוּ. (8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הָעֲנָבִים מִתְחַמְּמִים בַּדֶּרֶךְ הָאֲרֻכָּה וַעֲלוּלִים לְהִתְקַלְקֵל (4); בִּכְבִישׁ קָצָר הַתּוֹצֶרֶת תַּגִּיעַ לַשּׁוּק מַהֵר וּטְרִיָּה יוֹתֵר (4).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חִשּׁוּב וְהַשְׁוָאָה: בְּכַמָּה דַּקּוֹת יַחֲסֹךְ תּוֹשַׁב עֵין אֶל-וַרְד בַּכְּבִישׁ הֶחָדָשׁ לְעֻמַּת הַיּוֹם? וּבְכַמָּה דַּקּוֹת בַּדֶּרֶךְ הַיְּשָׁנָה הַמֻּרְחֶבֶת? (8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בַּכְּבִישׁ הֶחָדָשׁ – 25 דַּקּוֹת ‪(40−15)‬ (4); בַּדֶּרֶךְ הַמֻּרְחֶבֶת – 15 דַּקּוֹת ‪(40−25)‬ (4).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הֲבָנָה: הַסְבִּירוּ מַדּוּעַ אַנְשֵׁי שְׁמִירַת הַטֶּבַע מִתְנַגְּדִים לַכְּבִישׁ הֶחָדָשׁ דֶּרֶךְ הָעֵמֶק, וְכִתְבוּ מָה הֵם מַצִּיעִים בִּמְקוֹמוֹ. (10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הַכְּבִישׁ יִפְגַּע בַּנַּחַל הָאֵיתָן וּבַחֻרְשָׁה הָעַתִּיקָה שֶׁבָּהּ מְקַנְּנוֹת צִפּוֹרִים (שִׁמּוּר הַטֶּבַע) (5); הֵם מַצִּיעִים לְהַרְחִיב אֶת הַדֶּרֶךְ הַיְּשָׁנָה וּלְהוֹסִיף קַוֵּי אוֹטוֹבּוּס (5).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0D7A7C"/>
          <w:sz w:val="32"/>
          <w:szCs w:val="32"/>
          <w:rtl/>
        </w:rPr>
        <w:t>חֵלֶק ב': יֶדַע וּמֻשָּׂגִים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בַּמֻּשָּׂג הַמַּתְאִים. (8 נק')</w:t>
      </w:r>
    </w:p>
    <w:p>
      <w:pPr>
        <w:bidi/>
        <w:spacing w:before="0" w:after="40"/>
      </w:pPr>
      <w:r>
        <w:rPr>
          <w:rtl/>
        </w:rPr>
        <w:t>א. בְּנִיַּת כְּבִישׁ חָדָשׁ הִיא דֻּגְמָה לפִּתּוּחַ שֶׁל הַיִּשּׁוּב.</w:t>
      </w:r>
    </w:p>
    <w:p>
      <w:pPr>
        <w:bidi/>
        <w:spacing w:before="0" w:after="40"/>
      </w:pPr>
      <w:r>
        <w:rPr>
          <w:rtl/>
        </w:rPr>
        <w:t>ב. שְׁמִירָה עַל חֻרְשָׁה עַתִּיקָה הִיא דֻּגְמָה לשִׁמּוּר.</w:t>
      </w:r>
    </w:p>
    <w:p>
      <w:pPr>
        <w:bidi/>
        <w:spacing w:before="0" w:after="40"/>
      </w:pPr>
      <w:r>
        <w:rPr>
          <w:rtl/>
        </w:rPr>
        <w:t>ג. עִיר שֶׁבָּהּ גָּרִים יַחַד יְהוּדִים וַעֲרָבִים נִקְרֵאת עִיר מְעֹרֶבֶת.</w:t>
      </w:r>
    </w:p>
    <w:p>
      <w:pPr>
        <w:bidi/>
        <w:spacing w:before="0" w:after="40"/>
      </w:pPr>
      <w:r>
        <w:rPr>
          <w:rtl/>
        </w:rPr>
        <w:t>ד. שֶׁטַח נָמוּךְ שֶׁנִּמְצָא בֵּין הָרִים נִקְרָא עֵמֶק.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נָכוֹן אוֹ לֹא נָכוֹן? תַּקְּנוּ אֶת הַמִּשְׁפָּטִים הַלֹּא נְכוֹנִים.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יָם הַמֶּלַח הוּא הַמָּקוֹם הַנָּמוּךְ בְּיוֹתֵר עַל פְּנֵי הַיַּבָּשָׁה.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תַּצְלוּם אֲוִיר כּוֹלֵל תָּמִיד מִקְרָא וּשְׁמוֹת רְחוֹבוֹת.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בְּתַצְלוּם אֲוִיר אֵין מִקְרָא וְאֵין שֵׁמוֹת; הֵם מוֹפִיעִים בַּמַּפָּה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חֻקֵּי עֵזֶר הֵם כְּלָלִים שֶׁקּוֹבַעַת הָרָשׁוּת הַמְּקוֹמִית.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הַתְפָּלָה הִיא יִצּוּר חַשְׁמַל מֵאוֹר הַשֶּׁמֶשׁ.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הַתְפָּלָה הִיא הוֹצָאַת הַמֶּלַח מִמֵּי הַיָּם; חַשְׁמַל מֵאוֹר הַשֶּׁמֶשׁ מְיַצְּרִים בְּלוּחוֹת סוֹלָארִיִּים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דֻּגְמָה לַמֻּשָּׂג שֶׁהִיא מַדְגִּימָה.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רַמְפָּה וּמַעֲלִית בַּמִּרְפָּאָה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נְגִישׁוּת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עִתּוֹן בַּפַּח הַכָּחֹל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שִׁמּוּר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בִּנְיָן יָשָׁן שֶׁהָפַךְ לְמוּזֵאוֹן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מַחְזוֹר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 אֶת הַשִּׁנּוּיִים: לִטְוָח קָצָר אוֹ לִטְוָח אָרֹךְ?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טְוָח קָצָר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טְוָח אָרֹךְ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יְרִיד לְשָׁבוּעַ הַסֵּפֶר, חֲסִימַת רְחוֹב לַתַּהֲלוּכָה, עֲבוֹדוֹת לְתִקּוּן צִנּוֹר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סְלִילַת כְּבִישׁ חָדָשׁ, בְּנִיַּת שְׁכוּנָה, הֲקָמַת תַּחֲנַת רַכֶּבֶת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בַּחֲרוּ אֶת הַתְּשׁוּבָה הַנְּכוֹנָה. (6 נק')</w:t>
      </w:r>
    </w:p>
    <w:p>
      <w:pPr>
        <w:bidi/>
        <w:spacing w:before="0" w:after="20"/>
      </w:pPr>
      <w:r>
        <w:rPr>
          <w:rtl/>
        </w:rPr>
        <w:t>א. בַּמַּפָּה, הַנַּחַל נִמְצָא מִשְּׂמֹאל לַכְּפָר. בְּאֵיזֶה כִּוּוּן נִמְצָא הַנַּחַל בְּיַחַס לַכְּפָר?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מַעֲרָב</w:t>
      </w:r>
    </w:p>
    <w:p>
      <w:pPr>
        <w:bidi/>
        <w:spacing w:before="0" w:after="20"/>
      </w:pPr>
      <w:r>
        <w:rPr>
          <w:rtl/>
        </w:rPr>
        <w:t>ב. יֵשׁ יִשּׁוּב שֶׁבּוֹ לְכָל מִשְׁפָּחָה בַּיִת וּמֶשֶׁק מִשֶּׁלָּהּ, וְהַתּוֹשָׁבִים מְשַׁתְּפִים פְּעֻלָּה. מַהוּ?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מוֹשָׁב</w:t>
      </w:r>
    </w:p>
    <w:p>
      <w:pPr>
        <w:bidi/>
        <w:spacing w:before="0" w:after="20"/>
      </w:pPr>
      <w:r>
        <w:rPr>
          <w:rtl/>
        </w:rPr>
        <w:t>ג. מָה יַעֲזֹר יוֹתֵר לְצַמְצֵם פְּקָקִים וְזִהוּם?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קַוֵּי אוֹטוֹבּוּס וּשְׁבִילֵי אוֹפַנַּיִם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0D7A7C"/>
          <w:sz w:val="32"/>
          <w:szCs w:val="32"/>
          <w:rtl/>
        </w:rPr>
        <w:t>חֵלֶק ג': חֲשִׁיבָה גֵּאוֹגְרָפִית וְהַבָּעָה בִּכְתָב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עֶמְדָּה מְנֻמֶּקֶת: אִלּוּ הֱיִיתֶם חַבְרֵי הַמּוֹעָצָה הָאֲזוֹרִית, בְּאֵיזוֹ הַצָּעָה הֱיִיתֶם בּוֹחֲרִים – הַכְּבִישׁ הֶחָדָשׁ אוֹ הַדֶּרֶךְ הַיְּשָׁנָה הַמֻּרְחֶבֶת עִם אוֹטוֹבּוּסִים? כִּתְבוּ אֶת בְּחִירַתְכֶם וּשְׁנֵי נִמּוּקִים, וְהֵעָזְרוּ בַּנְּתוּנִים מֵהַקֶּטַע. (12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בְּחִירָה בְּרוּרָה (2); שְׁנֵי נִמּוּקִים מַתְאִימִים, 4 נק' לְכָל אֶחָד (8) – לְמָשָׁל לַכְּבִישׁ הֶחָדָשׁ: חִסָּכוֹן שֶׁל 25 דַּקּוֹת, עֲנָבִים טְרִיִּים יוֹתֵר; לַדֶּרֶךְ הַמֻּרְחֶבֶת: שְׁמִירָה עַל הַנַּחַל וְעַל הַחֻרְשָׁה, אוֹטוֹבּוּסִים מַפְחִיתִים זִהוּם וַעֲדַיִן חוֹסְכִים 15 דַּקּוֹת; שִׁמּוּשׁ בַּנָּתוּן מֵהַקֶּטַע (2).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שַׂרְטְטוּ מַפָּה שֶׁל הָאֵזוֹר לְפִי הַקֶּטַע: הָעֵמֶק עִם הַנַּחַל וְהַחֻרְשָׁה, שְׁלֹשֶׁת הַיִּשּׁוּבִים, הַדֶּרֶךְ הַיְּשָׁנָה וְהַהַצָּעָה שֶׁבְּחַרְתֶּם. הוֹסִיפוּ מִקְרָא וְחֵץ צָפוֹן. (13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עֵמֶק, נַחַל וְחֻרְשָׁה (3); שְׁלֹשֶׁת הַיִּשּׁוּבִים, וְהַכְּפָר עַל מִדְרוֹן (3); הַדֶּרֶךְ הַיְּשָׁנָה מִסָּבִיב לָעֵמֶק וְהַהַצָּעָה הַנִּבְחֶרֶת מְסֻמָּנוֹת בְּבֵרוּר (3); מִקְרָא מַתְאִים (3); חֵץ צָפוֹן (1).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