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– דַּף עֲבוֹדָה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מַחְוָן – הַמַּפָּה שֶׁל הַסְּבִיבָה שֶׁלִּי: כִּוּוּנֵי רוּחַ, סְמָלִים, מִקְרָא וְתַצְלוּם אֲוִיר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40"/>
      </w:pPr>
      <w:r>
        <w:rPr>
          <w:rtl/>
        </w:rPr>
        <w:t>א. צִיּוּר מֻקְטָן שֶׁל מָקוֹם נִקְרָא מַפָּה.</w:t>
      </w:r>
    </w:p>
    <w:p>
      <w:pPr>
        <w:bidi/>
        <w:spacing w:before="0" w:after="40"/>
      </w:pPr>
      <w:r>
        <w:rPr>
          <w:rtl/>
        </w:rPr>
        <w:t>ב. בַּמַּפָּה רוֹאִים אֶת הַמָּקוֹם כְּאִלּוּ מִסְתַּכְּלִים עָלָיו מִלְּמַעְלָה.</w:t>
      </w:r>
    </w:p>
    <w:p>
      <w:pPr>
        <w:bidi/>
        <w:spacing w:before="0" w:after="40"/>
      </w:pPr>
      <w:r>
        <w:rPr>
          <w:rtl/>
        </w:rPr>
        <w:t>ג. הַטַּבְלָה שֶׁמַּסְבִּירָה אֶת הַסִּימָנִים בַּמַּפָּה נִקְרֵאת מִקְרָא.</w:t>
      </w:r>
    </w:p>
    <w:p>
      <w:pPr>
        <w:bidi/>
        <w:spacing w:before="0" w:after="40"/>
      </w:pPr>
      <w:r>
        <w:rPr>
          <w:rtl/>
        </w:rPr>
        <w:t>ד. צִיּוּר קָטָן בַּמַּפָּה שֶׁמְּיַצֵּג מַשֶּׁהוּ נִקְרָא סֵמֶל.</w:t>
      </w:r>
    </w:p>
    <w:p>
      <w:pPr>
        <w:bidi/>
        <w:spacing w:before="0" w:after="40"/>
      </w:pPr>
      <w:r>
        <w:rPr>
          <w:rtl/>
        </w:rPr>
        <w:t>ה. הַחֵץ בַּמַּפָּה מַצְבִּיעַ אֶל הצָפוֹן.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לְכָל כִּוּוּן אֶת מְקוֹמוֹ בְּרֹב הַמַּפּוֹת.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צָפוֹן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מִיָּמִין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דְּרוֹם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מִשְּׂמֹאל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מִזְרָח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לְמַטָּה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מַעֲרָב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לְמַעְלָה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הַשֶּׁמֶשׁ זוֹרַחַת בַּמִּזְרָח.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בְּרֹב הַמַּפּוֹת הַדָּרוֹם נִמְצָא לְמַעְלָה.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בְּרֹב הַמַּפּוֹת הַצָּפוֹן נִמְצָא לְמַעְלָה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בְּתַצְלוּם אֲוִיר יֵשׁ מִקְרָא.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בְּתַצְלוּם אֲוִיר אֵין מִקְרָא; מִקְרָא יֵשׁ בַּמַּפָּה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בַּמַּפָּה הַמָּקוֹם מֻקְטָן.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זֶהוּ הַמִּקְרָא שֶׁל מַפַּת גִּבְעַת הַדְּקָלִים. הַשְׁלִימוּ מָה כָּל סֵמֶל מְיַצֵּג.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סֵמֶל בַּמַּפָּה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הוּא מְיַצֵּג?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כֶּתֶם כָּחֹל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מַיִם (בְּרֵכָה, אֲגַם אוֹ יָם)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כֶּתֶם יָרֹק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גַּן אוֹ פַּארְק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קַו שָׁחֹר עָבֶה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כְּבִישׁ רָאשִׁי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רִבּוּעַ אָדֹם עִם צְלָב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מִרְפָּאָה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הַקֶּטַע «הַמַּפָּה שֶׁל גִּבְעַת הַדְּקָלִים», הַשְׁלִימוּ.</w:t>
      </w:r>
    </w:p>
    <w:p>
      <w:pPr>
        <w:bidi/>
        <w:spacing w:before="0" w:after="40"/>
      </w:pPr>
      <w:r>
        <w:rPr>
          <w:rtl/>
        </w:rPr>
        <w:t>א. הַפַּארְק נִמְצָא מצָפוֹן לְבֵית הַסֵּפֶר.</w:t>
      </w:r>
    </w:p>
    <w:p>
      <w:pPr>
        <w:bidi/>
        <w:spacing w:before="0" w:after="40"/>
      </w:pPr>
      <w:r>
        <w:rPr>
          <w:rtl/>
        </w:rPr>
        <w:t>ב. הַמַּרְכּוֹל נִמְצָא מדְּרוֹם לְבֵית הַסֵּפֶר.</w:t>
      </w:r>
    </w:p>
    <w:p>
      <w:pPr>
        <w:bidi/>
        <w:spacing w:before="0" w:after="40"/>
      </w:pPr>
      <w:r>
        <w:rPr>
          <w:rtl/>
        </w:rPr>
        <w:t>ג. הַסִּפְרִיָּה נִמְצֵאת מַעֲרָב לְבֵית הַסֵּפֶר.</w:t>
      </w:r>
    </w:p>
    <w:p>
      <w:pPr>
        <w:bidi/>
        <w:spacing w:before="0" w:after="40"/>
      </w:pPr>
      <w:r>
        <w:rPr>
          <w:rtl/>
        </w:rPr>
        <w:t>ד. מֵהַבַּיִת לְבֵית הַסֵּפֶר נֹעַם הוֹלֵךְ מִזְרָחָה.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מָה נִמְצָא מִמִּזְרָח לְבֵית הַסֵּפֶר?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בְּרֵכַת הַשְּׂחִיָּה</w:t>
      </w:r>
    </w:p>
    <w:p>
      <w:pPr>
        <w:bidi/>
        <w:spacing w:before="0" w:after="20"/>
      </w:pPr>
      <w:r>
        <w:rPr>
          <w:rtl/>
        </w:rPr>
        <w:t>ב. לְאָן נֹעַם רָץ אַחֲרֵי הַלִּמּוּדִים?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אֶל הַפַּארְק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שַׂרְטְטוּ אֶת מַפַּת גִּבְעַת הַדְּקָלִים לְפִי הַקֶּטַע: בֵּית הַסֵּפֶר בָּאֶמְצַע, וּמִסְּבִיבוֹ הַפַּארְק, הַמַּרְכּוֹל, הַבְּרֵכָה וְהַסִּפְרִיָּה. הוֹסִיפוּ חֵץ צָפוֹן.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בֵּית הַסֵּפֶר בַּמֶּרְכָּז; הַפַּארְק לְמַעְלָה (צָפוֹן), הַמַּרְכּוֹל לְמַטָּה (דָּרוֹם), הַבְּרֵכָה מִיָּמִין (מִזְרָח), הַסִּפְרִיָּה מִשְּׂמֹאל (מַעֲרָב); חֵץ צָפוֹן מַצְבִּיעַ לְמַעְלָה.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מַיְּנוּ: מָה רוֹאִים בַּמַּפָּה, וּמָה רוֹאִים רַק בְּתַצְלוּם אֲוִיר?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בַּמַּפָּה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בְּתַצְלוּם אֲוִיר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מִקְרָא, שְׁמוֹת רְחוֹבוֹת, חֵץ צָפוֹן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מְכוֹנִיּוֹת חוֹנוֹת, צֶבַע הַגַּגּוֹת, צֵל שֶׁל עֵצִים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כִּתְבוּ לְיַד כָּל מִשְׁפָּט בְּאֵיזֶה כִּוּוּן מְדֻבָּר: צָפוֹן, דְּרוֹם, מִזְרָח אוֹ מַעֲרָב.</w:t>
      </w:r>
    </w:p>
    <w:p>
      <w:pPr>
        <w:bidi/>
        <w:spacing w:before="0" w:after="100"/>
      </w:pPr>
      <w:r>
        <w:rPr>
          <w:rtl/>
        </w:rPr>
        <w:t>א. שָׁם הַשֶּׁמֶשׁ זוֹרַחַת בַּבֹּקֶר.  ← מִזְרָח</w:t>
      </w:r>
    </w:p>
    <w:p>
      <w:pPr>
        <w:bidi/>
        <w:spacing w:before="0" w:after="100"/>
      </w:pPr>
      <w:r>
        <w:rPr>
          <w:rtl/>
        </w:rPr>
        <w:t>ב. שָׁם הַשֶּׁמֶשׁ שׁוֹקַעַת בָּעֶרֶב.  ← מַעֲרָב</w:t>
      </w:r>
    </w:p>
    <w:p>
      <w:pPr>
        <w:bidi/>
        <w:spacing w:before="0" w:after="100"/>
      </w:pPr>
      <w:r>
        <w:rPr>
          <w:rtl/>
        </w:rPr>
        <w:t>ג. אֵלָיו מַצְבִּיעַ הַחֵץ בַּמַּפָּה.  ← צָפוֹן</w:t>
      </w:r>
    </w:p>
    <w:p>
      <w:pPr>
        <w:bidi/>
        <w:spacing w:before="0" w:after="100"/>
      </w:pPr>
      <w:r>
        <w:rPr>
          <w:rtl/>
        </w:rPr>
        <w:t>ד. הַכִּוּוּן שֶׁמּוּל הַצָּפוֹן.  ← דְּרוֹם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מֵאֵיפֹה מְצַלְּמִים תַּצְלוּם לַוְיָן?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מִלַּוְיָן שֶׁבֶּחָלָל</w:t>
      </w:r>
    </w:p>
    <w:p>
      <w:pPr>
        <w:bidi/>
        <w:spacing w:before="0" w:after="20"/>
      </w:pPr>
      <w:r>
        <w:rPr>
          <w:rtl/>
        </w:rPr>
        <w:t>ב. אֵיזֶה צֶבַע מְסַמֵּן בְּדֶרֶךְ כְּלָל מַיִם בַּמַּפָּה?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כָּחֹל</w:t>
      </w:r>
    </w:p>
    <w:p>
      <w:pPr>
        <w:bidi/>
        <w:spacing w:before="0" w:after="20"/>
      </w:pPr>
      <w:r>
        <w:rPr>
          <w:rtl/>
        </w:rPr>
        <w:t>ג. מָה עוֹזֵר לָנוּ לָדַעַת אֵיפֹה הַצָּפוֹן בַּמַּפָּה?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חֵץ הַצָּפוֹן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עָמְדוּ בַּחֲצַר בֵּית הַסֵּפֶר בַּבֹּקֶר, כְּשֶׁהַשֶּׁמֶשׁ זוֹרַחַת, וּפְנֵיכֶם אֶל הַשֶּׁמֶשׁ.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נִמְצָא...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בְּאֵיזֶה כִּוּוּן?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לִפְנֵיכֶם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מִזְרָח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מֵאֲחוֹרֵיכֶם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מַעֲרָב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מִשְּׂמֹאלְכֶם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צָפוֹן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מִיְּמִינְכֶם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דְּרוֹם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הַסְבִּירוּ מַדּוּעַ צָרִיךְ מִקְרָא לְיַד הַמַּפָּה.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בְּלִי מִקְרָא לֹא נֵדַע מָה מְיַצֵּג כָּל סֵמֶל וְכָל צֶבַע בַּמַּפָּה; הַמִּקְרָא מַסְבִּיר אֶת הַסְּמָלִים וְלָכֵן עוֹזֵר לִקְרֹא אֶת הַמַּפָּה.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שַׂרְטְטוּ מַפָּה פְּשׁוּטָה שֶׁל הַחֶדֶר שֶׁלָּכֶם אוֹ שֶׁל הַכִּתָּה. סַמְּנוּ שְׁלוֹשָׁה דְּבָרִים בִּסְמָלִים, וְהוֹסִיפוּ מִקְרָא וְחֵץ צָפוֹן.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מִלְּמַעְלָה שֶׁל הַחֶדֶר, שְׁלוֹשָׁה סְמָלִים (לְמָשָׁל מִטָּה, שֻׁלְחָן, חַלּוֹן), מִקְרָא שֶׁמַּסְבִּיר אוֹתָם וְחֵץ צָפוֹן.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15. אֶתְגָּר: אִיתַי אוֹמֵר: «תַּצְלוּם אֲוִיר טוֹב יוֹתֵר מִמַּפָּה». מִיכַל אוֹמֶרֶת: «מַפָּה טוֹבָה יוֹתֵר». כִּתְבוּ יִתְרוֹן אֶחָד שֶׁל כָּל אֶחָד מֵהֶם.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יִתְרוֹן שֶׁל תַּצְלוּם אֲוִיר: רוֹאִים אֶת הַמָּקוֹם כְּמוֹ שֶׁהוּא בֶּאֱמֶת, עִם כָּל הַפְּרָטִים. יִתְרוֹן שֶׁל מַפָּה: יֵשׁ בָּהּ שֵׁמוֹת, מִקְרָא וּסְמָלִים, וְלָכֵן קַל לִמְצֹא מְקוֹמוֹת וּלְהִתְמַצֵּא.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16. גִּזְרוּ אֶת כַּרְטִיסֵי הַסְּמָלִים, וְהַדְבִּיקוּ כָּל סֵמֶל לְיַד הַהֶסְבֵּר שֶׁלּוֹ בַּמִּקְרָא שֶׁל הַמַּפָּה. (הַכַּרְטִיסִים לִגְזִירָה בְּעַמּוּד 7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בֵּית סֵפֶר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🏫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בֵּית חוֹלִים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🏥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גַּן צִבּוּרִי / עֵצִים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תַּחֲנַת אוֹטוֹבּוּס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🚏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תַּחֲנַת דֶּלֶק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⛽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17.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🧭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🗺️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🛩️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🌅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[ 4 ]   הַשֶּׁמֶשׁ זוֹרַחַת בַּמִּזְרָח.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[ 2 ]   בַּמַּפָּה רוֹאִים אֶת הַיִּשּׁוּב מִלְּמַעְלָה, בַּסְּמָלִים.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[ 1 ]   הַמַּצְפֵּן מַרְאֶה לָנוּ אֶת כִּוּוּנֵי הָרוּחַ.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[ 3 ]   תַּצְלוּם אֲוִיר מְצַלְּמִים מִמָּטוֹס אוֹ מְרַחֲפָן.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