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CC4B33"/>
          <w:sz w:val="44"/>
          <w:szCs w:val="44"/>
          <w:rtl/>
        </w:rPr>
        <w:t>תּוֹפָעוֹת טִבְעִיּוֹת בַּיִּשּׁוּב וּבִסְבִיבָתוֹ: הָרִים וּגְבָעוֹת, מִישׁוֹרִים, עֲמָקִים וּנְחָלִים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C4B33"/>
          <w:sz w:val="24"/>
          <w:szCs w:val="24"/>
          <w:rtl/>
        </w:rPr>
        <w:t>דַּף סִכּוּם: צוּרוֹת הַנּוֹף הַטִּבְעִיּוֹת – הַר, גִּבְעָה, מִישׁוֹר, עֵמֶק וְנַחַל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CC4B33"/>
          <w:sz w:val="28"/>
          <w:szCs w:val="28"/>
          <w:rtl/>
        </w:rPr>
        <w:t>◆ תּוֹפָעָה טִבְעִית אוֹ אֱנוֹשִׁית?</w:t>
      </w:r>
    </w:p>
    <w:p>
      <w:pPr>
        <w:bidi/>
        <w:spacing w:before="0" w:after="40"/>
      </w:pPr>
      <w:r>
        <w:rPr>
          <w:rtl/>
        </w:rPr>
        <w:t>תּוֹפָעָה טִבְעִית נוֹצְרָה בִּידֵי הַטֶּבַע (הַר, נַחַל). תּוֹפָעָה אֱנוֹשִׁית נוֹצְרָה בִּידֵי בְּנֵי אָדָם (בַּיִת, כְּבִישׁ, גֶּשֶׁר).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CC4B33"/>
          <w:sz w:val="28"/>
          <w:szCs w:val="28"/>
          <w:rtl/>
        </w:rPr>
        <w:t>◆ צוּרוֹת הַנּוֹף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צוּרַת נוֹף</w:t>
            </w:r>
          </w:p>
        </w:tc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מְיֻחָד בָּהּ?</w:t>
            </w:r>
          </w:p>
        </w:tc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דֻּגְמָה בְּיִשְׂרָאֵל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גָּבוֹהַּ, עִם מִדְרוֹנוֹת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הַר הַכַּרְמֶל, הַר תָּבוֹר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גִּבְעָה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נְמוּכָה מַהֵר, מִדְרוֹנוֹת מְתוּנִים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גְּבָעוֹת רַבּוֹת בַּשְּׁפֵלָה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מִישׁוֹר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שֶׁטַח שָׁטוּחַ וְיָשָׁר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מִישׁוֹר הַחוֹף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עֵמֶק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שֶׁטַח נָמוּךְ בֵּין הָרִים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עֵמֶק יִזְרְעֶאל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CC4B33"/>
          <w:sz w:val="28"/>
          <w:szCs w:val="28"/>
          <w:rtl/>
        </w:rPr>
        <w:t>◆ נְחָלִים</w:t>
      </w:r>
    </w:p>
    <w:p>
      <w:pPr>
        <w:bidi/>
        <w:spacing w:before="0" w:after="20"/>
      </w:pPr>
      <w:r>
        <w:rPr>
          <w:rtl/>
        </w:rPr>
        <w:t>1. מַיִם זוֹרְמִים מֵהַגָּבוֹהַּ אֶל הַנָּמוּךְ.</w:t>
      </w:r>
    </w:p>
    <w:p>
      <w:pPr>
        <w:bidi/>
        <w:spacing w:before="0" w:after="20"/>
      </w:pPr>
      <w:r>
        <w:rPr>
          <w:rtl/>
        </w:rPr>
        <w:t>2. נַחַל אֵיתָן – מַיִם זוֹרְמִים בּוֹ כָּל הַשָּׁנָה.</w:t>
      </w:r>
    </w:p>
    <w:p>
      <w:pPr>
        <w:bidi/>
        <w:spacing w:before="0" w:after="20"/>
      </w:pPr>
      <w:r>
        <w:rPr>
          <w:rtl/>
        </w:rPr>
        <w:t>3. נַחַל אַכְזָב – מַיִם זוֹרְמִים בּוֹ רַק אַחֲרֵי גְּשָׁמִים.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מַיִם זוֹרְמִים תָּמִיד מֵהַמָּקוֹם הַגָּבוֹהַּ אֶל הַמָּקוֹם הַנָּמוּךְ: מֵהֶהָרִים אֶל הָעֲמָקִים וְאֶל הַיָּם.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יוֹאָב גָּר בְּיִשּׁוּב שֶׁבָּנוּי בֵּין שְׁנֵי הָרִים, וְיֵשׁ בּוֹ שָׂדוֹת רַבִּים. בְּאֵיזוֹ צוּרַת נוֹף נִמְצָא הַיִּשּׁוּב?</w:t>
      </w:r>
    </w:p>
    <w:p>
      <w:pPr>
        <w:bidi/>
        <w:spacing w:before="0" w:after="20"/>
      </w:pPr>
      <w:r>
        <w:rPr>
          <w:rtl/>
        </w:rPr>
        <w:t>1. הַשֶּׁטַח נִמְצָא בֵּין הָרִים.</w:t>
      </w:r>
    </w:p>
    <w:p>
      <w:pPr>
        <w:bidi/>
        <w:spacing w:before="0" w:after="20"/>
      </w:pPr>
      <w:r>
        <w:rPr>
          <w:rtl/>
        </w:rPr>
        <w:t>2. הוּא נָמוּךְ וְשָׁטוּחַ יַחֲסִית, וְלָכֵן נוֹחַ לַשָּׂדוֹת.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עֵמֶק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CC4B33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שֶׁטַח שָׁטוּחַ וְיָשָׁר נִקְרָא __________.</w:t>
      </w:r>
    </w:p>
    <w:p>
      <w:pPr>
        <w:bidi/>
        <w:spacing w:before="0" w:after="60"/>
      </w:pPr>
      <w:r>
        <w:rPr>
          <w:rtl/>
        </w:rPr>
        <w:t>ב. גִּבְעָה נְמוּכָה מ__________.</w:t>
      </w:r>
    </w:p>
    <w:p>
      <w:pPr>
        <w:bidi/>
        <w:spacing w:before="0" w:after="60"/>
      </w:pPr>
      <w:r>
        <w:rPr>
          <w:rtl/>
        </w:rPr>
        <w:t>ג. בְּנַחַל __________ זוֹרְמִים מַיִם רַק אַחֲרֵי גְּשָׁמִים.</w:t>
      </w:r>
    </w:p>
    <w:p>
      <w:pPr>
        <w:bidi/>
        <w:spacing w:before="0" w:after="60"/>
      </w:pPr>
      <w:r>
        <w:rPr>
          <w:rtl/>
        </w:rPr>
        <w:t>ד. מַיִם זוֹרְמִים מֵהַמָּקוֹם הַגָּבוֹהַּ אֶל הַמָּקוֹם 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מִישׁוֹר · ב. הַר · ג. אַכְזָב · ד. נָמוּךְ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8553A"/>
        <w:left w:val="single" w:sz="18" w:space="22" w:color="E8553A"/>
        <w:bottom w:val="single" w:sz="18" w:space="22" w:color="E8553A"/>
        <w:right w:val="single" w:sz="18" w:space="22" w:color="E8553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