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מוֹלֶדֶת, חֶבְרָה וְאֶזְרָחוּת · כִּתָּה ג'   |   דַּף סִכּוּם</w:t>
      </w:r>
    </w:p>
    <w:p>
      <w:pPr>
        <w:bidi/>
        <w:spacing w:before="0" w:after="120"/>
      </w:pPr>
      <w:r>
        <w:rPr>
          <w:rFonts w:ascii="Aharoni" w:hAnsi="Aharoni" w:cs="Aharoni"/>
          <w:b/>
          <w:bCs/>
          <w:color w:val="368838"/>
          <w:sz w:val="44"/>
          <w:szCs w:val="44"/>
          <w:rtl/>
        </w:rPr>
        <w:t>תּוֹפָעוֹת אֱנוֹשִׁיּוֹת וְשִׁמּוּשִׁי קַרְקַע: מְגוּרִים, מִסְחָר, תַּעֲשִׂיָּה, שֵׁרוּתִים וּשְׁטָחִים פְּתוּחִים</w:t>
      </w:r>
    </w:p>
    <w:p>
      <w:pPr>
        <w:bidi/>
        <w:spacing w:before="0" w:after="160"/>
      </w:pPr>
      <w:r>
        <w:rPr>
          <w:rFonts w:ascii="Arial" w:hAnsi="Arial" w:cs="Arial"/>
          <w:b/>
          <w:bCs/>
          <w:color w:val="368838"/>
          <w:sz w:val="24"/>
          <w:szCs w:val="24"/>
          <w:rtl/>
        </w:rPr>
        <w:t>דַּף סִכּוּם: חֲמֵשֶׁת שִׁמּוּשֵׁי הַקַּרְקַע בַּיִּשּׁוּב</w:t>
      </w:r>
    </w:p>
    <w:p>
      <w:pPr>
        <w:bidi/>
        <w:spacing w:before="0" w:after="80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eo_g3_t03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</w:pPr>
      <w:r>
        <w:rPr>
          <w:rFonts w:ascii="Aharoni" w:hAnsi="Aharoni" w:cs="Aharoni"/>
          <w:b/>
          <w:bCs/>
          <w:color w:val="368838"/>
          <w:sz w:val="28"/>
          <w:szCs w:val="28"/>
          <w:rtl/>
        </w:rPr>
        <w:t>◆ תּוֹפָעָה אֱנוֹשִׁית</w:t>
      </w:r>
    </w:p>
    <w:p>
      <w:pPr>
        <w:bidi/>
        <w:spacing w:before="0" w:after="40"/>
      </w:pPr>
      <w:r>
        <w:rPr>
          <w:rtl/>
        </w:rPr>
        <w:t>דָּבָר שֶׁבְּנֵי הָאָדָם בָּנוּ אוֹ יָצְרוּ: בַּיִת, כְּבִישׁ, חֲנוּת, מִפְעָל.</w:t>
      </w:r>
    </w:p>
    <w:p>
      <w:pPr>
        <w:bidi/>
        <w:spacing w:before="120" w:after="40"/>
      </w:pPr>
      <w:r>
        <w:rPr>
          <w:rFonts w:ascii="Aharoni" w:hAnsi="Aharoni" w:cs="Aharoni"/>
          <w:b/>
          <w:bCs/>
          <w:color w:val="368838"/>
          <w:sz w:val="28"/>
          <w:szCs w:val="28"/>
          <w:rtl/>
        </w:rPr>
        <w:t>◆ חֲמֵשֶׁת שִׁמּוּשֵׁי הַקַּרְקַע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36883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שִׁמּוּשׁ קַרְקַע</w:t>
            </w:r>
          </w:p>
        </w:tc>
        <w:tc>
          <w:tcPr>
            <w:tcW w:type="dxa" w:w="3326"/>
            <w:shd w:val="clear" w:color="auto" w:fill="36883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מָה עוֹשִׂים שָׁם?</w:t>
            </w:r>
          </w:p>
        </w:tc>
        <w:tc>
          <w:tcPr>
            <w:tcW w:type="dxa" w:w="3326"/>
            <w:shd w:val="clear" w:color="auto" w:fill="36883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דֻּגְמָה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מְגוּרִים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גָּרִים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שְׁכוּנָה, בִּנְיַן דִּירוֹת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מִסְחָר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קוֹנִים וּמוֹכְרִים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מַרְכּוֹל, קַנְיוֹן, שׁוּק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תַּעֲשִׂיָּה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מְיַצְּרִים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מִפְעָל, בֵּית מְלָאכָה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שֵׁרוּתִים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מְקַבְּלִים שֵׁרוּת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בֵּית סֵפֶר, מִרְפָּאָה, סִפְרִיָּה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שֶׁטַח פָּתוּחַ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נָחִים וְנֶהֱנִים מֵהַטֶּבַע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פַּארְק, גִּנָּה, שָׂדֶה</w:t>
            </w:r>
          </w:p>
        </w:tc>
      </w:tr>
    </w:tbl>
    <w:p>
      <w:pPr>
        <w:bidi/>
        <w:spacing w:before="0" w:after="40"/>
      </w:pPr>
    </w:p>
    <w:p>
      <w:pPr>
        <w:bidi/>
        <w:spacing w:before="120" w:after="40"/>
      </w:pPr>
      <w:r>
        <w:rPr>
          <w:rFonts w:ascii="Aharoni" w:hAnsi="Aharoni" w:cs="Aharoni"/>
          <w:b/>
          <w:bCs/>
          <w:color w:val="368838"/>
          <w:sz w:val="28"/>
          <w:szCs w:val="28"/>
          <w:rtl/>
        </w:rPr>
        <w:t>◆ אֵיפֹה מְמַקְּמִים?</w:t>
      </w:r>
    </w:p>
    <w:p>
      <w:pPr>
        <w:bidi/>
        <w:spacing w:before="0" w:after="20"/>
      </w:pPr>
      <w:r>
        <w:rPr>
          <w:rtl/>
        </w:rPr>
        <w:t>1. תַּעֲשִׂיָּה – רָחוֹק מֵהַבָּתִּים, לְיַד כְּבִישׁ רָאשִׁי.</w:t>
      </w:r>
    </w:p>
    <w:p>
      <w:pPr>
        <w:bidi/>
        <w:spacing w:before="0" w:after="20"/>
      </w:pPr>
      <w:r>
        <w:rPr>
          <w:rtl/>
        </w:rPr>
        <w:t>2. מִסְחָר – בְּמָקוֹם שֶׁקַּל לְהַגִּיעַ אֵלָיו.</w:t>
      </w:r>
    </w:p>
    <w:p>
      <w:pPr>
        <w:bidi/>
        <w:spacing w:before="0" w:after="20"/>
      </w:pPr>
      <w:r>
        <w:rPr>
          <w:rtl/>
        </w:rPr>
        <w:t>3. גִּנּוֹת וְשֵׁרוּתִים – קָרוֹב לַתּוֹשָׁבִים.</w:t>
      </w:r>
    </w:p>
    <w:p>
      <w:pPr>
        <w:bidi/>
        <w:spacing w:before="80" w:after="160"/>
      </w:pPr>
      <w:r>
        <w:rPr>
          <w:b/>
          <w:bCs/>
          <w:color w:val="9A5B00"/>
          <w:sz w:val="25"/>
          <w:szCs w:val="25"/>
          <w:rtl/>
        </w:rPr>
        <w:t>זִכְרוּ! כְּדֵי לְזַהוֹת שִׁמּוּשׁ קַרְקַע שַׁאֲלוּ: מָה עוֹשִׂים כָּאן? גָּרִים, קוֹנִים, מְיַצְּרִים, מְקַבְּלִים שֵׁרוּת אוֹ נָחִים בַּטֶּבַע?</w:t>
      </w:r>
    </w:p>
    <w:p>
      <w:pPr>
        <w:bidi/>
        <w:spacing w:before="120" w:after="40"/>
      </w:pPr>
      <w:r>
        <w:rPr>
          <w:b/>
          <w:bCs/>
          <w:color w:val="0F7A4F"/>
          <w:sz w:val="25"/>
          <w:szCs w:val="25"/>
          <w:rtl/>
        </w:rPr>
        <w:t>✏️ דֻּגְמָה פְּתוּרָה: בִּקְצֵה הָעִיר יֵשׁ מִבְנִים גְּדוֹלִים עִם אֲרֻבּוֹת וּמַשָּׂאִיּוֹת. מָה שִׁמּוּשׁ הַקַּרְקַע?</w:t>
      </w:r>
    </w:p>
    <w:p>
      <w:pPr>
        <w:bidi/>
        <w:spacing w:before="0" w:after="20"/>
      </w:pPr>
      <w:r>
        <w:rPr>
          <w:rtl/>
        </w:rPr>
        <w:t>1. שׁוֹאֲלִים: מָה עוֹשִׂים כָּאן?</w:t>
      </w:r>
    </w:p>
    <w:p>
      <w:pPr>
        <w:bidi/>
        <w:spacing w:before="0" w:after="20"/>
      </w:pPr>
      <w:r>
        <w:rPr>
          <w:rtl/>
        </w:rPr>
        <w:t>2. בַּמִּפְעָלִים מְיַצְּרִים מוּצָרִים.</w:t>
      </w:r>
    </w:p>
    <w:p>
      <w:pPr>
        <w:bidi/>
        <w:spacing w:before="0" w:after="120"/>
      </w:pPr>
      <w:r>
        <w:rPr>
          <w:b/>
          <w:bCs/>
          <w:sz w:val="25"/>
          <w:szCs w:val="25"/>
          <w:rtl/>
        </w:rPr>
        <w:t>הַתְּשׁוּבָה: תַּעֲשִׂיָּה</w:t>
      </w:r>
    </w:p>
    <w:p>
      <w:pPr>
        <w:bidi/>
        <w:spacing w:before="120" w:after="80"/>
      </w:pPr>
      <w:r>
        <w:rPr>
          <w:rFonts w:ascii="Aharoni" w:hAnsi="Aharoni" w:cs="Aharoni"/>
          <w:b/>
          <w:bCs/>
          <w:color w:val="368838"/>
          <w:sz w:val="28"/>
          <w:szCs w:val="28"/>
          <w:rtl/>
        </w:rPr>
        <w:t>בּוֹדְקִים אֶת עַצְמֵנוּ – הַשְׁלִימוּ:</w:t>
      </w:r>
    </w:p>
    <w:p>
      <w:pPr>
        <w:bidi/>
        <w:spacing w:before="0" w:after="60"/>
      </w:pPr>
      <w:r>
        <w:rPr>
          <w:rtl/>
        </w:rPr>
        <w:t>א. שְׁכוּנַת בָּתִּים הִיא שִׁמּוּשׁ קַרְקַע שֶׁל __________.</w:t>
      </w:r>
    </w:p>
    <w:p>
      <w:pPr>
        <w:bidi/>
        <w:spacing w:before="0" w:after="60"/>
      </w:pPr>
      <w:r>
        <w:rPr>
          <w:rtl/>
        </w:rPr>
        <w:t>ב. מַרְכּוֹל וְשׁוּק הֵם שִׁמּוּשׁ קַרְקַע שֶׁל __________.</w:t>
      </w:r>
    </w:p>
    <w:p>
      <w:pPr>
        <w:bidi/>
        <w:spacing w:before="0" w:after="60"/>
      </w:pPr>
      <w:r>
        <w:rPr>
          <w:rtl/>
        </w:rPr>
        <w:t>ג. מִרְפָּאָה הִיא שִׁמּוּשׁ קַרְקַע שֶׁל __________.</w:t>
      </w:r>
    </w:p>
    <w:p>
      <w:pPr>
        <w:bidi/>
        <w:spacing w:before="0" w:after="60"/>
      </w:pPr>
      <w:r>
        <w:rPr>
          <w:rtl/>
        </w:rPr>
        <w:t>ד. אֶת אֵזוֹר הַתַּעֲשִׂיָּה מַרְחִיקִים מָה__________.</w:t>
      </w:r>
    </w:p>
    <w:p>
      <w:pPr>
        <w:bidi/>
        <w:spacing w:before="120" w:after="80"/>
      </w:pPr>
      <w:r>
        <w:rPr>
          <w:color w:val="5B6476"/>
          <w:sz w:val="21"/>
          <w:szCs w:val="21"/>
          <w:rtl/>
        </w:rPr>
        <w:t>תְּשׁוּבוֹת לִבְדִיקָה עַצְמִית: א. מְגוּרִים · ב. מִסְחָר · ג. שֵׁרוּתִים · ד. בָּתִּים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pgBorders w:offsetFrom="page">
        <w:top w:val="single" w:sz="18" w:space="22" w:color="3D9A40"/>
        <w:left w:val="single" w:sz="18" w:space="22" w:color="3D9A40"/>
        <w:bottom w:val="single" w:sz="18" w:space="22" w:color="3D9A40"/>
        <w:right w:val="single" w:sz="18" w:space="22" w:color="3D9A40"/>
      </w:pgBorders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avid" w:hAnsi="David" w:cs="David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