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מוֹלֶדֶת, חֶבְרָה וְאֶזְרָחוּת · כִּתָּה ג'   |   דַּף עֲבוֹדָה</w:t>
      </w:r>
    </w:p>
    <w:p>
      <w:pPr>
        <w:bidi/>
        <w:spacing w:before="0" w:after="200"/>
      </w:pPr>
      <w:r>
        <w:rPr>
          <w:rFonts w:ascii="Arial" w:hAnsi="Arial" w:cs="Arial"/>
          <w:sz w:val="22"/>
          <w:szCs w:val="22"/>
          <w:rtl/>
        </w:rPr>
        <w:t>שֵׁם פְּרָטִי: ______________   שֵׁם מִשְׁפָּחָה: ______________   כִּתָּה: ______</w:t>
      </w:r>
    </w:p>
    <w:p>
      <w:pPr>
        <w:bidi/>
        <w:spacing w:before="0" w:after="120"/>
      </w:pPr>
      <w:r>
        <w:rPr>
          <w:rFonts w:ascii="Gisha" w:hAnsi="Gisha" w:cs="Gisha"/>
          <w:b/>
          <w:bCs/>
          <w:color w:val="368838"/>
          <w:sz w:val="44"/>
          <w:szCs w:val="44"/>
          <w:rtl/>
        </w:rPr>
        <w:t>תּוֹפָעוֹת אֱנוֹשִׁיּוֹת וְשִׁמּוּשִׁי קַרְקַע: מְגוּרִים, מִסְחָר, תַּעֲשִׂיָּה, שֵׁרוּתִים וּשְׁטָחִים פְּתוּחִים</w:t>
      </w:r>
    </w:p>
    <w:p>
      <w:pPr>
        <w:bidi/>
        <w:spacing w:before="160" w:after="60"/>
      </w:pPr>
      <w:r>
        <w:rPr>
          <w:b/>
          <w:bCs/>
          <w:sz w:val="26"/>
          <w:szCs w:val="26"/>
          <w:rtl/>
        </w:rPr>
        <w:t>1. הַשְׁלִימוּ בְּעֶזְרַת הַמִּלִּים שֶׁבַּמַּחְסָן.</w:t>
      </w:r>
    </w:p>
    <w:p>
      <w:pPr>
        <w:bidi/>
        <w:spacing w:before="0" w:after="80"/>
      </w:pPr>
      <w:r>
        <w:rPr>
          <w:color w:val="368838"/>
          <w:sz w:val="24"/>
          <w:szCs w:val="24"/>
          <w:rtl/>
        </w:rPr>
        <w:t>מַחְסַן מִלִּים: מְגוּרִים  |  מִסְחָר  |  תַּעֲשִׂיָּה  |  שֵׁרוּתִים  |  שֶׁטַח פָּתוּחַ</w:t>
      </w:r>
    </w:p>
    <w:p>
      <w:pPr>
        <w:bidi/>
        <w:spacing w:before="0" w:after="60"/>
      </w:pPr>
      <w:r>
        <w:rPr>
          <w:rtl/>
        </w:rPr>
        <w:t>א. בַּשְּׁכוּנָה יֵשׁ בָּתִּים וּבִנְיְנֵי דִּירוֹת. זֶה אֵזוֹר __________.</w:t>
      </w:r>
    </w:p>
    <w:p>
      <w:pPr>
        <w:bidi/>
        <w:spacing w:before="0" w:after="60"/>
      </w:pPr>
      <w:r>
        <w:rPr>
          <w:rtl/>
        </w:rPr>
        <w:t>ב. בַּקַּנְיוֹן יֵשׁ חֲנוּיוֹת רַבּוֹת. זֶה אֵזוֹר __________.</w:t>
      </w:r>
    </w:p>
    <w:p>
      <w:pPr>
        <w:bidi/>
        <w:spacing w:before="0" w:after="60"/>
      </w:pPr>
      <w:r>
        <w:rPr>
          <w:rtl/>
        </w:rPr>
        <w:t>ג. בַּמִּפְעָל מְיַצְּרִים רָהִיטִים. זֶה אֵזוֹר __________.</w:t>
      </w:r>
    </w:p>
    <w:p>
      <w:pPr>
        <w:bidi/>
        <w:spacing w:before="0" w:after="60"/>
      </w:pPr>
      <w:r>
        <w:rPr>
          <w:rtl/>
        </w:rPr>
        <w:t>ד. הַגִּנָּה הַצִּבּוּרִית הִיא __________.</w:t>
      </w:r>
    </w:p>
    <w:p>
      <w:pPr>
        <w:bidi/>
        <w:spacing w:before="0" w:after="60"/>
      </w:pPr>
      <w:r>
        <w:rPr>
          <w:rtl/>
        </w:rPr>
        <w:t>ה. בֵּית הַסֵּפֶר וְהַמִּרְפָּאָה הֵם __________.</w:t>
      </w:r>
    </w:p>
    <w:p>
      <w:pPr>
        <w:bidi/>
        <w:spacing w:before="160" w:after="60"/>
      </w:pPr>
      <w:r>
        <w:rPr>
          <w:b/>
          <w:bCs/>
          <w:sz w:val="26"/>
          <w:szCs w:val="26"/>
          <w:rtl/>
        </w:rPr>
        <w:t>2. מַיְּנוּ לְפִי שִׁמּוּשׁ הַקַּרְקַע.</w:t>
      </w:r>
    </w:p>
    <w:p>
      <w:pPr>
        <w:bidi/>
        <w:spacing w:before="0" w:after="80"/>
      </w:pPr>
      <w:r>
        <w:rPr>
          <w:color w:val="368838"/>
          <w:sz w:val="24"/>
          <w:szCs w:val="24"/>
          <w:rtl/>
        </w:rPr>
        <w:t>הַמִּלִּים: בִּנְיַן דִּירוֹת  |  מַרְכּוֹל  |  מִפְעָל  |  מִרְפָּאָה  |  פַּארְק  |  שׁוּק  |  סִפְרִיָּה  |  חֻרְשָׁה</w:t>
      </w:r>
    </w:p>
    <w:tbl>
      <w:tblPr>
        <w:tblStyle w:val="TableGrid"/>
        <w:tblW w:type="auto" w:w="0"/>
        <w:tblLook w:firstColumn="1" w:firstRow="1" w:lastColumn="0" w:lastRow="0" w:noHBand="0" w:noVBand="1" w:val="04A0"/>
        <w:bidiVisual/>
      </w:tblPr>
      <w:tblGrid>
        <w:gridCol w:w="1996"/>
        <w:gridCol w:w="1996"/>
        <w:gridCol w:w="1996"/>
        <w:gridCol w:w="1996"/>
        <w:gridCol w:w="1996"/>
      </w:tblGrid>
      <w:tr>
        <w:tc>
          <w:tcPr>
            <w:tcW w:type="dxa" w:w="1996"/>
            <w:shd w:val="clear" w:color="auto" w:fill="368838"/>
          </w:tcPr>
          <w:p>
            <w:pPr>
              <w:bidi/>
              <w:spacing w:before="0" w:after="40"/>
            </w:pPr>
            <w:r>
              <w:rPr>
                <w:b/>
                <w:bCs/>
                <w:color w:val="FFFFFF"/>
                <w:rtl/>
              </w:rPr>
              <w:t>מְגוּרִים</w:t>
            </w:r>
          </w:p>
        </w:tc>
        <w:tc>
          <w:tcPr>
            <w:tcW w:type="dxa" w:w="1996"/>
            <w:shd w:val="clear" w:color="auto" w:fill="368838"/>
          </w:tcPr>
          <w:p>
            <w:pPr>
              <w:bidi/>
              <w:spacing w:before="0" w:after="40"/>
            </w:pPr>
            <w:r>
              <w:rPr>
                <w:b/>
                <w:bCs/>
                <w:color w:val="FFFFFF"/>
                <w:rtl/>
              </w:rPr>
              <w:t>מִסְחָר</w:t>
            </w:r>
          </w:p>
        </w:tc>
        <w:tc>
          <w:tcPr>
            <w:tcW w:type="dxa" w:w="1996"/>
            <w:shd w:val="clear" w:color="auto" w:fill="368838"/>
          </w:tcPr>
          <w:p>
            <w:pPr>
              <w:bidi/>
              <w:spacing w:before="0" w:after="40"/>
            </w:pPr>
            <w:r>
              <w:rPr>
                <w:b/>
                <w:bCs/>
                <w:color w:val="FFFFFF"/>
                <w:rtl/>
              </w:rPr>
              <w:t>תַּעֲשִׂיָּה</w:t>
            </w:r>
          </w:p>
        </w:tc>
        <w:tc>
          <w:tcPr>
            <w:tcW w:type="dxa" w:w="1996"/>
            <w:shd w:val="clear" w:color="auto" w:fill="368838"/>
          </w:tcPr>
          <w:p>
            <w:pPr>
              <w:bidi/>
              <w:spacing w:before="0" w:after="40"/>
            </w:pPr>
            <w:r>
              <w:rPr>
                <w:b/>
                <w:bCs/>
                <w:color w:val="FFFFFF"/>
                <w:rtl/>
              </w:rPr>
              <w:t>שֵׁרוּתִים</w:t>
            </w:r>
          </w:p>
        </w:tc>
        <w:tc>
          <w:tcPr>
            <w:tcW w:type="dxa" w:w="1996"/>
            <w:shd w:val="clear" w:color="auto" w:fill="368838"/>
          </w:tcPr>
          <w:p>
            <w:pPr>
              <w:bidi/>
              <w:spacing w:before="0" w:after="40"/>
            </w:pPr>
            <w:r>
              <w:rPr>
                <w:b/>
                <w:bCs/>
                <w:color w:val="FFFFFF"/>
                <w:rtl/>
              </w:rPr>
              <w:t>שֶׁטַח פָּתוּחַ</w:t>
            </w:r>
          </w:p>
        </w:tc>
      </w:tr>
      <w:tr>
        <w:tc>
          <w:tcPr>
            <w:tcW w:type="dxa" w:w="1996"/>
          </w:tcPr>
          <w:p>
            <w:pPr>
              <w:bidi/>
              <w:spacing w:before="0" w:after="40"/>
            </w:pPr>
            <w:r>
              <w:rPr>
                <w:rtl/>
              </w:rPr>
              <w:br/>
              <w:br/>
              <w:br/>
            </w:r>
          </w:p>
        </w:tc>
        <w:tc>
          <w:tcPr>
            <w:tcW w:type="dxa" w:w="1996"/>
          </w:tcPr>
          <w:p>
            <w:pPr>
              <w:bidi/>
              <w:spacing w:before="0" w:after="40"/>
            </w:pPr>
            <w:r>
              <w:rPr>
                <w:rtl/>
              </w:rPr>
              <w:br/>
              <w:br/>
              <w:br/>
            </w:r>
          </w:p>
        </w:tc>
        <w:tc>
          <w:tcPr>
            <w:tcW w:type="dxa" w:w="1996"/>
          </w:tcPr>
          <w:p>
            <w:pPr>
              <w:bidi/>
              <w:spacing w:before="0" w:after="40"/>
            </w:pPr>
            <w:r>
              <w:rPr>
                <w:rtl/>
              </w:rPr>
              <w:br/>
              <w:br/>
              <w:br/>
            </w:r>
          </w:p>
        </w:tc>
        <w:tc>
          <w:tcPr>
            <w:tcW w:type="dxa" w:w="1996"/>
          </w:tcPr>
          <w:p>
            <w:pPr>
              <w:bidi/>
              <w:spacing w:before="0" w:after="40"/>
            </w:pPr>
            <w:r>
              <w:rPr>
                <w:rtl/>
              </w:rPr>
              <w:br/>
              <w:br/>
              <w:br/>
            </w:r>
          </w:p>
        </w:tc>
        <w:tc>
          <w:tcPr>
            <w:tcW w:type="dxa" w:w="1996"/>
          </w:tcPr>
          <w:p>
            <w:pPr>
              <w:bidi/>
              <w:spacing w:before="0" w:after="40"/>
            </w:pPr>
            <w:r>
              <w:rPr>
                <w:rtl/>
              </w:rPr>
              <w:br/>
              <w:br/>
              <w:br/>
            </w:r>
          </w:p>
        </w:tc>
      </w:tr>
    </w:tbl>
    <w:p>
      <w:pPr>
        <w:bidi/>
        <w:spacing w:before="0" w:after="40"/>
      </w:pPr>
    </w:p>
    <w:p>
      <w:pPr>
        <w:bidi/>
        <w:spacing w:before="160" w:after="60"/>
      </w:pPr>
      <w:r>
        <w:rPr>
          <w:b/>
          <w:bCs/>
          <w:sz w:val="26"/>
          <w:szCs w:val="26"/>
          <w:rtl/>
        </w:rPr>
        <w:t>3. הַתְאִימוּ כָּל מָקוֹם לְמָה שֶׁעוֹשִׂים בּוֹ.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68838"/>
          </w:tcPr>
          <w:p>
            <w:pPr>
              <w:bidi/>
              <w:spacing w:before="0" w:after="40"/>
            </w:pPr>
            <w:r>
              <w:rPr>
                <w:b/>
                <w:bCs/>
                <w:color w:val="FFFFFF"/>
                <w:rtl/>
              </w:rPr>
              <w:t>טוּר א</w:t>
            </w:r>
          </w:p>
        </w:tc>
        <w:tc>
          <w:tcPr>
            <w:tcW w:type="dxa" w:w="4989"/>
            <w:shd w:val="clear" w:color="auto" w:fill="368838"/>
          </w:tcPr>
          <w:p>
            <w:pPr>
              <w:bidi/>
              <w:spacing w:before="0" w:after="40"/>
            </w:pPr>
            <w:r>
              <w:rPr>
                <w:b/>
                <w:bCs/>
                <w:color w:val="FFFFFF"/>
                <w:rtl/>
              </w:rPr>
              <w:t>טוּר ב</w:t>
            </w:r>
          </w:p>
        </w:tc>
      </w:tr>
      <w:tr>
        <w:tc>
          <w:tcPr>
            <w:tcW w:type="dxa" w:w="4989"/>
          </w:tcPr>
          <w:p>
            <w:pPr>
              <w:bidi/>
              <w:spacing w:before="0" w:after="40"/>
            </w:pPr>
            <w:r>
              <w:rPr>
                <w:rtl/>
              </w:rPr>
              <w:t>1. מִפְעָל</w:t>
            </w:r>
          </w:p>
        </w:tc>
        <w:tc>
          <w:tcPr>
            <w:tcW w:type="dxa" w:w="4989"/>
          </w:tcPr>
          <w:p>
            <w:pPr>
              <w:bidi/>
              <w:spacing w:before="0" w:after="40"/>
            </w:pPr>
            <w:r>
              <w:rPr>
                <w:rtl/>
              </w:rPr>
              <w:t>[   ] מְשַׂחֲקִים וְנָחִים</w:t>
            </w:r>
          </w:p>
        </w:tc>
      </w:tr>
      <w:tr>
        <w:tc>
          <w:tcPr>
            <w:tcW w:type="dxa" w:w="4989"/>
          </w:tcPr>
          <w:p>
            <w:pPr>
              <w:bidi/>
              <w:spacing w:before="0" w:after="40"/>
            </w:pPr>
            <w:r>
              <w:rPr>
                <w:rtl/>
              </w:rPr>
              <w:t>2. חֲנוּת</w:t>
            </w:r>
          </w:p>
        </w:tc>
        <w:tc>
          <w:tcPr>
            <w:tcW w:type="dxa" w:w="4989"/>
          </w:tcPr>
          <w:p>
            <w:pPr>
              <w:bidi/>
              <w:spacing w:before="0" w:after="40"/>
            </w:pPr>
            <w:r>
              <w:rPr>
                <w:rtl/>
              </w:rPr>
              <w:t>[   ] מְקַבְּלִים טִפּוּל רְפוּאִי</w:t>
            </w:r>
          </w:p>
        </w:tc>
      </w:tr>
      <w:tr>
        <w:tc>
          <w:tcPr>
            <w:tcW w:type="dxa" w:w="4989"/>
          </w:tcPr>
          <w:p>
            <w:pPr>
              <w:bidi/>
              <w:spacing w:before="0" w:after="40"/>
            </w:pPr>
            <w:r>
              <w:rPr>
                <w:rtl/>
              </w:rPr>
              <w:t>3. מִרְפָּאָה</w:t>
            </w:r>
          </w:p>
        </w:tc>
        <w:tc>
          <w:tcPr>
            <w:tcW w:type="dxa" w:w="4989"/>
          </w:tcPr>
          <w:p>
            <w:pPr>
              <w:bidi/>
              <w:spacing w:before="0" w:after="40"/>
            </w:pPr>
            <w:r>
              <w:rPr>
                <w:rtl/>
              </w:rPr>
              <w:t>[   ] קוֹנִים וּמוֹכְרִים</w:t>
            </w:r>
          </w:p>
        </w:tc>
      </w:tr>
      <w:tr>
        <w:tc>
          <w:tcPr>
            <w:tcW w:type="dxa" w:w="4989"/>
          </w:tcPr>
          <w:p>
            <w:pPr>
              <w:bidi/>
              <w:spacing w:before="0" w:after="40"/>
            </w:pPr>
            <w:r>
              <w:rPr>
                <w:rtl/>
              </w:rPr>
              <w:t>4. פַּארְק</w:t>
            </w:r>
          </w:p>
        </w:tc>
        <w:tc>
          <w:tcPr>
            <w:tcW w:type="dxa" w:w="4989"/>
          </w:tcPr>
          <w:p>
            <w:pPr>
              <w:bidi/>
              <w:spacing w:before="0" w:after="40"/>
            </w:pPr>
            <w:r>
              <w:rPr>
                <w:rtl/>
              </w:rPr>
              <w:t>[   ] מְיַצְּרִים מוּצָרִים</w:t>
            </w:r>
          </w:p>
        </w:tc>
      </w:tr>
      <w:tr>
        <w:tc>
          <w:tcPr>
            <w:tcW w:type="dxa" w:w="4989"/>
          </w:tcPr>
          <w:p>
            <w:pPr>
              <w:bidi/>
              <w:spacing w:before="0" w:after="40"/>
            </w:pPr>
            <w:r>
              <w:rPr>
                <w:rtl/>
              </w:rPr>
              <w:t>5. שְׁכוּנָה</w:t>
            </w:r>
          </w:p>
        </w:tc>
        <w:tc>
          <w:tcPr>
            <w:tcW w:type="dxa" w:w="4989"/>
          </w:tcPr>
          <w:p>
            <w:pPr>
              <w:bidi/>
              <w:spacing w:before="0" w:after="40"/>
            </w:pPr>
            <w:r>
              <w:rPr>
                <w:rtl/>
              </w:rPr>
              <w:t>[   ] גָּרִים</w:t>
            </w:r>
          </w:p>
        </w:tc>
      </w:tr>
    </w:tbl>
    <w:p>
      <w:pPr>
        <w:bidi/>
        <w:spacing w:before="0" w:after="40"/>
      </w:pPr>
    </w:p>
    <w:p>
      <w:pPr>
        <w:bidi/>
        <w:spacing w:before="160" w:after="60"/>
      </w:pPr>
      <w:r>
        <w:rPr>
          <w:b/>
          <w:bCs/>
          <w:sz w:val="26"/>
          <w:szCs w:val="26"/>
          <w:rtl/>
        </w:rPr>
        <w:t>4. נָכוֹן אוֹ לֹא נָכוֹן? תַּקְּנוּ אֶת הַמִּשְׁפָּטִים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368838"/>
          </w:tcPr>
          <w:p>
            <w:pPr>
              <w:bidi/>
              <w:spacing w:before="0" w:after="40"/>
            </w:pPr>
            <w:r>
              <w:rPr>
                <w:b/>
                <w:bCs/>
                <w:color w:val="FFFFFF"/>
                <w:rtl/>
              </w:rPr>
              <w:t>מִשְׁפָּט</w:t>
            </w:r>
          </w:p>
        </w:tc>
        <w:tc>
          <w:tcPr>
            <w:tcW w:type="dxa" w:w="2494"/>
            <w:shd w:val="clear" w:color="auto" w:fill="368838"/>
          </w:tcPr>
          <w:p>
            <w:pPr>
              <w:bidi/>
              <w:spacing w:before="0" w:after="40"/>
            </w:pPr>
            <w:r>
              <w:rPr>
                <w:b/>
                <w:bCs/>
                <w:color w:val="FFFFFF"/>
                <w:rtl/>
              </w:rPr>
              <w:t>נָכוֹן</w:t>
            </w:r>
          </w:p>
        </w:tc>
        <w:tc>
          <w:tcPr>
            <w:tcW w:type="dxa" w:w="2494"/>
            <w:shd w:val="clear" w:color="auto" w:fill="368838"/>
          </w:tcPr>
          <w:p>
            <w:pPr>
              <w:bidi/>
              <w:spacing w:before="0" w:after="40"/>
            </w:pPr>
            <w:r>
              <w:rPr>
                <w:b/>
                <w:bCs/>
                <w:color w:val="FFFFFF"/>
                <w:rtl/>
              </w:rPr>
              <w:t>לֹא נָכוֹן</w:t>
            </w:r>
          </w:p>
        </w:tc>
        <w:tc>
          <w:tcPr>
            <w:tcW w:type="dxa" w:w="2494"/>
            <w:shd w:val="clear" w:color="auto" w:fill="368838"/>
          </w:tcPr>
          <w:p>
            <w:pPr>
              <w:bidi/>
              <w:spacing w:before="0" w:after="40"/>
            </w:pPr>
            <w:r>
              <w:rPr>
                <w:b/>
                <w:bCs/>
                <w:color w:val="FFFFFF"/>
                <w:rtl/>
              </w:rPr>
              <w:t>תִּקּוּן</w:t>
            </w:r>
          </w:p>
        </w:tc>
      </w:tr>
      <w:tr>
        <w:tc>
          <w:tcPr>
            <w:tcW w:type="dxa" w:w="2494"/>
          </w:tcPr>
          <w:p>
            <w:pPr>
              <w:bidi/>
              <w:spacing w:before="0" w:after="40"/>
            </w:pPr>
            <w:r>
              <w:rPr>
                <w:rtl/>
              </w:rPr>
              <w:t>א. כְּבִישׁ הוּא תּוֹפָעָה אֱנוֹשִׁית.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בְּשֶׁטַח פָּתוּחַ יֵשׁ הַרְבֵּה בִּנְיָנִים.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בְּדֶרֶךְ כְּלָל מְמַקְּמִים מִפְעָלִים בְּאֶמְצַע הַשְּׁכוּנָה.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סִפְרִיָּה עִירוֹנִית הִיא שֵׁרוּת לַתּוֹשָׁבִים.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בָּעִיר הַדִּמְיוֹנִית גִּבְעַת הַדְּקָלִים חִלְּקוּ אֶת הַשֶּׁטַח כָּךְ. הַשְׁלִימוּ אֶת שִׁמּוּשׁ הַקַּרְקַע.</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68838"/>
          </w:tcPr>
          <w:p>
            <w:pPr>
              <w:bidi/>
              <w:spacing w:before="0" w:after="40"/>
            </w:pPr>
            <w:r>
              <w:rPr>
                <w:b/>
                <w:bCs/>
                <w:color w:val="FFFFFF"/>
                <w:rtl/>
              </w:rPr>
              <w:t>אֵזוֹר בָּעִיר</w:t>
            </w:r>
          </w:p>
        </w:tc>
        <w:tc>
          <w:tcPr>
            <w:tcW w:type="dxa" w:w="3326"/>
            <w:shd w:val="clear" w:color="auto" w:fill="368838"/>
          </w:tcPr>
          <w:p>
            <w:pPr>
              <w:bidi/>
              <w:spacing w:before="0" w:after="40"/>
            </w:pPr>
            <w:r>
              <w:rPr>
                <w:b/>
                <w:bCs/>
                <w:color w:val="FFFFFF"/>
                <w:rtl/>
              </w:rPr>
              <w:t>מָה יֵשׁ בּוֹ?</w:t>
            </w:r>
          </w:p>
        </w:tc>
        <w:tc>
          <w:tcPr>
            <w:tcW w:type="dxa" w:w="3326"/>
            <w:shd w:val="clear" w:color="auto" w:fill="368838"/>
          </w:tcPr>
          <w:p>
            <w:pPr>
              <w:bidi/>
              <w:spacing w:before="0" w:after="40"/>
            </w:pPr>
            <w:r>
              <w:rPr>
                <w:b/>
                <w:bCs/>
                <w:color w:val="FFFFFF"/>
                <w:rtl/>
              </w:rPr>
              <w:t>שִׁמּוּשׁ הַקַּרְקַע</w:t>
            </w:r>
          </w:p>
        </w:tc>
      </w:tr>
      <w:tr>
        <w:tc>
          <w:tcPr>
            <w:tcW w:type="dxa" w:w="3326"/>
          </w:tcPr>
          <w:p>
            <w:pPr>
              <w:bidi/>
              <w:spacing w:before="0" w:after="40"/>
            </w:pPr>
            <w:r>
              <w:rPr>
                <w:rtl/>
              </w:rPr>
              <w:t>צְפוֹן הָעִיר</w:t>
            </w:r>
          </w:p>
        </w:tc>
        <w:tc>
          <w:tcPr>
            <w:tcW w:type="dxa" w:w="3326"/>
          </w:tcPr>
          <w:p>
            <w:pPr>
              <w:bidi/>
              <w:spacing w:before="0" w:after="40"/>
            </w:pPr>
            <w:r>
              <w:rPr>
                <w:rtl/>
              </w:rPr>
              <w:t>בָּתִּים וְגַנֵּי יְלָדִים</w:t>
            </w:r>
          </w:p>
        </w:tc>
        <w:tc>
          <w:tcPr>
            <w:tcW w:type="dxa" w:w="3326"/>
          </w:tcPr>
          <w:p>
            <w:pPr>
              <w:bidi/>
              <w:spacing w:before="0" w:after="40"/>
            </w:pPr>
            <w:r>
              <w:rPr>
                <w:rtl/>
              </w:rPr>
            </w:r>
          </w:p>
        </w:tc>
      </w:tr>
      <w:tr>
        <w:tc>
          <w:tcPr>
            <w:tcW w:type="dxa" w:w="3326"/>
          </w:tcPr>
          <w:p>
            <w:pPr>
              <w:bidi/>
              <w:spacing w:before="0" w:after="40"/>
            </w:pPr>
            <w:r>
              <w:rPr>
                <w:rtl/>
              </w:rPr>
              <w:t>מֶרְכַּז הָעִיר</w:t>
            </w:r>
          </w:p>
        </w:tc>
        <w:tc>
          <w:tcPr>
            <w:tcW w:type="dxa" w:w="3326"/>
          </w:tcPr>
          <w:p>
            <w:pPr>
              <w:bidi/>
              <w:spacing w:before="0" w:after="40"/>
            </w:pPr>
            <w:r>
              <w:rPr>
                <w:rtl/>
              </w:rPr>
              <w:t>חֲנוּיוֹת וּבָתֵּי קָפֶה</w:t>
            </w:r>
          </w:p>
        </w:tc>
        <w:tc>
          <w:tcPr>
            <w:tcW w:type="dxa" w:w="3326"/>
          </w:tcPr>
          <w:p>
            <w:pPr>
              <w:bidi/>
              <w:spacing w:before="0" w:after="40"/>
            </w:pPr>
            <w:r>
              <w:rPr>
                <w:rtl/>
              </w:rPr>
            </w:r>
          </w:p>
        </w:tc>
      </w:tr>
      <w:tr>
        <w:tc>
          <w:tcPr>
            <w:tcW w:type="dxa" w:w="3326"/>
          </w:tcPr>
          <w:p>
            <w:pPr>
              <w:bidi/>
              <w:spacing w:before="0" w:after="40"/>
            </w:pPr>
            <w:r>
              <w:rPr>
                <w:rtl/>
              </w:rPr>
              <w:t>מִזְרַח הָעִיר</w:t>
            </w:r>
          </w:p>
        </w:tc>
        <w:tc>
          <w:tcPr>
            <w:tcW w:type="dxa" w:w="3326"/>
          </w:tcPr>
          <w:p>
            <w:pPr>
              <w:bidi/>
              <w:spacing w:before="0" w:after="40"/>
            </w:pPr>
            <w:r>
              <w:rPr>
                <w:rtl/>
              </w:rPr>
              <w:t>מִפְעָלִים וּמַחְסָנִים</w:t>
            </w:r>
          </w:p>
        </w:tc>
        <w:tc>
          <w:tcPr>
            <w:tcW w:type="dxa" w:w="3326"/>
          </w:tcPr>
          <w:p>
            <w:pPr>
              <w:bidi/>
              <w:spacing w:before="0" w:after="40"/>
            </w:pPr>
            <w:r>
              <w:rPr>
                <w:rtl/>
              </w:rPr>
            </w:r>
          </w:p>
        </w:tc>
      </w:tr>
      <w:tr>
        <w:tc>
          <w:tcPr>
            <w:tcW w:type="dxa" w:w="3326"/>
          </w:tcPr>
          <w:p>
            <w:pPr>
              <w:bidi/>
              <w:spacing w:before="0" w:after="40"/>
            </w:pPr>
            <w:r>
              <w:rPr>
                <w:rtl/>
              </w:rPr>
              <w:t>דְּרוֹם הָעִיר</w:t>
            </w:r>
          </w:p>
        </w:tc>
        <w:tc>
          <w:tcPr>
            <w:tcW w:type="dxa" w:w="3326"/>
          </w:tcPr>
          <w:p>
            <w:pPr>
              <w:bidi/>
              <w:spacing w:before="0" w:after="40"/>
            </w:pPr>
            <w:r>
              <w:rPr>
                <w:rtl/>
              </w:rPr>
              <w:t>שָׂדוֹת וְחֻרְשָׁה</w:t>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6. לְפִי הַטַּבְלָה, בַּחֲרוּ אֶת הַתְּשׁוּבָה הַנְּכוֹנָה.</w:t>
      </w:r>
    </w:p>
    <w:p>
      <w:pPr>
        <w:bidi/>
        <w:spacing w:before="0" w:after="20"/>
      </w:pPr>
      <w:r>
        <w:rPr>
          <w:rtl/>
        </w:rPr>
        <w:t>א. נֹעָה רוֹצָה לִקְנוֹת נַעֲלַיִם. לְאָן תֵּלֵךְ?</w:t>
      </w:r>
    </w:p>
    <w:p>
      <w:pPr>
        <w:bidi/>
        <w:spacing w:before="0" w:after="80"/>
      </w:pPr>
      <w:r>
        <w:rPr>
          <w:rtl/>
        </w:rPr>
        <w:t xml:space="preserve">   ○ לִצְפוֹן הָעִיר      ○ לְמֶרְכַּז הָעִיר      ○ לִדְרוֹם הָעִיר</w:t>
      </w:r>
    </w:p>
    <w:p>
      <w:pPr>
        <w:bidi/>
        <w:spacing w:before="0" w:after="20"/>
      </w:pPr>
      <w:r>
        <w:rPr>
          <w:rtl/>
        </w:rPr>
        <w:t>ב. אֵיפֹה עוֹבְדִים הַפּוֹעֲלִים שֶׁל הַמִּפְעָלִים?</w:t>
      </w:r>
    </w:p>
    <w:p>
      <w:pPr>
        <w:bidi/>
        <w:spacing w:before="0" w:after="80"/>
      </w:pPr>
      <w:r>
        <w:rPr>
          <w:rtl/>
        </w:rPr>
        <w:t xml:space="preserve">   ○ בְּמִזְרַח הָעִיר      ○ בִּצְפוֹן הָעִיר      ○ בִּדְרוֹם הָעִיר</w:t>
      </w:r>
    </w:p>
    <w:p>
      <w:pPr>
        <w:bidi/>
        <w:spacing w:before="120" w:after="40"/>
      </w:pPr>
      <w:r>
        <w:rPr>
          <w:rFonts w:ascii="Gisha" w:hAnsi="Gisha" w:cs="Gisha"/>
          <w:b/>
          <w:bCs/>
          <w:color w:val="368838"/>
          <w:sz w:val="30"/>
          <w:szCs w:val="30"/>
          <w:rtl/>
        </w:rPr>
        <w:t>שְׁכוּנַת הַגֶּפֶן</w:t>
      </w:r>
    </w:p>
    <w:p>
      <w:pPr>
        <w:bidi/>
        <w:spacing w:before="0" w:after="80"/>
      </w:pPr>
      <w:r>
        <w:rPr>
          <w:rtl/>
        </w:rPr>
        <w:t>שְׁכוּנַת הַגֶּפֶן הִיא שְׁכוּנָה חֲדָשָׁה בָּעִיר. יֵשׁ בָּהּ בִּנְיְנֵי דִּירוֹת, גַּן יְלָדִים, בֵּית סֵפֶר יְסוֹדִי וְגִנָּה גְּדוֹלָה עִם מִתְקְנֵי מִשְׂחָקִים. בְּמֶרְכַּז הַשְּׁכוּנָה יֵשׁ מֶרְכָּז מִסְחָרִי קָטָן וּבוֹ מַרְכּוֹל, מַאֲפִיָּה וּבֵית מִרְקַחַת.</w:t>
      </w:r>
    </w:p>
    <w:p>
      <w:pPr>
        <w:bidi/>
        <w:spacing w:before="0" w:after="80"/>
      </w:pPr>
      <w:r>
        <w:rPr>
          <w:rtl/>
        </w:rPr>
        <w:t>אֵזוֹר הַתַּעֲשִׂיָּה שֶׁל הָעִיר נִמְצָא רָחוֹק מֵהַשְּׁכוּנָה, מֵעֵבֶר לַכְּבִישׁ הָרָאשִׁי. כָּךְ הַתּוֹשָׁבִים לֹא שׁוֹמְעִים אֶת הָרַעַשׁ שֶׁל הַמַּשָּׂאִיּוֹת. בָּעֶרֶב יוֹצְאוֹת מִשְׁפָּחוֹת רַבּוֹת לְטַיֵּל בַּגִּנָּה, וְהַיְּלָדִים מְשַׂחֲקִים בְּמִגְרַשׁ הַכַּדּוּרֶגֶל.</w:t>
      </w:r>
    </w:p>
    <w:p>
      <w:pPr>
        <w:bidi/>
        <w:spacing w:before="0" w:after="80"/>
      </w:pPr>
      <w:r>
        <w:rPr>
          <w:rtl/>
        </w:rPr>
        <w:t>בְּשַׁבָּת אֵין לִמּוּדִים, וְהַיְּלָדִים רוֹכְבִים עַל אוֹפַנַּיִם בַּשְּׁבִילִים שֶׁבֵּין הַבִּנְיָנִים. מֵעֵבֶר לַגִּנָּה יֵשׁ שָׂדֶה פָּתוּחַ, וְהָעִירִיָּה הֶחְלִיטָה לְהַשְׁאִיר אוֹתוֹ פָּתוּחַ כְּדֵי שֶׁיִּהְיֶה לַתּוֹשָׁבִים מָקוֹם לְטַיֵּל בַּטֶּבַע.</w:t>
      </w:r>
    </w:p>
    <w:p>
      <w:pPr>
        <w:bidi/>
        <w:spacing w:before="160" w:after="60"/>
      </w:pPr>
      <w:r>
        <w:rPr>
          <w:b/>
          <w:bCs/>
          <w:sz w:val="26"/>
          <w:szCs w:val="26"/>
          <w:rtl/>
        </w:rPr>
        <w:t>8. לְפִי הַקֶּטַע «שְׁכוּנַת הַגֶּפֶן», מַיְּנוּ אֶת הַמְּקוֹמוֹת לְפִי שִׁמּוּשׁ הַקַּרְקַע.</w:t>
      </w:r>
    </w:p>
    <w:p>
      <w:pPr>
        <w:bidi/>
        <w:spacing w:before="0" w:after="80"/>
      </w:pPr>
      <w:r>
        <w:rPr>
          <w:color w:val="368838"/>
          <w:sz w:val="24"/>
          <w:szCs w:val="24"/>
          <w:rtl/>
        </w:rPr>
        <w:t>הַמִּלִּים: בִּנְיְנֵי דִּירוֹת  |  גַּן יְלָדִים  |  מַאֲפִיָּה  |  גִּנָּה  |  בֵּית מִרְקַחַת  |  בֵּית סֵפֶר</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368838"/>
          </w:tcPr>
          <w:p>
            <w:pPr>
              <w:bidi/>
              <w:spacing w:before="0" w:after="40"/>
            </w:pPr>
            <w:r>
              <w:rPr>
                <w:b/>
                <w:bCs/>
                <w:color w:val="FFFFFF"/>
                <w:rtl/>
              </w:rPr>
              <w:t>מְגוּרִים</w:t>
            </w:r>
          </w:p>
        </w:tc>
        <w:tc>
          <w:tcPr>
            <w:tcW w:type="dxa" w:w="2494"/>
            <w:shd w:val="clear" w:color="auto" w:fill="368838"/>
          </w:tcPr>
          <w:p>
            <w:pPr>
              <w:bidi/>
              <w:spacing w:before="0" w:after="40"/>
            </w:pPr>
            <w:r>
              <w:rPr>
                <w:b/>
                <w:bCs/>
                <w:color w:val="FFFFFF"/>
                <w:rtl/>
              </w:rPr>
              <w:t>שֵׁרוּתִים</w:t>
            </w:r>
          </w:p>
        </w:tc>
        <w:tc>
          <w:tcPr>
            <w:tcW w:type="dxa" w:w="2494"/>
            <w:shd w:val="clear" w:color="auto" w:fill="368838"/>
          </w:tcPr>
          <w:p>
            <w:pPr>
              <w:bidi/>
              <w:spacing w:before="0" w:after="40"/>
            </w:pPr>
            <w:r>
              <w:rPr>
                <w:b/>
                <w:bCs/>
                <w:color w:val="FFFFFF"/>
                <w:rtl/>
              </w:rPr>
              <w:t>מִסְחָר</w:t>
            </w:r>
          </w:p>
        </w:tc>
        <w:tc>
          <w:tcPr>
            <w:tcW w:type="dxa" w:w="2494"/>
            <w:shd w:val="clear" w:color="auto" w:fill="368838"/>
          </w:tcPr>
          <w:p>
            <w:pPr>
              <w:bidi/>
              <w:spacing w:before="0" w:after="40"/>
            </w:pPr>
            <w:r>
              <w:rPr>
                <w:b/>
                <w:bCs/>
                <w:color w:val="FFFFFF"/>
                <w:rtl/>
              </w:rPr>
              <w:t>שֶׁטַח פָּתוּחַ</w:t>
            </w:r>
          </w:p>
        </w:tc>
      </w:tr>
      <w:tr>
        <w:tc>
          <w:tcPr>
            <w:tcW w:type="dxa" w:w="2494"/>
          </w:tcPr>
          <w:p>
            <w:pPr>
              <w:bidi/>
              <w:spacing w:before="0" w:after="40"/>
            </w:pPr>
            <w:r>
              <w:rPr>
                <w:rtl/>
              </w:rPr>
              <w:br/>
              <w:br/>
              <w:br/>
            </w:r>
          </w:p>
        </w:tc>
        <w:tc>
          <w:tcPr>
            <w:tcW w:type="dxa" w:w="2494"/>
          </w:tcPr>
          <w:p>
            <w:pPr>
              <w:bidi/>
              <w:spacing w:before="0" w:after="40"/>
            </w:pPr>
            <w:r>
              <w:rPr>
                <w:rtl/>
              </w:rPr>
              <w:br/>
              <w:br/>
              <w:br/>
            </w:r>
          </w:p>
        </w:tc>
        <w:tc>
          <w:tcPr>
            <w:tcW w:type="dxa" w:w="2494"/>
          </w:tcPr>
          <w:p>
            <w:pPr>
              <w:bidi/>
              <w:spacing w:before="0" w:after="40"/>
            </w:pPr>
            <w:r>
              <w:rPr>
                <w:rtl/>
              </w:rPr>
              <w:br/>
              <w:br/>
              <w:br/>
            </w:r>
          </w:p>
        </w:tc>
        <w:tc>
          <w:tcPr>
            <w:tcW w:type="dxa" w:w="2494"/>
          </w:tcPr>
          <w:p>
            <w:pPr>
              <w:bidi/>
              <w:spacing w:before="0" w:after="40"/>
            </w:pPr>
            <w:r>
              <w:rPr>
                <w:rtl/>
              </w:rPr>
              <w:br/>
              <w:br/>
              <w:br/>
            </w:r>
          </w:p>
        </w:tc>
      </w:tr>
    </w:tbl>
    <w:p>
      <w:pPr>
        <w:bidi/>
        <w:spacing w:before="0" w:after="40"/>
      </w:pPr>
    </w:p>
    <w:p>
      <w:pPr>
        <w:bidi/>
        <w:spacing w:before="160" w:after="60"/>
      </w:pPr>
      <w:r>
        <w:rPr>
          <w:b/>
          <w:bCs/>
          <w:sz w:val="26"/>
          <w:szCs w:val="26"/>
          <w:rtl/>
        </w:rPr>
        <w:t>9. לְפִי הַקֶּטַע, מַדּוּעַ אֵזוֹר הַתַּעֲשִׂיָּה נִמְצָא רָחוֹק מֵהַשְּׁכוּנָה?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10. כִּתְבוּ לְיַד כָּל מִשְׁפָּט אֶת שִׁמּוּשׁ הַקַּרְקַע.</w:t>
      </w:r>
    </w:p>
    <w:p>
      <w:pPr>
        <w:bidi/>
        <w:spacing w:before="0" w:after="100"/>
      </w:pPr>
      <w:r>
        <w:rPr>
          <w:rtl/>
        </w:rPr>
        <w:t>א. «קָנִיתִי לֶחֶם בְּמַאֲפִיָּה.»</w:t>
      </w:r>
    </w:p>
    <w:p>
      <w:pPr>
        <w:bidi/>
        <w:spacing w:before="0" w:after="100"/>
      </w:pPr>
      <w:r>
        <w:rPr>
          <w:rtl/>
        </w:rPr>
        <w:t>ב. «סַבָּא שֶׁלִּי עוֹבֵד בְּמִפְעָל לְמַמְתַּקִּים.»</w:t>
      </w:r>
    </w:p>
    <w:p>
      <w:pPr>
        <w:bidi/>
        <w:spacing w:before="0" w:after="100"/>
      </w:pPr>
      <w:r>
        <w:rPr>
          <w:rtl/>
        </w:rPr>
        <w:t>ג. «עָשִׂינוּ פִּיקְנִיק בַּחֻרְשָׁה.»</w:t>
      </w:r>
    </w:p>
    <w:p>
      <w:pPr>
        <w:bidi/>
        <w:spacing w:before="0" w:after="100"/>
      </w:pPr>
      <w:r>
        <w:rPr>
          <w:rtl/>
        </w:rPr>
        <w:t>ד. «חִסְּנוּ אֶת הַתִּינֹקֶת בְּטִפַּת חָלָב.»</w:t>
      </w:r>
    </w:p>
    <w:p>
      <w:pPr>
        <w:bidi/>
        <w:spacing w:before="160" w:after="60"/>
      </w:pPr>
      <w:r>
        <w:rPr>
          <w:b/>
          <w:bCs/>
          <w:sz w:val="26"/>
          <w:szCs w:val="26"/>
          <w:rtl/>
        </w:rPr>
        <w:t>11. שַׂרְטְטוּ מַפָּה שֶׁל שְׁכוּנָה דִּמְיוֹנִית. סַמְּנוּ בִּצְבָעִים שׁוֹנִים: מְגוּרִים, מִסְחָר, שֵׁרוּתִים וְשֶׁטַח פָּתוּחַ, וְהוֹסִיפוּ מִקְרָא.</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12. הַסְבִּירוּ מַדּוּעַ כְּדַאי שֶׁתִּהְיֶה גִּנָּה צִבּוּרִית קָרוֹב לַבָּתִּים.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כִּתְבוּ שְׁלוֹשָׁה מְקוֹמוֹת בַּיִּשּׁוּב שֶׁלָּכֶם, וּלְכָל אֶחָד אֶת שִׁמּוּשׁ הַקַּרְקַע שֶׁלּוֹ.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14. אֶתְגָּר: רֹאשׁ הָעִיר רוֹצֶה לִבְנוֹת מִפְעָל חָדָשׁ. אִיתַי מַצִּיעַ לִבְנוֹת אוֹתוֹ לְיַד בֵּית הַסֵּפֶר, וְעוֹמַר מַצִּיעַ לִבְנוֹת אוֹתוֹ בִּקְצֵה הָעִיר לְיַד הַכְּבִישׁ הָרָאשִׁי. מִי צוֹדֵק? תְּנוּ שְׁתֵּי סִבּוֹת.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color w:val="368838"/>
          <w:sz w:val="26"/>
          <w:szCs w:val="26"/>
          <w:rtl/>
        </w:rPr>
        <w:t>15. גִּזְרוּ אֶת הַכַּרְטִיסִים, וְהַדְבִּיקוּ כָּל מָקוֹם בְּשִׁמּוּשׁ הַקַּרְקַע הַמַּתְאִים לוֹ. (גִּזְרוּ מֵעַמּוּד 6)</w:t>
      </w:r>
    </w:p>
    <w:tbl>
      <w:tblPr>
        <w:tblW w:type="auto" w:w="0"/>
        <w:tblLook w:firstColumn="1" w:firstRow="1" w:lastColumn="0" w:lastRow="0" w:noHBand="0" w:noVBand="1" w:val="04A0"/>
        <w:bidiVisual/>
        <w:tblLayout w:type="fixed"/>
      </w:tblPr>
      <w:tblGrid>
        <w:gridCol w:w="2494"/>
        <w:gridCol w:w="2494"/>
        <w:gridCol w:w="2494"/>
        <w:gridCol w:w="2494"/>
      </w:tblGrid>
      <w:tr>
        <w:tc>
          <w:tcPr>
            <w:tcW w:type="dxa" w:w="2466"/>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מְגוּרִים</w:t>
            </w:r>
          </w:p>
        </w:tc>
        <w:tc>
          <w:tcPr>
            <w:tcW w:type="dxa" w:w="2466"/>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מִסְחָר</w:t>
            </w:r>
          </w:p>
        </w:tc>
        <w:tc>
          <w:tcPr>
            <w:tcW w:type="dxa" w:w="2466"/>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תַּעֲשִׂיָּה</w:t>
            </w:r>
          </w:p>
        </w:tc>
        <w:tc>
          <w:tcPr>
            <w:tcW w:type="dxa" w:w="2466"/>
            <w:tcBorders>
              <w:top w:val="single" w:sz="8" w:color="C9CFDB" w:space="0"/>
              <w:left w:val="single" w:sz="8" w:color="C9CFDB" w:space="0"/>
              <w:bottom w:val="single" w:sz="8" w:color="C9CFDB" w:space="0"/>
              <w:right w:val="single" w:sz="8" w:color="C9CFDB" w:space="0"/>
            </w:tcBorders>
            <w:shd w:val="clear" w:color="auto" w:fill="F1F4F9"/>
            <w:vAlign w:val="center"/>
          </w:tcPr>
          <w:p>
            <w:pPr>
              <w:bidi/>
              <w:spacing w:before="40" w:after="40"/>
            </w:pPr>
            <w:r>
              <w:rPr>
                <w:b/>
                <w:bCs/>
                <w:sz w:val="25"/>
                <w:szCs w:val="25"/>
                <w:rtl/>
              </w:rPr>
              <w:t>שֶׁטַח פָּתוּחַ</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r>
        <w:trPr>
          <w:trHeight w:val="1360" w:hRule="exact"/>
        </w:trPr>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c>
          <w:tcPr>
            <w:tcW w:type="dxa" w:w="2466"/>
            <w:tcBorders>
              <w:top w:val="dashed" w:sz="8" w:color="9A9A9A" w:space="0"/>
              <w:left w:val="dashed" w:sz="8" w:color="9A9A9A" w:space="0"/>
              <w:bottom w:val="dashed" w:sz="8" w:color="9A9A9A" w:space="0"/>
              <w:right w:val="dashed" w:sz="8" w:color="9A9A9A" w:space="0"/>
            </w:tcBorders>
            <w:vAlign w:val="center"/>
          </w:tcPr>
          <w:p>
            <w:pPr>
              <w:bidi/>
              <w:spacing w:before="0" w:after="0"/>
            </w:pPr>
            <w:r>
              <w:rPr>
                <w:color w:val="AAAAAA"/>
                <w:sz w:val="16"/>
                <w:szCs w:val="16"/>
                <w:rtl/>
              </w:rPr>
              <w:t>הַדְבִּיקוּ כָּאן</w:t>
            </w:r>
          </w:p>
        </w:tc>
      </w:tr>
    </w:tbl>
    <w:p>
      <w:pPr>
        <w:bidi/>
        <w:spacing w:before="0" w:after="40"/>
      </w:pPr>
    </w:p>
    <w:p>
      <w:pPr>
        <w:bidi/>
        <w:spacing w:before="160" w:after="60"/>
      </w:pPr>
      <w:r>
        <w:rPr>
          <w:b/>
          <w:bCs/>
          <w:color w:val="368838"/>
          <w:sz w:val="26"/>
          <w:szCs w:val="26"/>
          <w:rtl/>
        </w:rPr>
        <w:t>16. קִרְאוּ אֶת בֵּאוּרֵי הַמִּלִּים.</w:t>
      </w:r>
    </w:p>
    <w:tbl>
      <w:tblPr>
        <w:tblW w:type="auto" w:w="0"/>
        <w:tblLook w:firstColumn="1" w:firstRow="1" w:lastColumn="0" w:lastRow="0" w:noHBand="0" w:noVBand="1" w:val="04A0"/>
        <w:bidiVisual/>
        <w:tblLayout w:type="fixed"/>
      </w:tblPr>
      <w:tblGrid>
        <w:gridCol w:w="9978"/>
      </w:tblGrid>
      <w:tr>
        <w:tc>
          <w:tcPr>
            <w:tcW w:type="dxa" w:w="9865"/>
            <w:tcBorders>
              <w:top w:val="single" w:sz="12" w:color="E0A800" w:space="0"/>
              <w:left w:val="single" w:sz="12" w:color="E0A800" w:space="0"/>
              <w:bottom w:val="single" w:sz="12" w:color="E0A800" w:space="0"/>
              <w:right w:val="single" w:sz="12" w:color="E0A800" w:space="0"/>
            </w:tcBorders>
            <w:shd w:val="clear" w:color="auto" w:fill="FFF8E1"/>
          </w:tcPr>
          <w:p>
            <w:pPr>
              <w:bidi/>
              <w:spacing w:before="0" w:after="60"/>
            </w:pPr>
            <w:r>
              <w:rPr>
                <w:b/>
                <w:bCs/>
                <w:color w:val="8A5A00"/>
                <w:sz w:val="26"/>
                <w:szCs w:val="26"/>
                <w:rtl/>
              </w:rPr>
              <w:t>📖 בֵּאוּרֵי מִלִּים</w:t>
            </w:r>
          </w:p>
          <w:p>
            <w:pPr>
              <w:bidi/>
              <w:spacing w:before="0" w:after="40"/>
            </w:pPr>
            <w:r>
              <w:rPr>
                <w:b/>
                <w:bCs/>
                <w:sz w:val="24"/>
                <w:szCs w:val="24"/>
                <w:rtl/>
              </w:rPr>
              <w:t xml:space="preserve">שִׁמּוּשׁ קַרְקַע – </w:t>
            </w:r>
            <w:r>
              <w:rPr>
                <w:sz w:val="24"/>
                <w:szCs w:val="24"/>
                <w:rtl/>
              </w:rPr>
              <w:t>לְמָה מְשַׁמֵּשׁ שֶׁטַח מְסֻיָּם בַּיִּשּׁוּב</w:t>
            </w:r>
          </w:p>
          <w:p>
            <w:pPr>
              <w:bidi/>
              <w:spacing w:before="0" w:after="40"/>
            </w:pPr>
            <w:r>
              <w:rPr>
                <w:b/>
                <w:bCs/>
                <w:sz w:val="24"/>
                <w:szCs w:val="24"/>
                <w:rtl/>
              </w:rPr>
              <w:t xml:space="preserve">מְגוּרִים – </w:t>
            </w:r>
            <w:r>
              <w:rPr>
                <w:sz w:val="24"/>
                <w:szCs w:val="24"/>
                <w:rtl/>
              </w:rPr>
              <w:t>שֶׁטַח שֶׁל בָּתִּים שֶׁגָּרִים בָּהֶם</w:t>
            </w:r>
          </w:p>
          <w:p>
            <w:pPr>
              <w:bidi/>
              <w:spacing w:before="0" w:after="40"/>
            </w:pPr>
            <w:r>
              <w:rPr>
                <w:b/>
                <w:bCs/>
                <w:sz w:val="24"/>
                <w:szCs w:val="24"/>
                <w:rtl/>
              </w:rPr>
              <w:t xml:space="preserve">מִסְחָר – </w:t>
            </w:r>
            <w:r>
              <w:rPr>
                <w:sz w:val="24"/>
                <w:szCs w:val="24"/>
                <w:rtl/>
              </w:rPr>
              <w:t>שֶׁטַח שֶׁל חֲנוּיוֹת וּקְנִיּוֹת</w:t>
            </w:r>
          </w:p>
          <w:p>
            <w:pPr>
              <w:bidi/>
              <w:spacing w:before="0" w:after="40"/>
            </w:pPr>
            <w:r>
              <w:rPr>
                <w:b/>
                <w:bCs/>
                <w:sz w:val="24"/>
                <w:szCs w:val="24"/>
                <w:rtl/>
              </w:rPr>
              <w:t xml:space="preserve">תַּעֲשִׂיָּה – </w:t>
            </w:r>
            <w:r>
              <w:rPr>
                <w:sz w:val="24"/>
                <w:szCs w:val="24"/>
                <w:rtl/>
              </w:rPr>
              <w:t>שֶׁטַח שֶׁל מִפְעָלִים שֶׁמְּיַצְּרִים מוּצָרִים</w:t>
            </w:r>
          </w:p>
          <w:p>
            <w:pPr>
              <w:bidi/>
              <w:spacing w:before="0" w:after="40"/>
            </w:pPr>
            <w:r>
              <w:rPr>
                <w:b/>
                <w:bCs/>
                <w:sz w:val="24"/>
                <w:szCs w:val="24"/>
                <w:rtl/>
              </w:rPr>
              <w:t xml:space="preserve">שֶׁטַח פָּתוּחַ – </w:t>
            </w:r>
            <w:r>
              <w:rPr>
                <w:sz w:val="24"/>
                <w:szCs w:val="24"/>
                <w:rtl/>
              </w:rPr>
              <w:t>שֶׁטַח בְּלִי בִּנְיָנִים: פַּארְק, שָׂדֶה, חֹרֶשׁ</w:t>
            </w:r>
          </w:p>
        </w:tc>
      </w:tr>
    </w:tbl>
    <w:p>
      <w:pPr>
        <w:bidi/>
        <w:spacing w:before="0" w:after="40"/>
      </w:pPr>
    </w:p>
    <w:p>
      <w:pPr>
        <w:bidi/>
        <w:spacing w:before="0" w:after="40"/>
      </w:pPr>
      <w:r>
        <w:rPr>
          <w:b/>
          <w:bCs/>
          <w:sz w:val="25"/>
          <w:szCs w:val="25"/>
          <w:rtl/>
        </w:rPr>
        <w:t>✏️ בַּחֲרוּ שְׁתֵּי מִלִּים מִן הַבֵּאוּרִים, וְכִתְבוּ מִשְׁפָּט עִם כָּל אַחַת מֵהֶן.</w:t>
      </w:r>
    </w:p>
    <w:p>
      <w:pPr>
        <w:bidi/>
        <w:spacing w:before="0" w:after="120"/>
      </w:pPr>
      <w:r>
        <w:rPr>
          <w:color w:val="9AA3B5"/>
          <w:sz w:val="24"/>
          <w:szCs w:val="24"/>
          <w:rtl/>
        </w:rPr>
        <w:t>______________________________________________________________________</w:t>
      </w:r>
    </w:p>
    <w:p>
      <w:pPr>
        <w:bidi/>
        <w:spacing w:before="0" w:after="120"/>
      </w:pPr>
      <w:r>
        <w:rPr>
          <w:color w:val="9AA3B5"/>
          <w:sz w:val="24"/>
          <w:szCs w:val="24"/>
          <w:rtl/>
        </w:rPr>
        <w:t>______________________________________________________________________</w:t>
      </w:r>
    </w:p>
    <w:p>
      <w:pPr>
        <w:bidi/>
        <w:spacing w:before="0" w:after="80"/>
      </w:pPr>
      <w:r>
        <w:br w:type="page"/>
      </w:r>
    </w:p>
    <w:tbl>
      <w:tblPr>
        <w:tblW w:type="auto" w:w="0"/>
        <w:tblLook w:firstColumn="1" w:firstRow="1" w:lastColumn="0" w:lastRow="0" w:noHBand="0" w:noVBand="1" w:val="04A0"/>
        <w:bidiVisual/>
        <w:tblLayout w:type="fixed"/>
      </w:tblPr>
      <w:tblGrid>
        <w:gridCol w:w="9978"/>
      </w:tblGrid>
      <w:tr>
        <w:tc>
          <w:tcPr>
            <w:tcW w:type="dxa" w:w="9865"/>
            <w:shd w:val="clear" w:color="auto" w:fill="555555"/>
            <w:vAlign w:val="center"/>
          </w:tcPr>
          <w:p>
            <w:pPr>
              <w:bidi/>
              <w:spacing w:before="60" w:after="60"/>
            </w:pPr>
            <w:r>
              <w:rPr>
                <w:b/>
                <w:bCs/>
                <w:color w:val="FFFFFF"/>
                <w:sz w:val="34"/>
                <w:szCs w:val="34"/>
                <w:rtl/>
              </w:rPr>
              <w:t>✂ דַּף גְּזִירָה – תּוֹפָעוֹת אֱנוֹשִׁיּוֹת וְשִׁמּוּשִׁי קַרְקַע: מְגוּרִים, מִסְחָר, תַּעֲשִׂיָּה, שֵׁרוּתִים וּשְׁטָחִים פְּתוּחִים</w:t>
            </w:r>
          </w:p>
        </w:tc>
      </w:tr>
    </w:tbl>
    <w:p>
      <w:pPr>
        <w:bidi/>
        <w:spacing w:before="0" w:after="40"/>
      </w:pPr>
    </w:p>
    <w:p>
      <w:pPr>
        <w:bidi/>
        <w:spacing w:before="120" w:after="60"/>
      </w:pPr>
      <w:r>
        <w:rPr>
          <w:b/>
          <w:bCs/>
          <w:sz w:val="25"/>
          <w:szCs w:val="25"/>
          <w:rtl/>
        </w:rPr>
        <w:t>✂ גִּזְרוּ אֶת הַכַּרְטִיסִים לְאֹרֶךְ הַקַּו הַמְּקֻוְקָו וְהַדְבִּיקוּ בְּעַמּוּד 5, מְשִׂימָה 15.</w:t>
      </w:r>
    </w:p>
    <w:tbl>
      <w:tblPr>
        <w:tblW w:type="auto" w:w="0"/>
        <w:tblLook w:firstColumn="1" w:firstRow="1" w:lastColumn="0" w:lastRow="0" w:noHBand="0" w:noVBand="1" w:val="04A0"/>
        <w:bidiVisual/>
        <w:tblLayout w:type="fixed"/>
      </w:tblPr>
      <w:tblGrid>
        <w:gridCol w:w="2494"/>
        <w:gridCol w:w="2494"/>
        <w:gridCol w:w="2494"/>
        <w:gridCol w:w="2494"/>
      </w:tblGrid>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בַּיִת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סוּפֶּרְמַרְקֶט</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בִּנְיַן דִּירוֹת</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קַנְיוֹן</w:t>
            </w:r>
          </w:p>
        </w:tc>
      </w:tr>
      <w:tr>
        <w:trPr>
          <w:trHeight w:val="1474" w:hRule="exact"/>
        </w:trPr>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מוּסָךְ</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פַּארְק</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שָׂדֶה</w:t>
            </w:r>
          </w:p>
        </w:tc>
        <w:tc>
          <w:tcPr>
            <w:tcW w:type="dxa" w:w="2466"/>
            <w:tcBorders>
              <w:top w:val="dashed" w:sz="12" w:color="444444" w:space="0"/>
              <w:left w:val="dashed" w:sz="12" w:color="444444" w:space="0"/>
              <w:bottom w:val="dashed" w:sz="12" w:color="444444" w:space="0"/>
              <w:right w:val="dashed" w:sz="12" w:color="444444" w:space="0"/>
            </w:tcBorders>
            <w:vAlign w:val="center"/>
          </w:tcPr>
          <w:p>
            <w:pPr>
              <w:bidi/>
              <w:spacing w:before="0" w:after="0"/>
            </w:pPr>
            <w:r>
              <w:rPr>
                <w:rFonts w:ascii="Segoe UI Emoji" w:hAnsi="Segoe UI Emoji" w:cs="Segoe UI Emoji"/>
                <w:sz w:val="44"/>
                <w:szCs w:val="44"/>
                <w:rtl/>
              </w:rPr>
              <w:t>🏭</w:t>
            </w:r>
          </w:p>
          <w:p>
            <w:pPr>
              <w:bidi/>
              <w:spacing w:before="0" w:after="0"/>
            </w:pPr>
            <w:r>
              <w:rPr>
                <w:b/>
                <w:bCs/>
                <w:sz w:val="24"/>
                <w:szCs w:val="24"/>
                <w:rtl/>
              </w:rPr>
              <w:t>מִפְעָל</w:t>
            </w:r>
          </w:p>
        </w:tc>
      </w:tr>
    </w:tbl>
    <w:p>
      <w:pPr>
        <w:bidi/>
        <w:spacing w:before="0" w:after="120"/>
      </w:pPr>
    </w:p>
    <w:sectPr w:rsidR="00FC693F" w:rsidRPr="0006063C" w:rsidSect="00034616">
      <w:footerReference w:type="default" r:id="rId9"/>
      <w:pgSz w:w="11906" w:h="16838"/>
      <w:pgMar w:top="850" w:right="964" w:bottom="907" w:left="964" w:header="720" w:footer="720" w:gutter="0"/>
      <w:pgBorders w:offsetFrom="page">
        <w:top w:val="single" w:sz="18" w:space="22" w:color="3D9A40"/>
        <w:left w:val="single" w:sz="18" w:space="22" w:color="3D9A40"/>
        <w:bottom w:val="single" w:sz="18" w:space="22" w:color="3D9A40"/>
        <w:right w:val="single" w:sz="18" w:space="22" w:color="3D9A40"/>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