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pPr>
      <w:r>
        <w:rPr>
          <w:rFonts w:ascii="Arial" w:hAnsi="Arial" w:cs="Arial"/>
          <w:color w:val="5B6476"/>
          <w:sz w:val="20"/>
          <w:szCs w:val="20"/>
          <w:rtl/>
        </w:rPr>
        <w:t>מוֹלֶדֶת, חֶבְרָה וְאֶזְרָחוּת · כִּתָּה ג'   |   דַּף עֲבוֹדָה</w:t>
      </w:r>
    </w:p>
    <w:p>
      <w:pPr>
        <w:bidi/>
        <w:spacing w:before="0" w:after="200"/>
      </w:pPr>
      <w:r>
        <w:rPr>
          <w:rFonts w:ascii="Arial" w:hAnsi="Arial" w:cs="Arial"/>
          <w:sz w:val="22"/>
          <w:szCs w:val="22"/>
          <w:rtl/>
        </w:rPr>
        <w:t>שֵׁם פְּרָטִי: ______________   שֵׁם מִשְׁפָּחָה: ______________   כִּתָּה: ______</w:t>
      </w:r>
    </w:p>
    <w:p>
      <w:pPr>
        <w:bidi/>
        <w:spacing w:before="0" w:after="120"/>
      </w:pPr>
      <w:r>
        <w:rPr>
          <w:rFonts w:ascii="David" w:hAnsi="David" w:cs="David"/>
          <w:b/>
          <w:bCs/>
          <w:color w:val="B87900"/>
          <w:sz w:val="44"/>
          <w:szCs w:val="44"/>
          <w:rtl/>
        </w:rPr>
        <w:t>אִרְגּוּן הַמֶּרְחָב בַּיִּשּׁוּב: מִבְנֵי צִבּוּר, שֵׁרוּתֵי הָרָשׁוּת הַמְּקוֹמִית וּנְגִישׁוּת</w:t>
      </w:r>
    </w:p>
    <w:p>
      <w:pPr>
        <w:bidi/>
        <w:spacing w:before="160" w:after="60"/>
      </w:pPr>
      <w:r>
        <w:rPr>
          <w:b/>
          <w:bCs/>
          <w:sz w:val="26"/>
          <w:szCs w:val="26"/>
          <w:rtl/>
        </w:rPr>
        <w:t>1. הַשְׁלִימוּ בְּעֶזְרַת הַמִּלִּים שֶׁבַּמַּחְסָן.</w:t>
      </w:r>
    </w:p>
    <w:p>
      <w:pPr>
        <w:bidi/>
        <w:spacing w:before="0" w:after="80"/>
      </w:pPr>
      <w:r>
        <w:rPr>
          <w:color w:val="B87900"/>
          <w:sz w:val="24"/>
          <w:szCs w:val="24"/>
          <w:rtl/>
        </w:rPr>
        <w:t>מַחְסַן מִלִּים: עִירִיָּה  |  אַרְנוֹנָה  |  מַתְנָ"ס  |  נְגִישׁוּת  |  חֻקֵּי עֵזֶר</w:t>
      </w:r>
    </w:p>
    <w:p>
      <w:pPr>
        <w:bidi/>
        <w:spacing w:before="0" w:after="60"/>
      </w:pPr>
      <w:r>
        <w:rPr>
          <w:rtl/>
        </w:rPr>
        <w:t>א. הַגּוּף שֶׁמְּנַהֵל אֶת הָעִיר נִקְרָא __________.</w:t>
      </w:r>
    </w:p>
    <w:p>
      <w:pPr>
        <w:bidi/>
        <w:spacing w:before="0" w:after="60"/>
      </w:pPr>
      <w:r>
        <w:rPr>
          <w:rtl/>
        </w:rPr>
        <w:t>ב. בִּנְיָן שֶׁיֵּשׁ בּוֹ חוּגִים לְכָל הַגִּילִים נִקְרָא __________.</w:t>
      </w:r>
    </w:p>
    <w:p>
      <w:pPr>
        <w:bidi/>
        <w:spacing w:before="0" w:after="60"/>
      </w:pPr>
      <w:r>
        <w:rPr>
          <w:rtl/>
        </w:rPr>
        <w:t>ג. הַתַּשְׁלוּם שֶׁל הַתּוֹשָׁבִים לָרָשׁוּת הַמְּקוֹמִית נִקְרָא __________.</w:t>
      </w:r>
    </w:p>
    <w:p>
      <w:pPr>
        <w:bidi/>
        <w:spacing w:before="0" w:after="60"/>
      </w:pPr>
      <w:r>
        <w:rPr>
          <w:rtl/>
        </w:rPr>
        <w:t>ד. כְּלָלִים שֶׁל הָרָשׁוּת כְּמוֹ «אָסוּר לְלַכְלֵךְ בָּרְחוֹב» נִקְרָאִים __________.</w:t>
      </w:r>
    </w:p>
    <w:p>
      <w:pPr>
        <w:bidi/>
        <w:spacing w:before="0" w:after="60"/>
      </w:pPr>
      <w:r>
        <w:rPr>
          <w:rtl/>
        </w:rPr>
        <w:t>ה. רַמְפָּה וּמַעֲלִית הֵן חֵלֶק מָה__________ שֶׁל בִּנְיָן.</w:t>
      </w:r>
    </w:p>
    <w:p>
      <w:pPr>
        <w:bidi/>
        <w:spacing w:before="160" w:after="60"/>
      </w:pPr>
      <w:r>
        <w:rPr>
          <w:b/>
          <w:bCs/>
          <w:sz w:val="26"/>
          <w:szCs w:val="26"/>
          <w:rtl/>
        </w:rPr>
        <w:t>2. מַיְּנוּ: מִבְנֵה צִבּוּר אוֹ לֹא מִבְנֵה צִבּוּר?</w:t>
      </w:r>
    </w:p>
    <w:p>
      <w:pPr>
        <w:bidi/>
        <w:spacing w:before="0" w:after="80"/>
      </w:pPr>
      <w:r>
        <w:rPr>
          <w:color w:val="B87900"/>
          <w:sz w:val="24"/>
          <w:szCs w:val="24"/>
          <w:rtl/>
        </w:rPr>
        <w:t>הַמִּלִּים: סִפְרִיָּה עִירוֹנִית  |  בַּיִת פְּרָטִי  |  מִרְפָּאָה  |  חֲנוּת בְּגָדִים  |  בֵּית סֵפֶר  |  מִפְעָל</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b87900"/>
          </w:tcPr>
          <w:p>
            <w:pPr>
              <w:bidi/>
              <w:spacing w:before="0" w:after="40"/>
            </w:pPr>
            <w:r>
              <w:rPr>
                <w:b/>
                <w:bCs/>
                <w:color w:val="FFFFFF"/>
                <w:rtl/>
              </w:rPr>
              <w:t>מִבְנֵה צִבּוּר</w:t>
            </w:r>
          </w:p>
        </w:tc>
        <w:tc>
          <w:tcPr>
            <w:tcW w:type="dxa" w:w="4989"/>
            <w:shd w:val="clear" w:color="auto" w:fill="b87900"/>
          </w:tcPr>
          <w:p>
            <w:pPr>
              <w:bidi/>
              <w:spacing w:before="0" w:after="40"/>
            </w:pPr>
            <w:r>
              <w:rPr>
                <w:b/>
                <w:bCs/>
                <w:color w:val="FFFFFF"/>
                <w:rtl/>
              </w:rPr>
              <w:t>לֹא מִבְנֵה צִבּוּר</w:t>
            </w:r>
          </w:p>
        </w:tc>
      </w:tr>
      <w:tr>
        <w:tc>
          <w:tcPr>
            <w:tcW w:type="dxa" w:w="4989"/>
          </w:tcPr>
          <w:p>
            <w:pPr>
              <w:bidi/>
              <w:spacing w:before="0" w:after="40"/>
            </w:pPr>
            <w:r>
              <w:rPr>
                <w:rtl/>
              </w:rPr>
              <w:br/>
              <w:br/>
              <w:br/>
            </w:r>
          </w:p>
        </w:tc>
        <w:tc>
          <w:tcPr>
            <w:tcW w:type="dxa" w:w="4989"/>
          </w:tcPr>
          <w:p>
            <w:pPr>
              <w:bidi/>
              <w:spacing w:before="0" w:after="40"/>
            </w:pPr>
            <w:r>
              <w:rPr>
                <w:rtl/>
              </w:rPr>
              <w:br/>
              <w:br/>
              <w:br/>
            </w:r>
          </w:p>
        </w:tc>
      </w:tr>
    </w:tbl>
    <w:p>
      <w:pPr>
        <w:bidi/>
        <w:spacing w:before="0" w:after="40"/>
      </w:pPr>
    </w:p>
    <w:p>
      <w:pPr>
        <w:bidi/>
        <w:spacing w:before="160" w:after="60"/>
      </w:pPr>
      <w:r>
        <w:rPr>
          <w:b/>
          <w:bCs/>
          <w:sz w:val="26"/>
          <w:szCs w:val="26"/>
          <w:rtl/>
        </w:rPr>
        <w:t>3. הַתְאִימוּ כָּל מִבְנֵה צִבּוּר לַשֵּׁרוּת שֶׁהוּא נוֹתֵן.</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b87900"/>
          </w:tcPr>
          <w:p>
            <w:pPr>
              <w:bidi/>
              <w:spacing w:before="0" w:after="40"/>
            </w:pPr>
            <w:r>
              <w:rPr>
                <w:b/>
                <w:bCs/>
                <w:color w:val="FFFFFF"/>
                <w:rtl/>
              </w:rPr>
              <w:t>טוּר א</w:t>
            </w:r>
          </w:p>
        </w:tc>
        <w:tc>
          <w:tcPr>
            <w:tcW w:type="dxa" w:w="4989"/>
            <w:shd w:val="clear" w:color="auto" w:fill="b87900"/>
          </w:tcPr>
          <w:p>
            <w:pPr>
              <w:bidi/>
              <w:spacing w:before="0" w:after="40"/>
            </w:pPr>
            <w:r>
              <w:rPr>
                <w:b/>
                <w:bCs/>
                <w:color w:val="FFFFFF"/>
                <w:rtl/>
              </w:rPr>
              <w:t>טוּר ב</w:t>
            </w:r>
          </w:p>
        </w:tc>
      </w:tr>
      <w:tr>
        <w:tc>
          <w:tcPr>
            <w:tcW w:type="dxa" w:w="4989"/>
          </w:tcPr>
          <w:p>
            <w:pPr>
              <w:bidi/>
              <w:spacing w:before="0" w:after="40"/>
            </w:pPr>
            <w:r>
              <w:rPr>
                <w:rtl/>
              </w:rPr>
              <w:t>1. סִפְרִיָּה</w:t>
            </w:r>
          </w:p>
        </w:tc>
        <w:tc>
          <w:tcPr>
            <w:tcW w:type="dxa" w:w="4989"/>
          </w:tcPr>
          <w:p>
            <w:pPr>
              <w:bidi/>
              <w:spacing w:before="0" w:after="40"/>
            </w:pPr>
            <w:r>
              <w:rPr>
                <w:rtl/>
              </w:rPr>
              <w:t>[   ] מִשְׁתַּתְּפִים בַּחוּגִים</w:t>
            </w:r>
          </w:p>
        </w:tc>
      </w:tr>
      <w:tr>
        <w:tc>
          <w:tcPr>
            <w:tcW w:type="dxa" w:w="4989"/>
          </w:tcPr>
          <w:p>
            <w:pPr>
              <w:bidi/>
              <w:spacing w:before="0" w:after="40"/>
            </w:pPr>
            <w:r>
              <w:rPr>
                <w:rtl/>
              </w:rPr>
              <w:t>2. מִרְפָּאָה</w:t>
            </w:r>
          </w:p>
        </w:tc>
        <w:tc>
          <w:tcPr>
            <w:tcW w:type="dxa" w:w="4989"/>
          </w:tcPr>
          <w:p>
            <w:pPr>
              <w:bidi/>
              <w:spacing w:before="0" w:after="40"/>
            </w:pPr>
            <w:r>
              <w:rPr>
                <w:rtl/>
              </w:rPr>
              <w:t>[   ] שׁוֹאֲלִים סְפָרִים</w:t>
            </w:r>
          </w:p>
        </w:tc>
      </w:tr>
      <w:tr>
        <w:tc>
          <w:tcPr>
            <w:tcW w:type="dxa" w:w="4989"/>
          </w:tcPr>
          <w:p>
            <w:pPr>
              <w:bidi/>
              <w:spacing w:before="0" w:after="40"/>
            </w:pPr>
            <w:r>
              <w:rPr>
                <w:rtl/>
              </w:rPr>
              <w:t>3. מַתְנָ"ס</w:t>
            </w:r>
          </w:p>
        </w:tc>
        <w:tc>
          <w:tcPr>
            <w:tcW w:type="dxa" w:w="4989"/>
          </w:tcPr>
          <w:p>
            <w:pPr>
              <w:bidi/>
              <w:spacing w:before="0" w:after="40"/>
            </w:pPr>
            <w:r>
              <w:rPr>
                <w:rtl/>
              </w:rPr>
              <w:t>[   ] יְלָדִים קְטַנִּים לוֹמְדִים וּמְשַׂחֲקִים</w:t>
            </w:r>
          </w:p>
        </w:tc>
      </w:tr>
      <w:tr>
        <w:tc>
          <w:tcPr>
            <w:tcW w:type="dxa" w:w="4989"/>
          </w:tcPr>
          <w:p>
            <w:pPr>
              <w:bidi/>
              <w:spacing w:before="0" w:after="40"/>
            </w:pPr>
            <w:r>
              <w:rPr>
                <w:rtl/>
              </w:rPr>
              <w:t>4. תַּחֲנַת כִּבּוּי אֵשׁ</w:t>
            </w:r>
          </w:p>
        </w:tc>
        <w:tc>
          <w:tcPr>
            <w:tcW w:type="dxa" w:w="4989"/>
          </w:tcPr>
          <w:p>
            <w:pPr>
              <w:bidi/>
              <w:spacing w:before="0" w:after="40"/>
            </w:pPr>
            <w:r>
              <w:rPr>
                <w:rtl/>
              </w:rPr>
              <w:t>[   ] מְכַבִּים שְׂרֵפוֹת</w:t>
            </w:r>
          </w:p>
        </w:tc>
      </w:tr>
      <w:tr>
        <w:tc>
          <w:tcPr>
            <w:tcW w:type="dxa" w:w="4989"/>
          </w:tcPr>
          <w:p>
            <w:pPr>
              <w:bidi/>
              <w:spacing w:before="0" w:after="40"/>
            </w:pPr>
            <w:r>
              <w:rPr>
                <w:rtl/>
              </w:rPr>
              <w:t>5. גַּן יְלָדִים</w:t>
            </w:r>
          </w:p>
        </w:tc>
        <w:tc>
          <w:tcPr>
            <w:tcW w:type="dxa" w:w="4989"/>
          </w:tcPr>
          <w:p>
            <w:pPr>
              <w:bidi/>
              <w:spacing w:before="0" w:after="40"/>
            </w:pPr>
            <w:r>
              <w:rPr>
                <w:rtl/>
              </w:rPr>
              <w:t>[   ] מְקַבְּלִים טִפּוּל רְפוּאִי</w:t>
            </w:r>
          </w:p>
        </w:tc>
      </w:tr>
    </w:tbl>
    <w:p>
      <w:pPr>
        <w:bidi/>
        <w:spacing w:before="0" w:after="40"/>
      </w:pPr>
    </w:p>
    <w:p>
      <w:pPr>
        <w:bidi/>
        <w:spacing w:before="160" w:after="60"/>
      </w:pPr>
      <w:r>
        <w:rPr>
          <w:b/>
          <w:bCs/>
          <w:sz w:val="26"/>
          <w:szCs w:val="26"/>
          <w:rtl/>
        </w:rPr>
        <w:t>4. נָכוֹן אוֹ לֹא נָכוֹן? תַּקְּנוּ אֶת הַמִּשְׁפָּטִים הַלֹּא נְכוֹנִים.</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b87900"/>
          </w:tcPr>
          <w:p>
            <w:pPr>
              <w:bidi/>
              <w:spacing w:before="0" w:after="40"/>
            </w:pPr>
            <w:r>
              <w:rPr>
                <w:b/>
                <w:bCs/>
                <w:color w:val="FFFFFF"/>
                <w:rtl/>
              </w:rPr>
              <w:t>מִשְׁפָּט</w:t>
            </w:r>
          </w:p>
        </w:tc>
        <w:tc>
          <w:tcPr>
            <w:tcW w:type="dxa" w:w="2494"/>
            <w:shd w:val="clear" w:color="auto" w:fill="b87900"/>
          </w:tcPr>
          <w:p>
            <w:pPr>
              <w:bidi/>
              <w:spacing w:before="0" w:after="40"/>
            </w:pPr>
            <w:r>
              <w:rPr>
                <w:b/>
                <w:bCs/>
                <w:color w:val="FFFFFF"/>
                <w:rtl/>
              </w:rPr>
              <w:t>נָכוֹן</w:t>
            </w:r>
          </w:p>
        </w:tc>
        <w:tc>
          <w:tcPr>
            <w:tcW w:type="dxa" w:w="2494"/>
            <w:shd w:val="clear" w:color="auto" w:fill="b87900"/>
          </w:tcPr>
          <w:p>
            <w:pPr>
              <w:bidi/>
              <w:spacing w:before="0" w:after="40"/>
            </w:pPr>
            <w:r>
              <w:rPr>
                <w:b/>
                <w:bCs/>
                <w:color w:val="FFFFFF"/>
                <w:rtl/>
              </w:rPr>
              <w:t>לֹא נָכוֹן</w:t>
            </w:r>
          </w:p>
        </w:tc>
        <w:tc>
          <w:tcPr>
            <w:tcW w:type="dxa" w:w="2494"/>
            <w:shd w:val="clear" w:color="auto" w:fill="b87900"/>
          </w:tcPr>
          <w:p>
            <w:pPr>
              <w:bidi/>
              <w:spacing w:before="0" w:after="40"/>
            </w:pPr>
            <w:r>
              <w:rPr>
                <w:b/>
                <w:bCs/>
                <w:color w:val="FFFFFF"/>
                <w:rtl/>
              </w:rPr>
              <w:t>תִּקּוּן</w:t>
            </w:r>
          </w:p>
        </w:tc>
      </w:tr>
      <w:tr>
        <w:tc>
          <w:tcPr>
            <w:tcW w:type="dxa" w:w="2494"/>
          </w:tcPr>
          <w:p>
            <w:pPr>
              <w:bidi/>
              <w:spacing w:before="0" w:after="40"/>
            </w:pPr>
            <w:r>
              <w:rPr>
                <w:rtl/>
              </w:rPr>
              <w:t>א. בְּיִשּׁוּב קָטָן הָרָשׁוּת הַמְּקוֹמִית נִקְרֵאת לְעִתִּים מוֹעָצָה מְקוֹמִית.</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רֹאשׁ הָעִירִיָּה נִבְחַר בַּהַגְרָלָה.</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ג. בַּכֶּסֶף שֶׁל הָאַרְנוֹנָה הָרָשׁוּת נוֹתֶנֶת שֵׁרוּתִים לַתּוֹשָׁבִים.</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ד. מָקוֹם נָגִישׁ הוּא מָקוֹם שֶׁרַק צְעִירִים יְכוֹלִים לְהַגִּיעַ אֵלָיו.</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5. כִּתְבוּ לְיַד כָּל מִשְׁפָּט אֵיזֶה שֵׁרוּת שֶׁל הָרָשׁוּת הַמְּקוֹמִית מְתֹאָר.</w:t>
      </w:r>
    </w:p>
    <w:p>
      <w:pPr>
        <w:bidi/>
        <w:spacing w:before="0" w:after="100"/>
      </w:pPr>
      <w:r>
        <w:rPr>
          <w:rtl/>
        </w:rPr>
        <w:t>א. מַשָּׂאִית אוֹסֶפֶת אֶת פַּחֵי הָאַשְׁפָּה.</w:t>
      </w:r>
    </w:p>
    <w:p>
      <w:pPr>
        <w:bidi/>
        <w:spacing w:before="0" w:after="100"/>
      </w:pPr>
      <w:r>
        <w:rPr>
          <w:rtl/>
        </w:rPr>
        <w:t>ב. פּוֹעֲלִים מְתַקְּנִים בּוֹר בַּמִּדְרָכָה.</w:t>
      </w:r>
    </w:p>
    <w:p>
      <w:pPr>
        <w:bidi/>
        <w:spacing w:before="0" w:after="100"/>
      </w:pPr>
      <w:r>
        <w:rPr>
          <w:rtl/>
        </w:rPr>
        <w:t>ג. בַּלַּיְלָה הָרְחוֹב מוּאָר.</w:t>
      </w:r>
    </w:p>
    <w:p>
      <w:pPr>
        <w:bidi/>
        <w:spacing w:before="0" w:after="100"/>
      </w:pPr>
      <w:r>
        <w:rPr>
          <w:rtl/>
        </w:rPr>
        <w:t>ד. בַּגִּנָּה הַצִּבּוּרִית שָׁתְלוּ פְּרָחִים.</w:t>
      </w:r>
    </w:p>
    <w:p>
      <w:pPr>
        <w:bidi/>
        <w:spacing w:before="160" w:after="60"/>
      </w:pPr>
      <w:r>
        <w:rPr>
          <w:b/>
          <w:bCs/>
          <w:sz w:val="26"/>
          <w:szCs w:val="26"/>
          <w:rtl/>
        </w:rPr>
        <w:t>6. בָּעִיר הַדִּמְיוֹנִית גִּבְעַת הַדְּקָלִים בִּדְקוּ אֶת מִבְנֵי הַצִּבּוּר. הַשְׁלִימוּ: נָגִישׁ אוֹ לֹא נָגִישׁ?</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b87900"/>
          </w:tcPr>
          <w:p>
            <w:pPr>
              <w:bidi/>
              <w:spacing w:before="0" w:after="40"/>
            </w:pPr>
            <w:r>
              <w:rPr>
                <w:b/>
                <w:bCs/>
                <w:color w:val="FFFFFF"/>
                <w:rtl/>
              </w:rPr>
              <w:t>מִבְנֶה</w:t>
            </w:r>
          </w:p>
        </w:tc>
        <w:tc>
          <w:tcPr>
            <w:tcW w:type="dxa" w:w="3326"/>
            <w:shd w:val="clear" w:color="auto" w:fill="b87900"/>
          </w:tcPr>
          <w:p>
            <w:pPr>
              <w:bidi/>
              <w:spacing w:before="0" w:after="40"/>
            </w:pPr>
            <w:r>
              <w:rPr>
                <w:b/>
                <w:bCs/>
                <w:color w:val="FFFFFF"/>
                <w:rtl/>
              </w:rPr>
              <w:t>מָה יֵשׁ בַּכְּנִיסָה?</w:t>
            </w:r>
          </w:p>
        </w:tc>
        <w:tc>
          <w:tcPr>
            <w:tcW w:type="dxa" w:w="3326"/>
            <w:shd w:val="clear" w:color="auto" w:fill="b87900"/>
          </w:tcPr>
          <w:p>
            <w:pPr>
              <w:bidi/>
              <w:spacing w:before="0" w:after="40"/>
            </w:pPr>
            <w:r>
              <w:rPr>
                <w:b/>
                <w:bCs/>
                <w:color w:val="FFFFFF"/>
                <w:rtl/>
              </w:rPr>
              <w:t>נָגִישׁ אוֹ לֹא נָגִישׁ?</w:t>
            </w:r>
          </w:p>
        </w:tc>
      </w:tr>
      <w:tr>
        <w:tc>
          <w:tcPr>
            <w:tcW w:type="dxa" w:w="3326"/>
          </w:tcPr>
          <w:p>
            <w:pPr>
              <w:bidi/>
              <w:spacing w:before="0" w:after="40"/>
            </w:pPr>
            <w:r>
              <w:rPr>
                <w:rtl/>
              </w:rPr>
              <w:t>הַסִּפְרִיָּה</w:t>
            </w:r>
          </w:p>
        </w:tc>
        <w:tc>
          <w:tcPr>
            <w:tcW w:type="dxa" w:w="3326"/>
          </w:tcPr>
          <w:p>
            <w:pPr>
              <w:bidi/>
              <w:spacing w:before="0" w:after="40"/>
            </w:pPr>
            <w:r>
              <w:rPr>
                <w:rtl/>
              </w:rPr>
              <w:t>רַמְפָּה וּמַעֲלִית</w:t>
            </w:r>
          </w:p>
        </w:tc>
        <w:tc>
          <w:tcPr>
            <w:tcW w:type="dxa" w:w="3326"/>
          </w:tcPr>
          <w:p>
            <w:pPr>
              <w:bidi/>
              <w:spacing w:before="0" w:after="40"/>
            </w:pPr>
            <w:r>
              <w:rPr>
                <w:rtl/>
              </w:rPr>
            </w:r>
          </w:p>
        </w:tc>
      </w:tr>
      <w:tr>
        <w:tc>
          <w:tcPr>
            <w:tcW w:type="dxa" w:w="3326"/>
          </w:tcPr>
          <w:p>
            <w:pPr>
              <w:bidi/>
              <w:spacing w:before="0" w:after="40"/>
            </w:pPr>
            <w:r>
              <w:rPr>
                <w:rtl/>
              </w:rPr>
              <w:t>הַמַּתְנָ"ס</w:t>
            </w:r>
          </w:p>
        </w:tc>
        <w:tc>
          <w:tcPr>
            <w:tcW w:type="dxa" w:w="3326"/>
          </w:tcPr>
          <w:p>
            <w:pPr>
              <w:bidi/>
              <w:spacing w:before="0" w:after="40"/>
            </w:pPr>
            <w:r>
              <w:rPr>
                <w:rtl/>
              </w:rPr>
              <w:t>רַק מַדְרֵגוֹת</w:t>
            </w:r>
          </w:p>
        </w:tc>
        <w:tc>
          <w:tcPr>
            <w:tcW w:type="dxa" w:w="3326"/>
          </w:tcPr>
          <w:p>
            <w:pPr>
              <w:bidi/>
              <w:spacing w:before="0" w:after="40"/>
            </w:pPr>
            <w:r>
              <w:rPr>
                <w:rtl/>
              </w:rPr>
            </w:r>
          </w:p>
        </w:tc>
      </w:tr>
      <w:tr>
        <w:tc>
          <w:tcPr>
            <w:tcW w:type="dxa" w:w="3326"/>
          </w:tcPr>
          <w:p>
            <w:pPr>
              <w:bidi/>
              <w:spacing w:before="0" w:after="40"/>
            </w:pPr>
            <w:r>
              <w:rPr>
                <w:rtl/>
              </w:rPr>
              <w:t>הַמִּרְפָּאָה</w:t>
            </w:r>
          </w:p>
        </w:tc>
        <w:tc>
          <w:tcPr>
            <w:tcW w:type="dxa" w:w="3326"/>
          </w:tcPr>
          <w:p>
            <w:pPr>
              <w:bidi/>
              <w:spacing w:before="0" w:after="40"/>
            </w:pPr>
            <w:r>
              <w:rPr>
                <w:rtl/>
              </w:rPr>
              <w:t>דֶּלֶת רְחָבָה וְרַמְפָּה</w:t>
            </w:r>
          </w:p>
        </w:tc>
        <w:tc>
          <w:tcPr>
            <w:tcW w:type="dxa" w:w="3326"/>
          </w:tcPr>
          <w:p>
            <w:pPr>
              <w:bidi/>
              <w:spacing w:before="0" w:after="40"/>
            </w:pPr>
            <w:r>
              <w:rPr>
                <w:rtl/>
              </w:rPr>
            </w:r>
          </w:p>
        </w:tc>
      </w:tr>
      <w:tr>
        <w:tc>
          <w:tcPr>
            <w:tcW w:type="dxa" w:w="3326"/>
          </w:tcPr>
          <w:p>
            <w:pPr>
              <w:bidi/>
              <w:spacing w:before="0" w:after="40"/>
            </w:pPr>
            <w:r>
              <w:rPr>
                <w:rtl/>
              </w:rPr>
              <w:t>הָאוּלָם הַיָּשָׁן</w:t>
            </w:r>
          </w:p>
        </w:tc>
        <w:tc>
          <w:tcPr>
            <w:tcW w:type="dxa" w:w="3326"/>
          </w:tcPr>
          <w:p>
            <w:pPr>
              <w:bidi/>
              <w:spacing w:before="0" w:after="40"/>
            </w:pPr>
            <w:r>
              <w:rPr>
                <w:rtl/>
              </w:rPr>
              <w:t>מַדְרֵגוֹת צָרוֹת וּתְלוּלוֹת</w:t>
            </w:r>
          </w:p>
        </w:tc>
        <w:tc>
          <w:tcPr>
            <w:tcW w:type="dxa" w:w="3326"/>
          </w:tcPr>
          <w:p>
            <w:pPr>
              <w:bidi/>
              <w:spacing w:before="0" w:after="40"/>
            </w:pPr>
            <w:r>
              <w:rPr>
                <w:rtl/>
              </w:rPr>
            </w:r>
          </w:p>
        </w:tc>
      </w:tr>
    </w:tbl>
    <w:p>
      <w:pPr>
        <w:bidi/>
        <w:spacing w:before="0" w:after="40"/>
      </w:pPr>
    </w:p>
    <w:p>
      <w:pPr>
        <w:bidi/>
        <w:spacing w:before="160" w:after="60"/>
      </w:pPr>
      <w:r>
        <w:rPr>
          <w:b/>
          <w:bCs/>
          <w:sz w:val="26"/>
          <w:szCs w:val="26"/>
          <w:rtl/>
        </w:rPr>
        <w:t>7. לְפִי הַטַּבְלָה, מָה הֱיִיתֶם מַצִּיעִים לָעִירִיָּה לַעֲשׂוֹת בַּמַּתְנָ"ס? הַסְבִּירוּ.</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20" w:after="40"/>
      </w:pPr>
      <w:r>
        <w:rPr>
          <w:rFonts w:ascii="David" w:hAnsi="David" w:cs="David"/>
          <w:b/>
          <w:bCs/>
          <w:color w:val="B87900"/>
          <w:sz w:val="30"/>
          <w:szCs w:val="30"/>
          <w:rtl/>
        </w:rPr>
        <w:t>מִכְתָּב לְרֹאשׁ הַמּוֹעָצָה</w:t>
      </w:r>
    </w:p>
    <w:p>
      <w:pPr>
        <w:bidi/>
        <w:spacing w:before="0" w:after="80"/>
      </w:pPr>
      <w:r>
        <w:rPr>
          <w:rtl/>
        </w:rPr>
        <w:t>שָׁלוֹם לְרֹאשׁ הַמּוֹעָצָה,</w:t>
      </w:r>
    </w:p>
    <w:p>
      <w:pPr>
        <w:bidi/>
        <w:spacing w:before="0" w:after="80"/>
      </w:pPr>
      <w:r>
        <w:rPr>
          <w:rtl/>
        </w:rPr>
        <w:t>אֲנַחְנוּ תַּלְמִידֵי כִּתָּה ג' בְּבֵית הַסֵּפֶר «הַדְּקָלִים». בַּשָּׁבוּעַ שֶׁעָבַר יָצָאנוּ לְסִיּוּר בַּשְּׁכוּנָה וּמָצָאנוּ כַּמָּה בְּעָיוֹת. בְּמַעֲבַר הַחֲצִיָּה שֶׁלְּיַד בֵּית הַסֵּפֶר הַמִּדְרָכָה גְּבוֹהָה, וְקָשֶׁה לַחֲצוֹת עִם עֲגָלָה אוֹ עִם כִּסֵּא גַּלְגַּלִּים. בַּגִּנָּה הַצִּבּוּרִית הַפָּנָסִים שְׁבוּרִים, וּבְעֶרֶב חָשׁוּךְ מְאוֹד. לְיַד הַמַּרְכּוֹל יֵשׁ פַּחֵי אַשְׁפָּה מְלֵאִים.</w:t>
      </w:r>
    </w:p>
    <w:p>
      <w:pPr>
        <w:bidi/>
        <w:spacing w:before="0" w:after="80"/>
      </w:pPr>
      <w:r>
        <w:rPr>
          <w:rtl/>
        </w:rPr>
        <w:t>אֲנַחְנוּ מְבַקְּשִׁים לְהַנְמִיךְ אֶת הַמִּדְרָכָה, לְתַקֵּן אֶת הַפָּנָסִים וּלְפַנּוֹת אֶת הָאַשְׁפָּה לְעִתִּים קְרוֹבוֹת יוֹתֵר. אֲנַחְנוּ מוֹדִים לָכֶם עַל הָעֲבוֹדָה לְמַעַן הַיִּשּׁוּב.</w:t>
      </w:r>
    </w:p>
    <w:p>
      <w:pPr>
        <w:bidi/>
        <w:spacing w:before="0" w:after="80"/>
      </w:pPr>
      <w:r>
        <w:rPr>
          <w:rtl/>
        </w:rPr>
        <w:t>תַּלְמִידֵי כִּתָּה ג'</w:t>
      </w:r>
    </w:p>
    <w:p>
      <w:pPr>
        <w:bidi/>
        <w:spacing w:before="160" w:after="60"/>
      </w:pPr>
      <w:r>
        <w:rPr>
          <w:b/>
          <w:bCs/>
          <w:sz w:val="26"/>
          <w:szCs w:val="26"/>
          <w:rtl/>
        </w:rPr>
        <w:t>9. לְפִי הַמִּכְתָּב, בַּחֲרוּ אֶת הַתְּשׁוּבָה הַנְּכוֹנָה.</w:t>
      </w:r>
    </w:p>
    <w:p>
      <w:pPr>
        <w:bidi/>
        <w:spacing w:before="0" w:after="20"/>
      </w:pPr>
      <w:r>
        <w:rPr>
          <w:rtl/>
        </w:rPr>
        <w:t>א. לְמִי כִּתְבוּ הַתַּלְמִידִים אֶת הַמִּכְתָּב?</w:t>
      </w:r>
    </w:p>
    <w:p>
      <w:pPr>
        <w:bidi/>
        <w:spacing w:before="0" w:after="80"/>
      </w:pPr>
      <w:r>
        <w:rPr>
          <w:rtl/>
        </w:rPr>
        <w:t xml:space="preserve">   ○ לִמְנַהֶלֶת בֵּית הַסֵּפֶר      ○ לְרֹאשׁ הַמּוֹעָצָה      ○ לְבַעַל הַמַּרְכּוֹל</w:t>
      </w:r>
    </w:p>
    <w:p>
      <w:pPr>
        <w:bidi/>
        <w:spacing w:before="0" w:after="20"/>
      </w:pPr>
      <w:r>
        <w:rPr>
          <w:rtl/>
        </w:rPr>
        <w:t>ב. מָה הַבְּעָיָה בַּגִּנָּה הַצִּבּוּרִית?</w:t>
      </w:r>
    </w:p>
    <w:p>
      <w:pPr>
        <w:bidi/>
        <w:spacing w:before="0" w:after="80"/>
      </w:pPr>
      <w:r>
        <w:rPr>
          <w:rtl/>
        </w:rPr>
        <w:t xml:space="preserve">   ○ הַפָּנָסִים שְׁבוּרִים      ○ אֵין בָּהּ עֵצִים      ○ הִיא רְחוֹקָה</w:t>
      </w:r>
    </w:p>
    <w:p>
      <w:pPr>
        <w:bidi/>
        <w:spacing w:before="160" w:after="60"/>
      </w:pPr>
      <w:r>
        <w:rPr>
          <w:b/>
          <w:bCs/>
          <w:sz w:val="26"/>
          <w:szCs w:val="26"/>
          <w:rtl/>
        </w:rPr>
        <w:t>10. לְפִי הַמִּכְתָּב, הַשְׁלִימוּ אֶת הַבְּעָיוֹת וְאֶת הַפִּתְרוֹנוֹת.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b87900"/>
          </w:tcPr>
          <w:p>
            <w:pPr>
              <w:bidi/>
              <w:spacing w:before="0" w:after="40"/>
            </w:pPr>
            <w:r>
              <w:rPr>
                <w:b/>
                <w:bCs/>
                <w:color w:val="FFFFFF"/>
                <w:rtl/>
              </w:rPr>
              <w:t>מָקוֹם</w:t>
            </w:r>
          </w:p>
        </w:tc>
        <w:tc>
          <w:tcPr>
            <w:tcW w:type="dxa" w:w="3326"/>
            <w:shd w:val="clear" w:color="auto" w:fill="b87900"/>
          </w:tcPr>
          <w:p>
            <w:pPr>
              <w:bidi/>
              <w:spacing w:before="0" w:after="40"/>
            </w:pPr>
            <w:r>
              <w:rPr>
                <w:b/>
                <w:bCs/>
                <w:color w:val="FFFFFF"/>
                <w:rtl/>
              </w:rPr>
              <w:t>הַבְּעָיָה</w:t>
            </w:r>
          </w:p>
        </w:tc>
        <w:tc>
          <w:tcPr>
            <w:tcW w:type="dxa" w:w="3326"/>
            <w:shd w:val="clear" w:color="auto" w:fill="b87900"/>
          </w:tcPr>
          <w:p>
            <w:pPr>
              <w:bidi/>
              <w:spacing w:before="0" w:after="40"/>
            </w:pPr>
            <w:r>
              <w:rPr>
                <w:b/>
                <w:bCs/>
                <w:color w:val="FFFFFF"/>
                <w:rtl/>
              </w:rPr>
              <w:t>הַפִּתְרוֹן שֶׁהַתַּלְמִידִים בִּקְּשׁוּ</w:t>
            </w:r>
          </w:p>
        </w:tc>
      </w:tr>
      <w:tr>
        <w:tc>
          <w:tcPr>
            <w:tcW w:type="dxa" w:w="3326"/>
          </w:tcPr>
          <w:p>
            <w:pPr>
              <w:bidi/>
              <w:spacing w:before="0" w:after="40"/>
            </w:pPr>
            <w:r>
              <w:rPr>
                <w:rtl/>
              </w:rPr>
              <w:t>מֵעֵבֶר הַחֲצִיָּה</w:t>
            </w:r>
          </w:p>
        </w:tc>
        <w:tc>
          <w:tcPr>
            <w:tcW w:type="dxa" w:w="3326"/>
          </w:tcPr>
          <w:p>
            <w:pPr>
              <w:bidi/>
              <w:spacing w:before="0" w:after="40"/>
            </w:pPr>
            <w:r>
              <w:rPr>
                <w:rtl/>
              </w:rPr>
            </w:r>
          </w:p>
        </w:tc>
        <w:tc>
          <w:tcPr>
            <w:tcW w:type="dxa" w:w="3326"/>
          </w:tcPr>
          <w:p>
            <w:pPr>
              <w:bidi/>
              <w:spacing w:before="0" w:after="40"/>
            </w:pPr>
            <w:r>
              <w:rPr>
                <w:rtl/>
              </w:rPr>
            </w:r>
          </w:p>
        </w:tc>
      </w:tr>
      <w:tr>
        <w:tc>
          <w:tcPr>
            <w:tcW w:type="dxa" w:w="3326"/>
          </w:tcPr>
          <w:p>
            <w:pPr>
              <w:bidi/>
              <w:spacing w:before="0" w:after="40"/>
            </w:pPr>
            <w:r>
              <w:rPr>
                <w:rtl/>
              </w:rPr>
              <w:t>הַגִּנָּה הַצִּבּוּרִית</w:t>
            </w:r>
          </w:p>
        </w:tc>
        <w:tc>
          <w:tcPr>
            <w:tcW w:type="dxa" w:w="3326"/>
          </w:tcPr>
          <w:p>
            <w:pPr>
              <w:bidi/>
              <w:spacing w:before="0" w:after="40"/>
            </w:pPr>
            <w:r>
              <w:rPr>
                <w:rtl/>
              </w:rPr>
            </w:r>
          </w:p>
        </w:tc>
        <w:tc>
          <w:tcPr>
            <w:tcW w:type="dxa" w:w="3326"/>
          </w:tcPr>
          <w:p>
            <w:pPr>
              <w:bidi/>
              <w:spacing w:before="0" w:after="40"/>
            </w:pPr>
            <w:r>
              <w:rPr>
                <w:rtl/>
              </w:rPr>
            </w:r>
          </w:p>
        </w:tc>
      </w:tr>
      <w:tr>
        <w:tc>
          <w:tcPr>
            <w:tcW w:type="dxa" w:w="3326"/>
          </w:tcPr>
          <w:p>
            <w:pPr>
              <w:bidi/>
              <w:spacing w:before="0" w:after="40"/>
            </w:pPr>
            <w:r>
              <w:rPr>
                <w:rtl/>
              </w:rPr>
              <w:t>לְיַד הַמַּרְכּוֹל</w:t>
            </w:r>
          </w:p>
        </w:tc>
        <w:tc>
          <w:tcPr>
            <w:tcW w:type="dxa" w:w="3326"/>
          </w:tcPr>
          <w:p>
            <w:pPr>
              <w:bidi/>
              <w:spacing w:before="0" w:after="40"/>
            </w:pPr>
            <w:r>
              <w:rPr>
                <w:rtl/>
              </w:rPr>
            </w:r>
          </w:p>
        </w:tc>
        <w:tc>
          <w:tcPr>
            <w:tcW w:type="dxa" w:w="3326"/>
          </w:tcPr>
          <w:p>
            <w:pPr>
              <w:bidi/>
              <w:spacing w:before="0" w:after="40"/>
            </w:pPr>
            <w:r>
              <w:rPr>
                <w:rtl/>
              </w:rPr>
            </w:r>
          </w:p>
        </w:tc>
      </w:tr>
    </w:tbl>
    <w:p>
      <w:pPr>
        <w:bidi/>
        <w:spacing w:before="0" w:after="40"/>
      </w:pPr>
    </w:p>
    <w:p>
      <w:pPr>
        <w:bidi/>
        <w:spacing w:before="160" w:after="60"/>
      </w:pPr>
      <w:r>
        <w:rPr>
          <w:b/>
          <w:bCs/>
          <w:sz w:val="26"/>
          <w:szCs w:val="26"/>
          <w:rtl/>
        </w:rPr>
        <w:t>11. שַׂרְטְטוּ מַפָּה שֶׁל שְׁכוּנָה דִּמְיוֹנִית וּבָהּ בֵּית סֵפֶר, סִפְרִיָּה וּמִרְפָּאָה. מַקְּמוּ אוֹתָם קָרוֹב לַבָּתִּים וּלְתַחֲנַת אוֹטוֹבּוּס, וְהוֹסִיפוּ מִקְרָא.</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12. הַסְבִּירוּ מַדּוּעַ חָשׁוּב שֶׁבֵּית הַסֵּפֶר יִהְיֶה קָרוֹב לַבָּתִּים שֶׁל הַתַּלְמִידִים.</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13. כִּתְבוּ חֹק עֵזֶר אֶחָד שֶׁהֱיִיתֶם רוֹצִים שֶׁיִּהְיֶה בַּיִּשּׁוּב שֶׁלָּכֶם, וְהַסְבִּירוּ מַדּוּעַ.</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14. אֶתְגָּר: רֹאשׁ הָעִירִיָּה מַחֲלִיט הֵיכָן לִבְנוֹת סִפְרִיָּה חֲדָשָׁה: בְּמֶרְכַּז הָעִיר לְיַד תַּחֲנַת הָאוֹטוֹבּוּס, אוֹ בִּקְצֵה הָעִיר בְּמָקוֹם שֶׁאֵין אֵלָיו תַּחְבּוּרָה. מָה תַּמְלִיצוּ? תְּנוּ שְׁתֵּי סִבּוֹת.</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color w:val="B87900"/>
          <w:sz w:val="26"/>
          <w:szCs w:val="26"/>
          <w:rtl/>
        </w:rPr>
        <w:t>15. גִּזְרוּ אֶת הַכַּרְטִיסִים, וְהַדְבִּיקוּ לְיַד כָּל צֹרֶךְ אֶת מִבְנֵה הַצִּבּוּר שֶׁעוֹנֶה עָלָיו. (גִּזְרוּ מֵעַמּוּד 6)</w:t>
      </w:r>
    </w:p>
    <w:tbl>
      <w:tblPr>
        <w:tblW w:type="auto" w:w="0"/>
        <w:tblLook w:firstColumn="1" w:firstRow="1" w:lastColumn="0" w:lastRow="0" w:noHBand="0" w:noVBand="1" w:val="04A0"/>
        <w:bidiVisual/>
        <w:tblLayout w:type="fixed"/>
      </w:tblPr>
      <w:tblGrid>
        <w:gridCol w:w="3326"/>
        <w:gridCol w:w="3326"/>
        <w:gridCol w:w="3326"/>
      </w:tblGrid>
      <w:tr>
        <w:trPr>
          <w:trHeight w:val="1304" w:hRule="exact"/>
        </w:trPr>
        <w:tc>
          <w:tcPr>
            <w:tcW w:type="dxa" w:w="510"/>
            <w:vAlign w:val="center"/>
          </w:tcPr>
          <w:p>
            <w:pPr>
              <w:bidi/>
              <w:spacing w:before="0" w:after="0"/>
            </w:pPr>
            <w:r>
              <w:rPr>
                <w:b/>
                <w:bCs/>
                <w:sz w:val="25"/>
                <w:szCs w:val="25"/>
                <w:rtl/>
              </w:rPr>
              <w:t>1.</w:t>
            </w:r>
          </w:p>
        </w:tc>
        <w:tc>
          <w:tcPr>
            <w:tcW w:type="dxa" w:w="7257"/>
            <w:vAlign w:val="center"/>
          </w:tcPr>
          <w:p>
            <w:pPr>
              <w:bidi/>
              <w:spacing w:before="0" w:after="0"/>
            </w:pPr>
            <w:r>
              <w:rPr>
                <w:sz w:val="25"/>
                <w:szCs w:val="25"/>
                <w:rtl/>
              </w:rPr>
              <w:t>רוֹצִים לִשְׁאֹל סֵפֶר</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pPr>
            <w:r>
              <w:rPr>
                <w:color w:val="AAAAAA"/>
                <w:sz w:val="16"/>
                <w:szCs w:val="16"/>
                <w:rtl/>
              </w:rPr>
              <w:t>הַדְבִּיקוּ כָּאן</w:t>
            </w:r>
          </w:p>
        </w:tc>
      </w:tr>
      <w:tr>
        <w:trPr>
          <w:trHeight w:val="1304" w:hRule="exact"/>
        </w:trPr>
        <w:tc>
          <w:tcPr>
            <w:tcW w:type="dxa" w:w="510"/>
            <w:vAlign w:val="center"/>
          </w:tcPr>
          <w:p>
            <w:pPr>
              <w:bidi/>
              <w:spacing w:before="0" w:after="0"/>
            </w:pPr>
            <w:r>
              <w:rPr>
                <w:b/>
                <w:bCs/>
                <w:sz w:val="25"/>
                <w:szCs w:val="25"/>
                <w:rtl/>
              </w:rPr>
              <w:t>2.</w:t>
            </w:r>
          </w:p>
        </w:tc>
        <w:tc>
          <w:tcPr>
            <w:tcW w:type="dxa" w:w="7257"/>
            <w:vAlign w:val="center"/>
          </w:tcPr>
          <w:p>
            <w:pPr>
              <w:bidi/>
              <w:spacing w:before="0" w:after="0"/>
            </w:pPr>
            <w:r>
              <w:rPr>
                <w:sz w:val="25"/>
                <w:szCs w:val="25"/>
                <w:rtl/>
              </w:rPr>
              <w:t>צָרִיךְ טִפּוּל רְפוּאִי</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pPr>
            <w:r>
              <w:rPr>
                <w:color w:val="AAAAAA"/>
                <w:sz w:val="16"/>
                <w:szCs w:val="16"/>
                <w:rtl/>
              </w:rPr>
              <w:t>הַדְבִּיקוּ כָּאן</w:t>
            </w:r>
          </w:p>
        </w:tc>
      </w:tr>
      <w:tr>
        <w:trPr>
          <w:trHeight w:val="1304" w:hRule="exact"/>
        </w:trPr>
        <w:tc>
          <w:tcPr>
            <w:tcW w:type="dxa" w:w="510"/>
            <w:vAlign w:val="center"/>
          </w:tcPr>
          <w:p>
            <w:pPr>
              <w:bidi/>
              <w:spacing w:before="0" w:after="0"/>
            </w:pPr>
            <w:r>
              <w:rPr>
                <w:b/>
                <w:bCs/>
                <w:sz w:val="25"/>
                <w:szCs w:val="25"/>
                <w:rtl/>
              </w:rPr>
              <w:t>3.</w:t>
            </w:r>
          </w:p>
        </w:tc>
        <w:tc>
          <w:tcPr>
            <w:tcW w:type="dxa" w:w="7257"/>
            <w:vAlign w:val="center"/>
          </w:tcPr>
          <w:p>
            <w:pPr>
              <w:bidi/>
              <w:spacing w:before="0" w:after="0"/>
            </w:pPr>
            <w:r>
              <w:rPr>
                <w:sz w:val="25"/>
                <w:szCs w:val="25"/>
                <w:rtl/>
              </w:rPr>
              <w:t>רוֹצִים לְשַׂחֵק כַּדּוּרְסַל</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pPr>
            <w:r>
              <w:rPr>
                <w:color w:val="AAAAAA"/>
                <w:sz w:val="16"/>
                <w:szCs w:val="16"/>
                <w:rtl/>
              </w:rPr>
              <w:t>הַדְבִּיקוּ כָּאן</w:t>
            </w:r>
          </w:p>
        </w:tc>
      </w:tr>
      <w:tr>
        <w:trPr>
          <w:trHeight w:val="1304" w:hRule="exact"/>
        </w:trPr>
        <w:tc>
          <w:tcPr>
            <w:tcW w:type="dxa" w:w="510"/>
            <w:vAlign w:val="center"/>
          </w:tcPr>
          <w:p>
            <w:pPr>
              <w:bidi/>
              <w:spacing w:before="0" w:after="0"/>
            </w:pPr>
            <w:r>
              <w:rPr>
                <w:b/>
                <w:bCs/>
                <w:sz w:val="25"/>
                <w:szCs w:val="25"/>
                <w:rtl/>
              </w:rPr>
              <w:t>4.</w:t>
            </w:r>
          </w:p>
        </w:tc>
        <w:tc>
          <w:tcPr>
            <w:tcW w:type="dxa" w:w="7257"/>
            <w:vAlign w:val="center"/>
          </w:tcPr>
          <w:p>
            <w:pPr>
              <w:bidi/>
              <w:spacing w:before="0" w:after="0"/>
            </w:pPr>
            <w:r>
              <w:rPr>
                <w:sz w:val="25"/>
                <w:szCs w:val="25"/>
                <w:rtl/>
              </w:rPr>
              <w:t>יְלָדִים לוֹמְדִים</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pPr>
            <w:r>
              <w:rPr>
                <w:color w:val="AAAAAA"/>
                <w:sz w:val="16"/>
                <w:szCs w:val="16"/>
                <w:rtl/>
              </w:rPr>
              <w:t>הַדְבִּיקוּ כָּאן</w:t>
            </w:r>
          </w:p>
        </w:tc>
      </w:tr>
      <w:tr>
        <w:trPr>
          <w:trHeight w:val="1304" w:hRule="exact"/>
        </w:trPr>
        <w:tc>
          <w:tcPr>
            <w:tcW w:type="dxa" w:w="510"/>
            <w:vAlign w:val="center"/>
          </w:tcPr>
          <w:p>
            <w:pPr>
              <w:bidi/>
              <w:spacing w:before="0" w:after="0"/>
            </w:pPr>
            <w:r>
              <w:rPr>
                <w:b/>
                <w:bCs/>
                <w:sz w:val="25"/>
                <w:szCs w:val="25"/>
                <w:rtl/>
              </w:rPr>
              <w:t>5.</w:t>
            </w:r>
          </w:p>
        </w:tc>
        <w:tc>
          <w:tcPr>
            <w:tcW w:type="dxa" w:w="7257"/>
            <w:vAlign w:val="center"/>
          </w:tcPr>
          <w:p>
            <w:pPr>
              <w:bidi/>
              <w:spacing w:before="0" w:after="0"/>
            </w:pPr>
            <w:r>
              <w:rPr>
                <w:sz w:val="25"/>
                <w:szCs w:val="25"/>
                <w:rtl/>
              </w:rPr>
              <w:t>שׁוֹלְחִים מִכְתָּב</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pPr>
            <w:r>
              <w:rPr>
                <w:color w:val="AAAAAA"/>
                <w:sz w:val="16"/>
                <w:szCs w:val="16"/>
                <w:rtl/>
              </w:rPr>
              <w:t>הַדְבִּיקוּ כָּאן</w:t>
            </w:r>
          </w:p>
        </w:tc>
      </w:tr>
    </w:tbl>
    <w:p>
      <w:pPr>
        <w:bidi/>
        <w:spacing w:before="0" w:after="40"/>
      </w:pPr>
    </w:p>
    <w:p>
      <w:pPr>
        <w:bidi/>
        <w:spacing w:before="160" w:after="60"/>
      </w:pPr>
      <w:r>
        <w:rPr>
          <w:b/>
          <w:bCs/>
          <w:color w:val="B87900"/>
          <w:sz w:val="26"/>
          <w:szCs w:val="26"/>
          <w:rtl/>
        </w:rPr>
        <w:t>16. מִתְחוּ קַו מִכָּל שֵׁרוּת שֶׁל הָרָשׁוּת הַמְּקוֹמִית אֶל מָה שֶׁהוּא עוֹשֶׂה.</w:t>
      </w:r>
    </w:p>
    <w:tbl>
      <w:tblPr>
        <w:tblW w:type="auto" w:w="0"/>
        <w:tblLook w:firstColumn="1" w:firstRow="1" w:lastColumn="0" w:lastRow="0" w:noHBand="0" w:noVBand="1" w:val="04A0"/>
        <w:bidiVisual/>
        <w:tblLayout w:type="fixed"/>
      </w:tblPr>
      <w:tblGrid>
        <w:gridCol w:w="1996"/>
        <w:gridCol w:w="1996"/>
        <w:gridCol w:w="1996"/>
        <w:gridCol w:w="1996"/>
        <w:gridCol w:w="1996"/>
      </w:tblGrid>
      <w:tr>
        <w:tc>
          <w:tcPr>
            <w:tcW w:type="dxa" w:w="3515"/>
            <w:vAlign w:val="center"/>
          </w:tcPr>
          <w:p>
            <w:pPr>
              <w:bidi/>
              <w:spacing w:before="80" w:after="80"/>
            </w:pPr>
            <w:r>
              <w:rPr>
                <w:sz w:val="25"/>
                <w:szCs w:val="25"/>
                <w:rtl/>
              </w:rPr>
              <w:t>1. פִּנּוּי אַשְׁפָּה</w:t>
            </w:r>
          </w:p>
        </w:tc>
        <w:tc>
          <w:tcPr>
            <w:tcW w:type="dxa" w:w="397"/>
            <w:vAlign w:val="center"/>
          </w:tcPr>
          <w:p>
            <w:pPr>
              <w:bidi/>
              <w:spacing w:before="80" w:after="80"/>
            </w:pPr>
            <w:r>
              <w:rPr>
                <w:sz w:val="26"/>
                <w:szCs w:val="26"/>
                <w:rtl/>
              </w:rPr>
              <w:t>●</w:t>
            </w:r>
          </w:p>
        </w:tc>
        <w:tc>
          <w:tcPr>
            <w:tcW w:type="dxa" w:w="2041"/>
            <w:vAlign w:val="center"/>
          </w:tcPr>
          <w:p>
            <w:pPr>
              <w:bidi/>
              <w:spacing w:before="80" w:after="80"/>
            </w:pPr>
          </w:p>
        </w:tc>
        <w:tc>
          <w:tcPr>
            <w:tcW w:type="dxa" w:w="397"/>
            <w:vAlign w:val="center"/>
          </w:tcPr>
          <w:p>
            <w:pPr>
              <w:bidi/>
              <w:spacing w:before="80" w:after="80"/>
            </w:pPr>
            <w:r>
              <w:rPr>
                <w:sz w:val="26"/>
                <w:szCs w:val="26"/>
                <w:rtl/>
              </w:rPr>
              <w:t>●</w:t>
            </w:r>
          </w:p>
        </w:tc>
        <w:tc>
          <w:tcPr>
            <w:tcW w:type="dxa" w:w="3515"/>
            <w:vAlign w:val="center"/>
          </w:tcPr>
          <w:p>
            <w:pPr>
              <w:bidi/>
              <w:spacing w:before="80" w:after="80"/>
            </w:pPr>
            <w:r>
              <w:rPr>
                <w:sz w:val="25"/>
                <w:szCs w:val="25"/>
                <w:rtl/>
              </w:rPr>
              <w:t>א. מְאִירָה אֶת הַדֶּרֶךְ בַּלַּיְלָה</w:t>
            </w:r>
          </w:p>
        </w:tc>
      </w:tr>
      <w:tr>
        <w:tc>
          <w:tcPr>
            <w:tcW w:type="dxa" w:w="3515"/>
            <w:vAlign w:val="center"/>
          </w:tcPr>
          <w:p>
            <w:pPr>
              <w:bidi/>
              <w:spacing w:before="80" w:after="80"/>
            </w:pPr>
            <w:r>
              <w:rPr>
                <w:sz w:val="25"/>
                <w:szCs w:val="25"/>
                <w:rtl/>
              </w:rPr>
              <w:t>2. תְּאוּרַת רְחוֹב</w:t>
            </w:r>
          </w:p>
        </w:tc>
        <w:tc>
          <w:tcPr>
            <w:tcW w:type="dxa" w:w="397"/>
            <w:vAlign w:val="center"/>
          </w:tcPr>
          <w:p>
            <w:pPr>
              <w:bidi/>
              <w:spacing w:before="80" w:after="80"/>
            </w:pPr>
            <w:r>
              <w:rPr>
                <w:sz w:val="26"/>
                <w:szCs w:val="26"/>
                <w:rtl/>
              </w:rPr>
              <w:t>●</w:t>
            </w:r>
          </w:p>
        </w:tc>
        <w:tc>
          <w:tcPr>
            <w:tcW w:type="dxa" w:w="2041"/>
            <w:vAlign w:val="center"/>
          </w:tcPr>
          <w:p>
            <w:pPr>
              <w:bidi/>
              <w:spacing w:before="80" w:after="80"/>
            </w:pPr>
          </w:p>
        </w:tc>
        <w:tc>
          <w:tcPr>
            <w:tcW w:type="dxa" w:w="397"/>
            <w:vAlign w:val="center"/>
          </w:tcPr>
          <w:p>
            <w:pPr>
              <w:bidi/>
              <w:spacing w:before="80" w:after="80"/>
            </w:pPr>
            <w:r>
              <w:rPr>
                <w:sz w:val="26"/>
                <w:szCs w:val="26"/>
                <w:rtl/>
              </w:rPr>
              <w:t>●</w:t>
            </w:r>
          </w:p>
        </w:tc>
        <w:tc>
          <w:tcPr>
            <w:tcW w:type="dxa" w:w="3515"/>
            <w:vAlign w:val="center"/>
          </w:tcPr>
          <w:p>
            <w:pPr>
              <w:bidi/>
              <w:spacing w:before="80" w:after="80"/>
            </w:pPr>
            <w:r>
              <w:rPr>
                <w:sz w:val="25"/>
                <w:szCs w:val="25"/>
                <w:rtl/>
              </w:rPr>
              <w:t>ב. שׁוֹמֵר עַל רְחוֹבוֹת נְקִיִּים</w:t>
            </w:r>
          </w:p>
        </w:tc>
      </w:tr>
      <w:tr>
        <w:tc>
          <w:tcPr>
            <w:tcW w:type="dxa" w:w="3515"/>
            <w:vAlign w:val="center"/>
          </w:tcPr>
          <w:p>
            <w:pPr>
              <w:bidi/>
              <w:spacing w:before="80" w:after="80"/>
            </w:pPr>
            <w:r>
              <w:rPr>
                <w:sz w:val="25"/>
                <w:szCs w:val="25"/>
                <w:rtl/>
              </w:rPr>
              <w:t>3. כֶּבֶשׂ (רַמְפָּה) וּמַעֲלִית</w:t>
            </w:r>
          </w:p>
        </w:tc>
        <w:tc>
          <w:tcPr>
            <w:tcW w:type="dxa" w:w="397"/>
            <w:vAlign w:val="center"/>
          </w:tcPr>
          <w:p>
            <w:pPr>
              <w:bidi/>
              <w:spacing w:before="80" w:after="80"/>
            </w:pPr>
            <w:r>
              <w:rPr>
                <w:sz w:val="26"/>
                <w:szCs w:val="26"/>
                <w:rtl/>
              </w:rPr>
              <w:t>●</w:t>
            </w:r>
          </w:p>
        </w:tc>
        <w:tc>
          <w:tcPr>
            <w:tcW w:type="dxa" w:w="2041"/>
            <w:vAlign w:val="center"/>
          </w:tcPr>
          <w:p>
            <w:pPr>
              <w:bidi/>
              <w:spacing w:before="80" w:after="80"/>
            </w:pPr>
          </w:p>
        </w:tc>
        <w:tc>
          <w:tcPr>
            <w:tcW w:type="dxa" w:w="397"/>
            <w:vAlign w:val="center"/>
          </w:tcPr>
          <w:p>
            <w:pPr>
              <w:bidi/>
              <w:spacing w:before="80" w:after="80"/>
            </w:pPr>
            <w:r>
              <w:rPr>
                <w:sz w:val="26"/>
                <w:szCs w:val="26"/>
                <w:rtl/>
              </w:rPr>
              <w:t>●</w:t>
            </w:r>
          </w:p>
        </w:tc>
        <w:tc>
          <w:tcPr>
            <w:tcW w:type="dxa" w:w="3515"/>
            <w:vAlign w:val="center"/>
          </w:tcPr>
          <w:p>
            <w:pPr>
              <w:bidi/>
              <w:spacing w:before="80" w:after="80"/>
            </w:pPr>
            <w:r>
              <w:rPr>
                <w:sz w:val="25"/>
                <w:szCs w:val="25"/>
                <w:rtl/>
              </w:rPr>
              <w:t>ג. נְגִישׁוּת לְכִסֵּא גַּלְגַּלִּים</w:t>
            </w:r>
          </w:p>
        </w:tc>
      </w:tr>
      <w:tr>
        <w:tc>
          <w:tcPr>
            <w:tcW w:type="dxa" w:w="3515"/>
            <w:vAlign w:val="center"/>
          </w:tcPr>
          <w:p>
            <w:pPr>
              <w:bidi/>
              <w:spacing w:before="80" w:after="80"/>
            </w:pPr>
            <w:r>
              <w:rPr>
                <w:sz w:val="25"/>
                <w:szCs w:val="25"/>
                <w:rtl/>
              </w:rPr>
              <w:t>4. גִּנּוּן</w:t>
            </w:r>
          </w:p>
        </w:tc>
        <w:tc>
          <w:tcPr>
            <w:tcW w:type="dxa" w:w="397"/>
            <w:vAlign w:val="center"/>
          </w:tcPr>
          <w:p>
            <w:pPr>
              <w:bidi/>
              <w:spacing w:before="80" w:after="80"/>
            </w:pPr>
            <w:r>
              <w:rPr>
                <w:sz w:val="26"/>
                <w:szCs w:val="26"/>
                <w:rtl/>
              </w:rPr>
              <w:t>●</w:t>
            </w:r>
          </w:p>
        </w:tc>
        <w:tc>
          <w:tcPr>
            <w:tcW w:type="dxa" w:w="2041"/>
            <w:vAlign w:val="center"/>
          </w:tcPr>
          <w:p>
            <w:pPr>
              <w:bidi/>
              <w:spacing w:before="80" w:after="80"/>
            </w:pPr>
          </w:p>
        </w:tc>
        <w:tc>
          <w:tcPr>
            <w:tcW w:type="dxa" w:w="397"/>
            <w:vAlign w:val="center"/>
          </w:tcPr>
          <w:p>
            <w:pPr>
              <w:bidi/>
              <w:spacing w:before="80" w:after="80"/>
            </w:pPr>
            <w:r>
              <w:rPr>
                <w:sz w:val="26"/>
                <w:szCs w:val="26"/>
                <w:rtl/>
              </w:rPr>
              <w:t>●</w:t>
            </w:r>
          </w:p>
        </w:tc>
        <w:tc>
          <w:tcPr>
            <w:tcW w:type="dxa" w:w="3515"/>
            <w:vAlign w:val="center"/>
          </w:tcPr>
          <w:p>
            <w:pPr>
              <w:bidi/>
              <w:spacing w:before="80" w:after="80"/>
            </w:pPr>
            <w:r>
              <w:rPr>
                <w:sz w:val="25"/>
                <w:szCs w:val="25"/>
                <w:rtl/>
              </w:rPr>
              <w:t>ד. שׁוֹתֵל וּמַשְׁקֶה עֵצִים בַּגַּנִּים</w:t>
            </w:r>
          </w:p>
        </w:tc>
      </w:tr>
    </w:tbl>
    <w:p>
      <w:pPr>
        <w:bidi/>
        <w:spacing w:before="0" w:after="40"/>
      </w:pPr>
    </w:p>
    <w:p>
      <w:pPr>
        <w:bidi/>
        <w:spacing w:before="0" w:after="80"/>
      </w:pPr>
      <w:r>
        <w:br w:type="page"/>
      </w:r>
    </w:p>
    <w:tbl>
      <w:tblPr>
        <w:tblW w:type="auto" w:w="0"/>
        <w:tblLook w:firstColumn="1" w:firstRow="1" w:lastColumn="0" w:lastRow="0" w:noHBand="0" w:noVBand="1" w:val="04A0"/>
        <w:bidiVisual/>
        <w:tblLayout w:type="fixed"/>
      </w:tblPr>
      <w:tblGrid>
        <w:gridCol w:w="9978"/>
      </w:tblGrid>
      <w:tr>
        <w:tc>
          <w:tcPr>
            <w:tcW w:type="dxa" w:w="9865"/>
            <w:shd w:val="clear" w:color="auto" w:fill="555555"/>
            <w:vAlign w:val="center"/>
          </w:tcPr>
          <w:p>
            <w:pPr>
              <w:bidi/>
              <w:spacing w:before="60" w:after="60"/>
            </w:pPr>
            <w:r>
              <w:rPr>
                <w:b/>
                <w:bCs/>
                <w:color w:val="FFFFFF"/>
                <w:sz w:val="34"/>
                <w:szCs w:val="34"/>
                <w:rtl/>
              </w:rPr>
              <w:t>✂ דַּף גְּזִירָה – אִרְגּוּן הַמֶּרְחָב בַּיִּשּׁוּב: מִבְנֵי צִבּוּר, שֵׁרוּתֵי הָרָשׁוּת הַמְּקוֹמִית וּנְגִישׁוּת</w:t>
            </w:r>
          </w:p>
        </w:tc>
      </w:tr>
    </w:tbl>
    <w:p>
      <w:pPr>
        <w:bidi/>
        <w:spacing w:before="0" w:after="40"/>
      </w:pPr>
    </w:p>
    <w:p>
      <w:pPr>
        <w:bidi/>
        <w:spacing w:before="120" w:after="60"/>
      </w:pPr>
      <w:r>
        <w:rPr>
          <w:b/>
          <w:bCs/>
          <w:sz w:val="25"/>
          <w:szCs w:val="25"/>
          <w:rtl/>
        </w:rPr>
        <w:t>✂ גִּזְרוּ אֶת הַכַּרְטִיסִים לְאֹרֶךְ הַקַּו הַמְּקֻוְקָו וְהַדְבִּיקוּ בְּעַמּוּד 4, מְשִׂימָה 15.</w:t>
      </w:r>
    </w:p>
    <w:tbl>
      <w:tblPr>
        <w:tblW w:type="auto" w:w="0"/>
        <w:tblLook w:firstColumn="1" w:firstRow="1" w:lastColumn="0" w:lastRow="0" w:noHBand="0" w:noVBand="1" w:val="04A0"/>
        <w:bidiVisual/>
        <w:tblLayout w:type="fixed"/>
      </w:tblPr>
      <w:tblGrid>
        <w:gridCol w:w="2494"/>
        <w:gridCol w:w="2494"/>
        <w:gridCol w:w="2494"/>
        <w:gridCol w:w="2494"/>
      </w:tblGrid>
      <w:tr>
        <w:trPr>
          <w:trHeight w:val="1474" w:hRule="exact"/>
        </w:trPr>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pPr>
            <w:r>
              <w:rPr>
                <w:rFonts w:ascii="Segoe UI Emoji" w:hAnsi="Segoe UI Emoji" w:cs="Segoe UI Emoji"/>
                <w:sz w:val="44"/>
                <w:szCs w:val="44"/>
                <w:rtl/>
              </w:rPr>
              <w:t>🏫</w:t>
            </w:r>
          </w:p>
          <w:p>
            <w:pPr>
              <w:bidi/>
              <w:spacing w:before="0" w:after="0"/>
            </w:pPr>
            <w:r>
              <w:rPr>
                <w:b/>
                <w:bCs/>
                <w:sz w:val="24"/>
                <w:szCs w:val="24"/>
                <w:rtl/>
              </w:rPr>
              <w:t>בֵּית סֵפֶר</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pPr>
            <w:r>
              <w:rPr>
                <w:rFonts w:ascii="Segoe UI Emoji" w:hAnsi="Segoe UI Emoji" w:cs="Segoe UI Emoji"/>
                <w:sz w:val="44"/>
                <w:szCs w:val="44"/>
                <w:rtl/>
              </w:rPr>
              <w:t>📚</w:t>
            </w:r>
          </w:p>
          <w:p>
            <w:pPr>
              <w:bidi/>
              <w:spacing w:before="0" w:after="0"/>
            </w:pPr>
            <w:r>
              <w:rPr>
                <w:b/>
                <w:bCs/>
                <w:sz w:val="24"/>
                <w:szCs w:val="24"/>
                <w:rtl/>
              </w:rPr>
              <w:t>סִפְרִיָּה</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pPr>
            <w:r>
              <w:rPr>
                <w:rFonts w:ascii="Segoe UI Emoji" w:hAnsi="Segoe UI Emoji" w:cs="Segoe UI Emoji"/>
                <w:sz w:val="44"/>
                <w:szCs w:val="44"/>
                <w:rtl/>
              </w:rPr>
              <w:t>🏥</w:t>
            </w:r>
          </w:p>
          <w:p>
            <w:pPr>
              <w:bidi/>
              <w:spacing w:before="0" w:after="0"/>
            </w:pPr>
            <w:r>
              <w:rPr>
                <w:b/>
                <w:bCs/>
                <w:sz w:val="24"/>
                <w:szCs w:val="24"/>
                <w:rtl/>
              </w:rPr>
              <w:t>מִרְפָּאָה</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pPr>
            <w:r>
              <w:rPr>
                <w:rFonts w:ascii="Segoe UI Emoji" w:hAnsi="Segoe UI Emoji" w:cs="Segoe UI Emoji"/>
                <w:sz w:val="44"/>
                <w:szCs w:val="44"/>
                <w:rtl/>
              </w:rPr>
              <w:t>📮</w:t>
            </w:r>
          </w:p>
          <w:p>
            <w:pPr>
              <w:bidi/>
              <w:spacing w:before="0" w:after="0"/>
            </w:pPr>
            <w:r>
              <w:rPr>
                <w:b/>
                <w:bCs/>
                <w:sz w:val="24"/>
                <w:szCs w:val="24"/>
                <w:rtl/>
              </w:rPr>
              <w:t>דֹּאַר</w:t>
            </w:r>
          </w:p>
        </w:tc>
      </w:tr>
      <w:tr>
        <w:trPr>
          <w:trHeight w:val="1474" w:hRule="exact"/>
        </w:trPr>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pPr>
            <w:r>
              <w:rPr>
                <w:rFonts w:ascii="Segoe UI Emoji" w:hAnsi="Segoe UI Emoji" w:cs="Segoe UI Emoji"/>
                <w:sz w:val="44"/>
                <w:szCs w:val="44"/>
                <w:rtl/>
              </w:rPr>
              <w:t>🏀</w:t>
            </w:r>
          </w:p>
          <w:p>
            <w:pPr>
              <w:bidi/>
              <w:spacing w:before="0" w:after="0"/>
            </w:pPr>
            <w:r>
              <w:rPr>
                <w:b/>
                <w:bCs/>
                <w:sz w:val="24"/>
                <w:szCs w:val="24"/>
                <w:rtl/>
              </w:rPr>
              <w:t>מִגְרַשׁ סְפּוֹרְט</w:t>
            </w:r>
          </w:p>
        </w:tc>
        <w:tc>
          <w:tcPr>
            <w:tcW w:type="dxa" w:w="2466"/>
            <w:vAlign w:val="center"/>
          </w:tcPr>
          <w:p>
            <w:pPr>
              <w:bidi/>
              <w:spacing w:before="0" w:after="0"/>
            </w:pPr>
          </w:p>
        </w:tc>
        <w:tc>
          <w:tcPr>
            <w:tcW w:type="dxa" w:w="2466"/>
            <w:vAlign w:val="center"/>
          </w:tcPr>
          <w:p>
            <w:pPr>
              <w:bidi/>
              <w:spacing w:before="0" w:after="0"/>
            </w:pPr>
          </w:p>
        </w:tc>
        <w:tc>
          <w:tcPr>
            <w:tcW w:type="dxa" w:w="2466"/>
            <w:vAlign w:val="center"/>
          </w:tcPr>
          <w:p>
            <w:pPr>
              <w:bidi/>
              <w:spacing w:before="0" w:after="0"/>
            </w:pPr>
          </w:p>
        </w:tc>
      </w:tr>
    </w:tbl>
    <w:p>
      <w:pPr>
        <w:bidi/>
        <w:spacing w:before="0" w:after="120"/>
      </w:pPr>
    </w:p>
    <w:sectPr w:rsidR="00FC693F" w:rsidRPr="0006063C" w:rsidSect="00034616">
      <w:footerReference w:type="default" r:id="rId9"/>
      <w:pgSz w:w="11906" w:h="16838"/>
      <w:pgMar w:top="850" w:right="964" w:bottom="907" w:left="964" w:header="720" w:footer="720" w:gutter="0"/>
      <w:pgBorders w:offsetFrom="page">
        <w:top w:val="single" w:sz="18" w:space="22" w:color="D18A00"/>
        <w:left w:val="single" w:sz="18" w:space="22" w:color="D18A00"/>
        <w:bottom w:val="single" w:sz="18" w:space="22" w:color="D18A00"/>
        <w:right w:val="single" w:sz="18" w:space="22" w:color="D18A00"/>
      </w:pgBorders>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