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מַחְוָן – אִרְגּוּן הַמֶּרְחָב בַּיִּשּׁוּב: מִבְנֵי צִבּוּר, שֵׁרוּתֵי הָרָשׁוּת הַמְּקוֹמִית וּנְגִישׁוּת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הַגּוּף שֶׁמְּנַהֵל אֶת הָעִיר נִקְרָא עִירִיָּה.</w:t>
      </w:r>
    </w:p>
    <w:p>
      <w:pPr>
        <w:bidi/>
        <w:spacing w:before="0" w:after="40"/>
      </w:pPr>
      <w:r>
        <w:rPr>
          <w:rtl/>
        </w:rPr>
        <w:t>ב. בִּנְיָן שֶׁיֵּשׁ בּוֹ חוּגִים לְכָל הַגִּילִים נִקְרָא מַתְנָ"ס.</w:t>
      </w:r>
    </w:p>
    <w:p>
      <w:pPr>
        <w:bidi/>
        <w:spacing w:before="0" w:after="40"/>
      </w:pPr>
      <w:r>
        <w:rPr>
          <w:rtl/>
        </w:rPr>
        <w:t>ג. הַתַּשְׁלוּם שֶׁל הַתּוֹשָׁבִים לָרָשׁוּת הַמְּקוֹמִית נִקְרָא אַרְנוֹנָה.</w:t>
      </w:r>
    </w:p>
    <w:p>
      <w:pPr>
        <w:bidi/>
        <w:spacing w:before="0" w:after="40"/>
      </w:pPr>
      <w:r>
        <w:rPr>
          <w:rtl/>
        </w:rPr>
        <w:t>ד. כְּלָלִים שֶׁל הָרָשׁוּת כְּמוֹ «אָסוּר לְלַכְלֵךְ בָּרְחוֹב» נִקְרָאִים חֻקֵּי עֵזֶר.</w:t>
      </w:r>
    </w:p>
    <w:p>
      <w:pPr>
        <w:bidi/>
        <w:spacing w:before="0" w:after="40"/>
      </w:pPr>
      <w:r>
        <w:rPr>
          <w:rtl/>
        </w:rPr>
        <w:t>ה. רַמְפָּה וּמַעֲלִית הֵן חֵלֶק מָהנְגִישׁוּת שֶׁל בִּנְיָן.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מַיְּנוּ: מִבְנֵה צִבּוּר אוֹ לֹא מִבְנֵה צִבּוּר?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מִבְנֵה צִבּוּר</w:t>
            </w:r>
          </w:p>
        </w:tc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מִבְנֵה צִבּוּר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סִפְרִיָּה עִירוֹנִית, מִרְפָּאָה, בֵּית סֵפֶר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בַּיִת פְּרָטִי, חֲנוּת בְּגָדִים, מִפְעָל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מִבְנֵה צִבּוּר לַשֵּׁרוּת שֶׁהוּא נוֹתֵן.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סִפְרִיָּה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מִשְׁתַּתְּפִים בַּחוּגִים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מִרְפָּאָה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שׁוֹאֲלִים סְפָרִים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מַתְנָ"ס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יְלָדִים קְטַנִּים לוֹמְדִים וּמְשַׂחֲקִים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תַּחֲנַת כִּבּוּי אֵשׁ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מְכַבִּים שְׂרֵפוֹת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גַּן יְלָדִים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מְקַבְּלִים טִפּוּל רְפוּאִי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בְּיִשּׁוּב קָטָן הָרָשׁוּת הַמְּקוֹמִית נִקְרֵאת לְעִתִּים מוֹעָצָה מְקוֹמִית.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רֹאשׁ הָעִירִיָּה נִבְחַר בַּהַגְרָלָה.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רֹאשׁ הָעִירִיָּה נִבְחַר בַּבְּחִירוֹת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בַּכֶּסֶף שֶׁל הָאַרְנוֹנָה הָרָשׁוּת נוֹתֶנֶת שֵׁרוּתִים לַתּוֹשָׁבִים.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מָקוֹם נָגִישׁ הוּא מָקוֹם שֶׁרַק צְעִירִים יְכוֹלִים לְהַגִּיעַ אֵלָיו.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מָקוֹם נָגִישׁ הוּא מָקוֹם שֶׁכָּל אָדָם יָכוֹל לְהַגִּיעַ אֵלָיו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כִּתְבוּ לְיַד כָּל מִשְׁפָּט אֵיזֶה שֵׁרוּת שֶׁל הָרָשׁוּת הַמְּקוֹמִית מְתֹאָר.</w:t>
      </w:r>
    </w:p>
    <w:p>
      <w:pPr>
        <w:bidi/>
        <w:spacing w:before="0" w:after="100"/>
      </w:pPr>
      <w:r>
        <w:rPr>
          <w:rtl/>
        </w:rPr>
        <w:t>א. מַשָּׂאִית אוֹסֶפֶת אֶת פַּחֵי הָאַשְׁפָּה.  ← פִּנּוּי אַשְׁפָּה</w:t>
      </w:r>
    </w:p>
    <w:p>
      <w:pPr>
        <w:bidi/>
        <w:spacing w:before="0" w:after="100"/>
      </w:pPr>
      <w:r>
        <w:rPr>
          <w:rtl/>
        </w:rPr>
        <w:t>ב. פּוֹעֲלִים מְתַקְּנִים בּוֹר בַּמִּדְרָכָה.  ← תִּקּוּן מִדְרָכוֹת</w:t>
      </w:r>
    </w:p>
    <w:p>
      <w:pPr>
        <w:bidi/>
        <w:spacing w:before="0" w:after="100"/>
      </w:pPr>
      <w:r>
        <w:rPr>
          <w:rtl/>
        </w:rPr>
        <w:t>ג. בַּלַּיְלָה הָרְחוֹב מוּאָר.  ← תְּאוּרַת רְחוֹבוֹת</w:t>
      </w:r>
    </w:p>
    <w:p>
      <w:pPr>
        <w:bidi/>
        <w:spacing w:before="0" w:after="100"/>
      </w:pPr>
      <w:r>
        <w:rPr>
          <w:rtl/>
        </w:rPr>
        <w:t>ד. בַּגִּנָּה הַצִּבּוּרִית שָׁתְלוּ פְּרָחִים.  ← טִפּוּחַ גִּנּוֹת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בָּעִיר הַדִּמְיוֹנִית גִּבְעַת הַדְּקָלִים בִּדְקוּ אֶת מִבְנֵי הַצִּבּוּר. הַשְׁלִימוּ: נָגִישׁ אוֹ לֹא נָגִישׁ?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מִבְנֶה</w:t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יֵשׁ בַּכְּנִיסָה?</w:t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נָגִישׁ אוֹ לֹא נָגִישׁ?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הַסִּפְרִיָּה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רַמְפָּה וּמַעֲלִית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נָגִישׁ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הַמַּתְנָ"ס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רַק מַדְרֵגוֹת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לֹא נָגִישׁ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הַמִּרְפָּאָה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דֶּלֶת רְחָבָה וְרַמְפָּה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נָגִישׁ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הָאוּלָם הַיָּשָׁן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מַדְרֵגוֹת צָרוֹת וּתְלוּלוֹת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לֹא נָגִישׁ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הַטַּבְלָה, מָה הֱיִיתֶם מַצִּיעִים לָעִירִיָּה לַעֲשׂוֹת בַּמַּתְנָ"ס? הַסְבִּירוּ.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לְהוֹסִיף רַמְפָּה (וְאִם צָרִיךְ גַּם מַעֲלִית), כְּדֵי שֶׁגַּם אָדָם בְּכִסֵּא גַּלְגַּלִּים אוֹ הוֹרֶה עִם עֲגָלָה יוּכְלוּ לְהִכָּנֵס.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הַמִּכְתָּב,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לְמִי כִּתְבוּ הַתַּלְמִידִים אֶת הַמִּכְתָּב?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לְרֹאשׁ הַמּוֹעָצָה</w:t>
      </w:r>
    </w:p>
    <w:p>
      <w:pPr>
        <w:bidi/>
        <w:spacing w:before="0" w:after="20"/>
      </w:pPr>
      <w:r>
        <w:rPr>
          <w:rtl/>
        </w:rPr>
        <w:t>ב. מָה הַבְּעָיָה בַּגִּנָּה הַצִּבּוּרִית?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הַפָּנָסִים שְׁבוּרִים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לְפִי הַמִּכְתָּב, הַשְׁלִימוּ אֶת הַבְּעָיוֹת וְאֶת הַפִּתְרוֹנוֹת.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הַבְּעָיָה</w:t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הַפִּתְרוֹן שֶׁהַתַּלְמִידִים בִּקְּשׁוּ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מֵעֵבֶר הַחֲצִיָּה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הַמִּדְרָכָה גְּבוֹהָה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לְהַנְמִיךְ אֶת הַמִּדְרָכָה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הַגִּנָּה הַצִּבּוּרִית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הַפָּנָסִים שְׁבוּרִים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לְתַקֵּן אֶת הַפָּנָסִים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לְיַד הַמַּרְכּוֹל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פַּחֵי אַשְׁפָּה מְלֵאִים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לְפַנּוֹת אֶת הָאַשְׁפָּה לְעִתִּים קְרוֹבוֹת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שַׂרְטְטוּ מַפָּה שֶׁל שְׁכוּנָה דִּמְיוֹנִית וּבָהּ בֵּית סֵפֶר, סִפְרִיָּה וּמִרְפָּאָה. מַקְּמוּ אוֹתָם קָרוֹב לַבָּתִּים וּלְתַחֲנַת אוֹטוֹבּוּס, וְהוֹסִיפוּ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שֶׁבָּהּ מִבְנֵי הַצִּבּוּר קְרוֹבִים לְאֵזוֹר הַמְּגוּרִים וּלְתַחֲנַת הָאוֹטוֹבּוּס, עִם מִקְרָא לִסְמָלִים.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חָשׁוּב שֶׁבֵּית הַסֵּפֶר יִהְיֶה קָרוֹב לַבָּתִּים שֶׁל הַתַּלְמִידִים.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כְּדֵי שֶׁהַתַּלְמִידִים יוּכְלוּ לְהַגִּיעַ בָּרֶגֶל בְּבִטְחָה וּבִזְמַן קָצָר, בְּלִי לִנְסֹעַ רָחוֹק.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כִּתְבוּ חֹק עֵזֶר אֶחָד שֶׁהֱיִיתֶם רוֹצִים שֶׁיִּהְיֶה בַּיִּשּׁוּב שֶׁלָּכֶם, וְהַסְבִּירוּ מַדּוּעַ.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אָסוּר לַחֲנוֹת עַל הַמִּדְרָכָה, כְּדֵי שֶׁהוֹלְכֵי רֶגֶל וְעֶגְלוֹת יוּכְלוּ לַעֲבֹר.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רֹאשׁ הָעִירִיָּה מַחֲלִיט הֵיכָן לִבְנוֹת סִפְרִיָּה חֲדָשָׁה: בְּמֶרְכַּז הָעִיר לְיַד תַּחֲנַת הָאוֹטוֹבּוּס, אוֹ בִּקְצֵה הָעִיר בְּמָקוֹם שֶׁאֵין אֵלָיו תַּחְבּוּרָה. מָה תַּמְלִיצוּ? תְּנוּ שְׁתֵּי סִבּוֹת.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בְּמֶרְכַּז הָעִיר: קָרוֹב לְרֹב הַתּוֹשָׁבִים, וְאֶפְשָׁר לְהַגִּיעַ בָּאוֹטוֹבּוּס גַּם בְּלִי רֶכֶב; כָּךְ יוֹתֵר אֲנָשִׁים יֵהָנוּ מֵהַסִּפְרִיָּה.</w:t>
      </w:r>
    </w:p>
    <w:p>
      <w:pPr>
        <w:bidi/>
        <w:spacing w:before="160" w:after="60"/>
      </w:pPr>
      <w:r>
        <w:rPr>
          <w:b/>
          <w:bCs/>
          <w:color w:val="B87900"/>
          <w:sz w:val="26"/>
          <w:szCs w:val="26"/>
          <w:rtl/>
        </w:rPr>
        <w:t>15. גִּזְרוּ אֶת הַכַּרְטִיסִים, וְהַדְבִּיקוּ לְיַד כָּל צֹרֶךְ אֶת מִבְנֵה הַצִּבּוּר שֶׁעוֹנֶה עָלָיו. (הַכַּרְטִיסִים לִגְזִירָה בְּעַמּוּד 6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רוֹצִים לִשְׁאֹל סֵפֶר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📚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סִפְרִיָּה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צָרִיךְ טִפּוּל רְפוּאִי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🏥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מִרְפָּאָה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רוֹצִים לְשַׂחֵק כַּדּוּרְסַל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🏀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מִגְרַשׁ סְפּוֹרְט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יְלָדִים לוֹמְדִים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בֵּית סֵפֶר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שׁוֹלְחִים מִכְתָּב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📮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דֹּאַר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B87900"/>
          <w:sz w:val="26"/>
          <w:szCs w:val="26"/>
          <w:rtl/>
        </w:rPr>
        <w:t>16. מִתְחוּ קַו מִכָּל שֵׁרוּת שֶׁל הָרָשׁוּת הַמְּקוֹמִית אֶל מָה שֶׁהוּא עוֹשֶׂה.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פִּנּוּי אַשְׁפָּה  ←  ב. שׁוֹמֵר עַל רְחוֹבוֹת נְקִיִּים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תְּאוּרַת רְחוֹב  ←  א. מְאִירָה אֶת הַדֶּרֶךְ בַּלַּיְלָה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כֶּבֶשׂ (רַמְפָּה) וּמַעֲלִית  ←  ג. נְגִישׁוּת לְכִסֵּא גַּלְגַּלִּים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גִּנּוּן  ←  ד. שׁוֹתֵל וּמַשְׁקֶה עֵצִים בַּגַּנִּים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