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מַחְוָן – שִׁנּוּיִים בַּיִּשּׁוּב וּבַמֶּרְחָב: תִּכְנוּן, פִּתּוּחַ וְשִׁמּוּר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הַחְלָטָה מֵרֹאשׁ אֵיפֹה יִבְנוּ בָּתִּים וּכְבִישִׁים נִקְרֵאת תִּכְנוּן.</w:t>
      </w:r>
    </w:p>
    <w:p>
      <w:pPr>
        <w:bidi/>
        <w:spacing w:before="0" w:after="40"/>
      </w:pPr>
      <w:r>
        <w:rPr>
          <w:rtl/>
        </w:rPr>
        <w:t>ב. בְּנִיָּה שֶׁל גֶּשֶׁר חָדָשׁ הִיא פִּתּוּחַ.</w:t>
      </w:r>
    </w:p>
    <w:p>
      <w:pPr>
        <w:bidi/>
        <w:spacing w:before="0" w:after="40"/>
      </w:pPr>
      <w:r>
        <w:rPr>
          <w:rtl/>
        </w:rPr>
        <w:t>ג. שְׁמִירָה עַל בִּנְיָן הִיסְטוֹרִי הִיא שִׁמּוּר.</w:t>
      </w:r>
    </w:p>
    <w:p>
      <w:pPr>
        <w:bidi/>
        <w:spacing w:before="0" w:after="40"/>
      </w:pPr>
      <w:r>
        <w:rPr>
          <w:rtl/>
        </w:rPr>
        <w:t>ד. יְרִיד שֶׁנִּמְשַׁךְ יוֹמַיִם הוּא שִׁנּוּי לִטְוָח קָצָר.</w:t>
      </w:r>
    </w:p>
    <w:p>
      <w:pPr>
        <w:bidi/>
        <w:spacing w:before="0" w:after="40"/>
      </w:pPr>
      <w:r>
        <w:rPr>
          <w:rtl/>
        </w:rPr>
        <w:t>ה. שְׁכוּנָה חֲדָשָׁה הִיא שִׁנּוּי לִטְוָח אָרֹךְ.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מַיְּנוּ: שִׁנּוּי לִטְוָח קָצָר אוֹ לִטְוָח אָרֹךְ?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טְוָח קָצָר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טְוָח אָרֹךְ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עֲבוֹדוֹת בַּכְּבִישׁ לְשָׁבוּעַ, דּוּכָנִים בַּחַג, חֲסִימַת רְחוֹב לַמֵּרוֹץ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שְׁכוּנָה חֲדָשָׁה, בֵּית סֵפֶר חָדָשׁ, גֶּשֶׁר חָדָשׁ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פְּעֻלָּה לַמֻּשָּׂג הַמַּתְאִים.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בּוֹנִים קַנְיוֹן חָדָשׁ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פִּתּוּחַ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מְשַׁפְּצִים בַּיִת יָשָׁן וְשׁוֹמְרִים עַל צוּרָתוֹ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תִּכְנוּן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מַחְלִיטִים אֵיפֹה יִהְיֶה בֵּית הַסֵּפֶר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שִׁמּוּר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שׁוֹמְרִים עַל חֻרְשָׁה וְלֹא בּוֹנִים בָּהּ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שִׁמּוּר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יִשּׁוּב יָכוֹל לְהִשְׁתַּנּוֹת עִם הַזְּמַן.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שִׁמּוּר פֵּרוּשׁוֹ לַהֲרֹס בִּנְיָנִים יְשָׁנִים.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שִׁמּוּר פֵּרוּשׁוֹ לִשְׁמֹר עַל בִּנְיָנִים וּמְקוֹמוֹת חֲשׁוּבִים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פִּתּוּחַ עָלוּל לִתְפֹּס שְׁטָחִים פְּתוּחִים.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מְתַכְנְנִים יִשּׁוּב רַק אַחֲרֵי שֶׁסִּיְּמוּ לִבְנוֹת אוֹתוֹ.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מְתַכְנְנִים לִפְנֵי שֶׁבּוֹנִים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בָּעִיר הַדִּמְיוֹנִית גִּבְעַת הַדְּקָלִים: לִפְנֵי 50 שָׁנָה הָיוּ בִּצְפוֹן הָעִיר שָׂדוֹת, וְהַיּוֹם יֵשׁ שָׁם שְׁכוּנָה. רְחוֹב הַגֶּפֶן הָיָה דֶּרֶךְ עָפָר, וְהַיּוֹם הוּא כְּבִישׁ סָלוּל. בֵּית הָעָם הַיָּשָׁן הָפַךְ לְמוּזֵאוֹן.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לִפְנֵי 50 שָׁנָה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הַיּוֹם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פִּתּוּחַ אוֹ שִׁמּוּר?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צְפוֹן הָעִיר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שָׂדוֹת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שְׁכוּנָה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פִּתּוּחַ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רְחוֹב הַגֶּפֶן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דֶּרֶךְ עָפָר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כְּבִישׁ סָלוּל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פִּתּוּחַ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בֵּית הָעָם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בִּנְיָן פָּעִיל לַתּוֹשָׁבִים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מוּזֵאוֹן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שִׁמּוּר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מֶה הָיָה פַּעַם בַּמָּקוֹם שֶׁבּוֹ נִמְצֵאת הַיּוֹם הַשְּׁכוּנָה בִּצְפוֹן הָעִיר?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שָׂדוֹת</w:t>
      </w:r>
    </w:p>
    <w:p>
      <w:pPr>
        <w:bidi/>
        <w:spacing w:before="0" w:after="20"/>
      </w:pPr>
      <w:r>
        <w:rPr>
          <w:rtl/>
        </w:rPr>
        <w:t>ב. אֵיזֶה מָקוֹם שׁוֹמֵר עַל הַהִיסְטוֹרְיָה שֶׁל הָעִיר?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הַמּוּזֵאוֹן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«הַחֻרְשָׁה שֶׁל הַשְּׁכוּנָה»: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הָעִירִיָּה רָצְתָה לִבְנוֹת בַּחֻרְשָׁה בֵּית סֵפֶר.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הָעִירִיָּה רָצְתָה לִבְנוֹת חַנְיוֹן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כָּל הַתּוֹשָׁבִים הִסְכִּימוּ עִם הַתָּכְנִית הָרִאשׁוֹנָה.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חֵלֶק מֵהַתּוֹשָׁבִים בִּקְּשׁוּ לִשְׁמֹר עַל הַחֻרְשָׁה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בַּסּוֹף נִשְׁאֲרוּ רֹב הָעֵצִים.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הַשְׁלִימוּ: מָה נַרְוִיחַ וּמָה נַפְסִיד מֵהַחַנְיוֹן?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שָׁאֲלָה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תְּשׁוּבָה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מָה נַרְוִיחַ?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מְקוֹם חֲנָיָה לְיַד הַמֶּרְכָּז הַמִּסְחָרִי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מָה נַפְסִיד?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עֵצִים, מָקוֹם לְשַׂחֵק וְלַעֲשׂוֹת פִּיקְנִיק, מָקוֹם לְקִנּוּן שֶׁל צִפּוֹרִים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לְפִי הַקֶּטַע, הַאִם הַהַחְלָטָה בַּסּוֹף הָיְתָה פִּתּוּחַ, שִׁמּוּר אוֹ גַּם וְגַם? הַסְבִּירוּ.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גַּם וְגַם: בָּנוּ חַנְיוֹן קָטָן (פִּתּוּחַ) וְשָׁמְרוּ עַל רֹב הָעֵצִים (שִׁמּוּר); מִצְאוּ אִזּוּן.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כִּתְבוּ לְיַד כָּל מִשְׁפָּט: פִּתּוּחַ אוֹ שִׁמּוּר.</w:t>
      </w:r>
    </w:p>
    <w:p>
      <w:pPr>
        <w:bidi/>
        <w:spacing w:before="0" w:after="100"/>
      </w:pPr>
      <w:r>
        <w:rPr>
          <w:rtl/>
        </w:rPr>
        <w:t>א. סָלְלוּ כְּבִישׁ חָדָשׁ אֶל אֵזוֹר הַתַּעֲשִׂיָּה.  ← פִּתּוּחַ</w:t>
      </w:r>
    </w:p>
    <w:p>
      <w:pPr>
        <w:bidi/>
        <w:spacing w:before="0" w:after="100"/>
      </w:pPr>
      <w:r>
        <w:rPr>
          <w:rtl/>
        </w:rPr>
        <w:t>ב. שִׁפְּצוּ אֶת תַּחֲנַת הָרַכֶּבֶת הַיְּשָׁנָה וְשָׁמְרוּ עַל צוּרָתָהּ.  ← שִׁמּוּר</w:t>
      </w:r>
    </w:p>
    <w:p>
      <w:pPr>
        <w:bidi/>
        <w:spacing w:before="0" w:after="100"/>
      </w:pPr>
      <w:r>
        <w:rPr>
          <w:rtl/>
        </w:rPr>
        <w:t>ג. הִכְרִיזוּ עַל הַמַּעְיָן כִּשְׁמוּרַת טֶבַע.  ← שִׁמּוּר</w:t>
      </w:r>
    </w:p>
    <w:p>
      <w:pPr>
        <w:bidi/>
        <w:spacing w:before="0" w:after="100"/>
      </w:pPr>
      <w:r>
        <w:rPr>
          <w:rtl/>
        </w:rPr>
        <w:t>ד. בָּנוּ שְׁכוּנָה חֲדָשָׁה עַל הַגִּבְעָה.  ← פִּתּוּחַ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שַׂרְטְטוּ אֶת אוֹתוֹ מָקוֹם פַּעֲמַיִם: «לִפְנֵי» – שָׂדֶה וְעֵצִים, וְ«אַחֲרֵי» – שְׁכוּנָה חֲדָשָׁה שֶׁיֵּשׁ בָּהּ גַּם גִּנָּה. 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שְׁנֵי שִׂרְטוּטִים זֶה לְצַד זֶה: שָׂדֶה וְעֵצִים, וְאַחַר כָּךְ בָּתִּים, כְּבִישׁ וְגִנָּה שֶׁשּׁוֹמֶרֶת עַל חֵלֶק מֵהָעֵצִים; מִקְרָא לִסְמָלִים.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שַׁאֲלוּ אֶת הַהוֹרִים אוֹ אֶת הַסָּבִים: מָה הִשְׁתַּנָּה בַּיִּשּׁוּב שֶׁלָּכֶם מֵאָז שֶׁהָיוּ יְלָדִים? כִּתְבוּ שְׁנֵי שִׁנּוּיִים.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נִבְנְתָה שְׁכוּנָה חֲדָשָׁה בִּמְקוֹם פַּרְדֵּס; נִפְתַּח קַנְיוֹן בַּכְּנִיסָה לַיִּשּׁוּב.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בְּעִירְכֶם מְתַכְנְנִים לִבְנוֹת מִגְדַּל מִשְׂרָדִים בִּמְקוֹם בִּנְיָן יָשָׁן וְיָפֶה מִלִּפְנֵי מֵאָה שָׁנָה. כִּתְבוּ נִמּוּק אֶחָד בְּעַד הַבְּנִיָּה וְנִמּוּק אֶחָד נֶגְדָּהּ.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בְּעַד: הַמִּגְדָּל יִתֵּן מְקוֹמוֹת עֲבוֹדָה וּמִשְׂרָדִים לַתּוֹשָׁבִים. נֶגֶד: הַבִּנְיָן הַיָּשָׁן הוּא חֵלֶק מֵהַהִיסְטוֹרְיָה שֶׁל הָעִיר, וּכְדַאי לְשַׁמֵּר אוֹתוֹ (אֶפְשָׁר לִבְנוֹת אֶת הַמִּגְדָּל בְּמָקוֹם אַחֵר).</w:t>
      </w:r>
    </w:p>
    <w:p>
      <w:pPr>
        <w:bidi/>
        <w:spacing w:before="160" w:after="60"/>
      </w:pPr>
      <w:r>
        <w:rPr>
          <w:b/>
          <w:bCs/>
          <w:color w:val="1A709E"/>
          <w:sz w:val="26"/>
          <w:szCs w:val="26"/>
          <w:rtl/>
        </w:rPr>
        <w:t>15. גִּזְרוּ אֶת הַכַּרְטִיסִים, וְהַדְבִּיקוּ לְפִי הַסֵּדֶר: אֵיךְ מִשְׁתַּנֶּה שֶׁטַח בַּיִּשּׁוּב מִשֶּׁתִּכְנוּן וְעַד שִׁמּוּשׁ. (הַכַּרְטִיסִים לִגְזִירָה בְּעַמּוּד 6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שֶׁטַח רֵיק בִּקְצֵה הַיִּשּׁוּב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📝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מְתַכְנְנִים וּמַחֲלִיטִים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🏗️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בּוֹנִים וּמְפַתְּחִים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🏘️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שְׁכוּנָה חֲדָשָׁה מוּכָנָה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1A709E"/>
          <w:sz w:val="26"/>
          <w:szCs w:val="26"/>
          <w:rtl/>
        </w:rPr>
        <w:t>16.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1A709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1A709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1A709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1A709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🏗️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🏛️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[ 1 ]   פִּתּוּחַ: בּוֹנִים כְּבִישׁ אוֹ שְׁכוּנָה חֲדָשָׁה.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[ 4 ]   שׁוֹמְרִים עַל שֶׁטַח פָּתוּחַ יָרֹק.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[ 3 ]   תִּכְנוּן: מַחֲלִיטִים מָה יִהְיֶה בַּשֶּׁטַח.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[ 2 ]   שִׁמּוּר: שׁוֹמְרִים עַל בִּנְיָן יָשָׁן וְחָשׁוּב.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