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9F4C28"/>
          <w:sz w:val="44"/>
          <w:szCs w:val="44"/>
          <w:rtl/>
        </w:rPr>
        <w:t>צְרִיכָה וְקַיָּמוֹת בַּיִּשּׁוּב: מַיִם, חַשְׁמַל, מִחְזוּר וְתַחְבּוּרָה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F4C28"/>
          <w:sz w:val="24"/>
          <w:szCs w:val="24"/>
          <w:rtl/>
        </w:rPr>
        <w:t>דַּף סִכּוּם: צְרִיכָה וְקַיָּמוֹת בַּיִּשּׁוּב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9F4C28"/>
          <w:sz w:val="28"/>
          <w:szCs w:val="28"/>
          <w:rtl/>
        </w:rPr>
        <w:t>◆ קַיָּמוֹת</w:t>
      </w:r>
    </w:p>
    <w:p>
      <w:pPr>
        <w:bidi/>
        <w:spacing w:before="0" w:after="40"/>
      </w:pPr>
      <w:r>
        <w:rPr>
          <w:rtl/>
        </w:rPr>
        <w:t>מִשְׁתַּמְּשִׁים בַּמַּיִם, בְּחַשְׁמַל וּבְמָזוֹן בְּחָכְמָה, בְּלִי בִּזְבּוּז, כְּדֵי שֶׁיִּשָּׁאֵר גַּם לַדּוֹרוֹת הַבָּאִים.</w:t>
      </w: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9F4C28"/>
          <w:sz w:val="28"/>
          <w:szCs w:val="28"/>
          <w:rtl/>
        </w:rPr>
        <w:t>◆ אֵיךְ חוֹסְכִים?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מַשְׁאָב</w:t>
            </w:r>
          </w:p>
        </w:tc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דֶּרֶךְ לַחֲסֹךְ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מַיִם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מִקְלַחַת קְצָרָה, סוֹגְרִים אֶת הַבֶּרֶז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חַשְׁמַל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מַכַּבִּים אוֹר וּמַזְגָן, לוּחוֹת סוֹלָארִיִּים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מָזוֹן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קוֹנִים וּמְבַשְּׁלִים רַק מָה שֶׁצָּרִיךְ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תַּחְבּוּרָה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הֲלִיכָה, אוֹפַנַּיִם, אוֹטוֹבּוּס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9F4C28"/>
          <w:sz w:val="28"/>
          <w:szCs w:val="28"/>
          <w:rtl/>
        </w:rPr>
        <w:t>◆ פַּחֵי הַמַּחֲזוֹר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פַּח</w:t>
            </w:r>
          </w:p>
        </w:tc>
        <w:tc>
          <w:tcPr>
            <w:tcW w:type="dxa" w:w="4989"/>
            <w:shd w:val="clear" w:color="auto" w:fill="9f4c2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זוֹרְקִים בּוֹ?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כָּתֹם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אֲרִיזוֹת: בַּקְבּוּקֵי פְּלַסְטִיק, קֻפְסָאוֹת שִׁמּוּרִים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כָּחֹל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נְיָר: עִתּוֹנִים, מַחְבָּרוֹת יְשָׁנוֹת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סָגֹל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זְכוּכִית: צִנְצָנוֹת וּבַקְבּוּקֵי זְכוּכִית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שְׁלוֹשָׁה צְעָדִים לְקַיָּמוֹת: לִצְרֹךְ פָּחוֹת, לְהִשְׁתַּמֵּשׁ שׁוּב, וּלְמַחְזֵר.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נֹעָה סִיְּמָה צִנְצֶנֶת רִבָּה מִזְּכוּכִית. לְאֵיזֶה פַּח תִּזְרֹק אוֹתָהּ?</w:t>
      </w:r>
    </w:p>
    <w:p>
      <w:pPr>
        <w:bidi/>
        <w:spacing w:before="0" w:after="20"/>
      </w:pPr>
      <w:r>
        <w:rPr>
          <w:rtl/>
        </w:rPr>
        <w:t>1. הַצִּנְצֶנֶת עֲשׂוּיָה זְכוּכִית.</w:t>
      </w:r>
    </w:p>
    <w:p>
      <w:pPr>
        <w:bidi/>
        <w:spacing w:before="0" w:after="20"/>
      </w:pPr>
      <w:r>
        <w:rPr>
          <w:rtl/>
        </w:rPr>
        <w:t>2. אֶת הַזְּכוּכִית מְמַחְזְרִים בַּפַּח הַסָּגֹל.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לַפַּח הַסָּגֹל</w:t>
      </w:r>
    </w:p>
    <w:p>
      <w:pPr>
        <w:bidi/>
        <w:spacing w:before="120" w:after="80"/>
      </w:pPr>
      <w:r>
        <w:rPr>
          <w:rFonts w:ascii="Aharoni" w:hAnsi="Aharoni" w:cs="Aharoni"/>
          <w:b/>
          <w:bCs/>
          <w:color w:val="9F4C28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בַּקְבּוּק פְּלַסְטִיק זוֹרְקִים לְפַח ה__________.</w:t>
      </w:r>
    </w:p>
    <w:p>
      <w:pPr>
        <w:bidi/>
        <w:spacing w:before="0" w:after="60"/>
      </w:pPr>
      <w:r>
        <w:rPr>
          <w:rtl/>
        </w:rPr>
        <w:t>ב. עִתּוֹן יָשָׁן זוֹרְקִים לְפַח ה__________.</w:t>
      </w:r>
    </w:p>
    <w:p>
      <w:pPr>
        <w:bidi/>
        <w:spacing w:before="0" w:after="60"/>
      </w:pPr>
      <w:r>
        <w:rPr>
          <w:rtl/>
        </w:rPr>
        <w:t>ג. חַשְׁמַל מֵאוֹר הַשֶּׁמֶשׁ מְיַצְּרִים בְּלוּחוֹת __________.</w:t>
      </w:r>
    </w:p>
    <w:p>
      <w:pPr>
        <w:bidi/>
        <w:spacing w:before="0" w:after="60"/>
      </w:pPr>
      <w:r>
        <w:rPr>
          <w:rtl/>
        </w:rPr>
        <w:t>ד. מִקְלַחַת קְצָרָה חוֹסֶכֶת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כָּתֹם · ב. כָּחֹל · ג. סוֹלָארִיִּים · ד. מַיִם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