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מוֹלֶדֶת, חֶבְרָה וְאֶזְרָחוּת · כִּתָּה ג'   |   דַּף עֲבוֹדָה</w:t>
      </w:r>
    </w:p>
    <w:p>
      <w:pPr>
        <w:bidi/>
        <w:spacing w:before="0" w:after="200"/>
      </w:pPr>
      <w:r>
        <w:rPr>
          <w:rFonts w:ascii="Arial" w:hAnsi="Arial" w:cs="Arial"/>
          <w:sz w:val="22"/>
          <w:szCs w:val="22"/>
          <w:rtl/>
        </w:rPr>
        <w:t>שֵׁם פְּרָטִי: ______________   שֵׁם מִשְׁפָּחָה: ______________   כִּתָּה: ______</w:t>
      </w:r>
    </w:p>
    <w:p>
      <w:pPr>
        <w:bidi/>
        <w:spacing w:before="0" w:after="120"/>
      </w:pPr>
      <w:r>
        <w:rPr>
          <w:rFonts w:ascii="Gisha" w:hAnsi="Gisha" w:cs="Gisha"/>
          <w:b/>
          <w:bCs/>
          <w:color w:val="9F4C28"/>
          <w:sz w:val="44"/>
          <w:szCs w:val="44"/>
          <w:rtl/>
        </w:rPr>
        <w:t>צְרִיכָה וְקַיָּמוֹת בַּיִּשּׁוּב: מַיִם, חַשְׁמַל, מִחְזוּר וְתַחְבּוּרָה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הַשְׁלִימוּ בְּעֶזְרַת הַמִּלִּים שֶׁבַּמַּחְסָן.</w:t>
      </w:r>
    </w:p>
    <w:p>
      <w:pPr>
        <w:bidi/>
        <w:spacing w:before="0" w:after="80"/>
      </w:pPr>
      <w:r>
        <w:rPr>
          <w:color w:val="9F4C28"/>
          <w:sz w:val="24"/>
          <w:szCs w:val="24"/>
          <w:rtl/>
        </w:rPr>
        <w:t>מַחְסַן מִלִּים: קַיָּמוֹת  |  מַחְזוֹר  |  הַתְּפִלָּה  |  סוֹלָארִיִּים  |  תַּחְבּוּרָה צִבּוּרִית</w:t>
      </w:r>
    </w:p>
    <w:p>
      <w:pPr>
        <w:bidi/>
        <w:spacing w:before="0" w:after="60"/>
      </w:pPr>
      <w:r>
        <w:rPr>
          <w:rtl/>
        </w:rPr>
        <w:t>א. שִׁמּוּשׁ חָכָם בַּמַּשְׁאַבִּים, בְּלִי בִּזְבּוּז, נִקְרָא __________.</w:t>
      </w:r>
    </w:p>
    <w:p>
      <w:pPr>
        <w:bidi/>
        <w:spacing w:before="0" w:after="60"/>
      </w:pPr>
      <w:r>
        <w:rPr>
          <w:rtl/>
        </w:rPr>
        <w:t>ב. הֲפִיכַת פְּסֹלֶת לְחֹמֶר חָדָשׁ נִקְרֵאת __________.</w:t>
      </w:r>
    </w:p>
    <w:p>
      <w:pPr>
        <w:bidi/>
        <w:spacing w:before="0" w:after="60"/>
      </w:pPr>
      <w:r>
        <w:rPr>
          <w:rtl/>
        </w:rPr>
        <w:t>ג. הוֹצָאַת הַמֶּלַח מִמֵּי הַיָּם נִקְרֵאת __________.</w:t>
      </w:r>
    </w:p>
    <w:p>
      <w:pPr>
        <w:bidi/>
        <w:spacing w:before="0" w:after="60"/>
      </w:pPr>
      <w:r>
        <w:rPr>
          <w:rtl/>
        </w:rPr>
        <w:t>ד. לוּחוֹת __________ מְיַצְּרִים חַשְׁמַל מֵאוֹר הַשֶּׁמֶשׁ.</w:t>
      </w:r>
    </w:p>
    <w:p>
      <w:pPr>
        <w:bidi/>
        <w:spacing w:before="0" w:after="60"/>
      </w:pPr>
      <w:r>
        <w:rPr>
          <w:rtl/>
        </w:rPr>
        <w:t>ה. אוֹטוֹבּוּס וְרַכֶּבֶת הֵם __________.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מַיְּנוּ אֶת הַפְּסֹלֶת לַפַּחִים.</w:t>
      </w:r>
    </w:p>
    <w:p>
      <w:pPr>
        <w:bidi/>
        <w:spacing w:before="0" w:after="80"/>
      </w:pPr>
      <w:r>
        <w:rPr>
          <w:color w:val="9F4C28"/>
          <w:sz w:val="24"/>
          <w:szCs w:val="24"/>
          <w:rtl/>
        </w:rPr>
        <w:t>הַמִּלִּים: בַּקְבּוּק פְּלַסְטִיק  |  עִתּוֹן  |  צִנְצֶנֶת זְכוּכִית  |  קֻפְסַת שִׁמּוּרִים  |  מַחְבֶּרֶת יְשָׁנָה  |  בַּקְבּוּק זְכוּכִית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פַּח כָּתֹם</w:t>
            </w:r>
          </w:p>
        </w:tc>
        <w:tc>
          <w:tcPr>
            <w:tcW w:type="dxa" w:w="3326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פַּח כָּחֹל</w:t>
            </w:r>
          </w:p>
        </w:tc>
        <w:tc>
          <w:tcPr>
            <w:tcW w:type="dxa" w:w="3326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פַּח סָגֹל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הַתְאִימוּ כָּל פְּעֻלָּה לַמַּשְׁאָב שֶׁהִיא חוֹסֶכֶת.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טוּר א</w:t>
            </w:r>
          </w:p>
        </w:tc>
        <w:tc>
          <w:tcPr>
            <w:tcW w:type="dxa" w:w="4989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טוּר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סוֹגְרִים אֶת הַבֶּרֶז בִּזְמַן צִחְצוּחַ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מָזוֹן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מְכַבִּים אֶת הָאוֹר בַּיְּצִיאָה מֵהַחֶדֶר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מַיִם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רוֹכְבִים עַל אוֹפַנַּיִם לְבֵית הַסֵּפֶר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דֶּלֶק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מְבַשְּׁלִים רַק כַּמָּה שֶׁצָּרִיךְ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חַשְׁמַל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נָכוֹן אוֹ לֹא נָכוֹן? תַּקְּנוּ אֶת הַמִּשְׁפָּטִים הַלֹּא נְכוֹנִים.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מִשְׁפָּט</w:t>
            </w:r>
          </w:p>
        </w:tc>
        <w:tc>
          <w:tcPr>
            <w:tcW w:type="dxa" w:w="2494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נָכוֹן</w:t>
            </w:r>
          </w:p>
        </w:tc>
        <w:tc>
          <w:tcPr>
            <w:tcW w:type="dxa" w:w="2494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לֹא נָכוֹן</w:t>
            </w:r>
          </w:p>
        </w:tc>
        <w:tc>
          <w:tcPr>
            <w:tcW w:type="dxa" w:w="2494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תִּקּוּן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הַכִּנֶּרֶת הִיא אֲגַם שֶׁל מַיִם מְתוּקִים.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בְּיִשְׂרָאֵל יוֹרֵד גֶּשֶׁם בְּעִקָּר בַּקַּיִץ.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נְסִיעָה בָּאוֹטוֹבּוּס מְזַהֶמֶת פָּחוֹת מִנְּסִיעָה שֶׁל הַרְבֵּה מְכוֹנִיּוֹת.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מַחְזוֹר פֵּרוּשׁוֹ לִזְרֹק הַכֹּל לְאוֹתוֹ פַּח.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בְּבֵית סֵפֶר דִּמְיוֹנִי בִּדְקוּ כַּמָּה פְּעָמִים בְּשָׁבוּעַ נִשְׁאַר אוֹר דּוֹלֵק בְּכִתָּה רֵיקָה: בַּג'1 – 8 פְּעָמִים, בַּג'2 – 2 פְּעָמִים, בַּג'3 – 5 פְּעָמִים. הַשְׁלִימוּ אֶת הַטַּבְלָה.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כִּתָּה</w:t>
            </w:r>
          </w:p>
        </w:tc>
        <w:tc>
          <w:tcPr>
            <w:tcW w:type="dxa" w:w="3326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פְּעָמִים בְּשָׁבוּעַ</w:t>
            </w:r>
          </w:p>
        </w:tc>
        <w:tc>
          <w:tcPr>
            <w:tcW w:type="dxa" w:w="3326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חָסְכָה אוֹ בִּזְבְּזָה?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ג'1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ג'2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ג'3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בָּאֶמְצַע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לְפִי הַטַּבְלָה, כִּתְבוּ לְכִתָּה ג'1 עֵצָה אַחַת לְחִסָּכוֹן בְּחַשְׁמַל.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20" w:after="40"/>
      </w:pPr>
      <w:r>
        <w:rPr>
          <w:rFonts w:ascii="Gisha" w:hAnsi="Gisha" w:cs="Gisha"/>
          <w:b/>
          <w:bCs/>
          <w:color w:val="9F4C28"/>
          <w:sz w:val="30"/>
          <w:szCs w:val="30"/>
          <w:rtl/>
        </w:rPr>
        <w:t>הַיּוֹם הַיָּרֹק בְּבֵית הַסֵּפֶר</w:t>
      </w:r>
    </w:p>
    <w:p>
      <w:pPr>
        <w:bidi/>
        <w:spacing w:before="0" w:after="80"/>
      </w:pPr>
      <w:r>
        <w:rPr>
          <w:rtl/>
        </w:rPr>
        <w:t>בְּיוֹם שְׁלִישִׁי חָגַג בֵּית הַסֵּפֶר שֶׁל תָּמָר אֶת «הַיּוֹם הַיָּרֹק». בַּבֹּקֶר הִגִּיעוּ רֹב הַתַּלְמִידִים בָּרֶגֶל אוֹ בְּאוֹפַנַּיִם, וְלֹא בְּרֶכֶב. בֶּחָצֵר הֻצְּבוּ פַּחִים בִּשְׁלוֹשָׁה צְבָעִים, וְהַתַּלְמִידִים לָמְדוּ מָה זוֹרְקִים לְכָל פַּח.</w:t>
      </w:r>
    </w:p>
    <w:p>
      <w:pPr>
        <w:bidi/>
        <w:spacing w:before="0" w:after="80"/>
      </w:pPr>
      <w:r>
        <w:rPr>
          <w:rtl/>
        </w:rPr>
        <w:t>בַּהַפְסָקָה אָכְלוּ כֻּלָּם מִקֻּפְסָאוֹת אֹכֶל שֶׁאֶפְשָׁר לִשְׁטֹף, וְשָׁתוּ מִבַּקְבּוּקִים שֶׁמְּמַלְּאִים שׁוּב וָשׁוּב. בְּסוֹף הַיּוֹם סָפְרוּ הַמּוֹרִים: נֶאֶסְפוּ שְׁלוֹשָׁה שַׂקִּים שֶׁל בַּקְבּוּקִים וּשְׁנֵי שַׂקִּים שֶׁל נְיָר. מְנַהֶלֶת בֵּית הַסֵּפֶר אָמְרָה: «כָּל יוֹם יָכוֹל לִהְיוֹת יוֹם יָרֹק».</w:t>
      </w:r>
    </w:p>
    <w:p>
      <w:pPr>
        <w:bidi/>
        <w:spacing w:before="0" w:after="80"/>
      </w:pPr>
      <w:r>
        <w:rPr>
          <w:rtl/>
        </w:rPr>
        <w:t>הַמּוֹרֶה סִפְּרָה לַתַּלְמִידִים שֶׁגַּם בַּבַּיִת אֶפְשָׁר לַחֲסֹךְ: לְכַבּוֹת אֶת הָאוֹר בַּיְּצִיאָה מֵהַחֶדֶר וְלִסְגֹּר אֶת הַבֶּרֶז בִּזְמַן צִחְצוּחַ הַשִּׁנַּיִם.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לְפִי הַקֶּטַע «הַיּוֹם הַיָּרֹק», הַשְׁלִימוּ.</w:t>
      </w:r>
    </w:p>
    <w:p>
      <w:pPr>
        <w:bidi/>
        <w:spacing w:before="0" w:after="60"/>
      </w:pPr>
      <w:r>
        <w:rPr>
          <w:rtl/>
        </w:rPr>
        <w:t>א. רֹב הַתַּלְמִידִים הִגִּיעוּ בָּרֶגֶל אוֹ ב__________.</w:t>
      </w:r>
    </w:p>
    <w:p>
      <w:pPr>
        <w:bidi/>
        <w:spacing w:before="0" w:after="60"/>
      </w:pPr>
      <w:r>
        <w:rPr>
          <w:rtl/>
        </w:rPr>
        <w:t>ב. בֶּחָצֵר הֻצְּבוּ פַּחִים בִּשְׁלוֹשָׁה __________.</w:t>
      </w:r>
    </w:p>
    <w:p>
      <w:pPr>
        <w:bidi/>
        <w:spacing w:before="0" w:after="60"/>
      </w:pPr>
      <w:r>
        <w:rPr>
          <w:rtl/>
        </w:rPr>
        <w:t>ג. נֶאֶסְפוּ שְׁלוֹשָׁה שַׂקִּים שֶׁל __________.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לְפִי הַקֶּטַע, כִּתְבוּ שְׁתֵּי פְּעֻלּוֹת שֶׁעָשׂוּ הַתַּלְמִידִים כְּדֵי לִשְׁמֹר עַל הַסְּבִיבָה.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כִּתְבוּ לְיַד כָּל מִשְׁפָּט: חוֹסֵךְ אוֹ מְבַזְבֵּז.</w:t>
      </w:r>
    </w:p>
    <w:p>
      <w:pPr>
        <w:bidi/>
        <w:spacing w:before="0" w:after="100"/>
      </w:pPr>
      <w:r>
        <w:rPr>
          <w:rtl/>
        </w:rPr>
        <w:t>א. נֹעַם מַשְׁאִיר אֶת הַמַּזְגָן פּוֹעֵל כְּשֶׁהוּא יוֹצֵא מֵהַבַּיִת.</w:t>
      </w:r>
    </w:p>
    <w:p>
      <w:pPr>
        <w:bidi/>
        <w:spacing w:before="0" w:after="100"/>
      </w:pPr>
      <w:r>
        <w:rPr>
          <w:rtl/>
        </w:rPr>
        <w:t>ב. מִיכַל מְמַלֵּאת בַּקְבּוּק מַיִם מֵהַבֶּרֶז בִּמְקוֹם לִקְנוֹת בַּקְבּוּק חָדָשׁ.</w:t>
      </w:r>
    </w:p>
    <w:p>
      <w:pPr>
        <w:bidi/>
        <w:spacing w:before="0" w:after="100"/>
      </w:pPr>
      <w:r>
        <w:rPr>
          <w:rtl/>
        </w:rPr>
        <w:t>ג. אוּרִי מִתְקַלֵּחַ חֲצִי שָׁעָה.</w:t>
      </w:r>
    </w:p>
    <w:p>
      <w:pPr>
        <w:bidi/>
        <w:spacing w:before="0" w:after="100"/>
      </w:pPr>
      <w:r>
        <w:rPr>
          <w:rtl/>
        </w:rPr>
        <w:t>ד. דָּנִיֵּאל רוֹכֵב עַל אוֹפַנַּיִם לַחוּג.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עָצְבוּ כְּרָזָה לְפִנַּת הַמַּחְזוֹר בַּכִּתָּה: שַׂרְטְטוּ אֶת שְׁלֹשֶׁת הַפַּחִים, וְכִתְבוּ מִתַּחַת לְכָל פַּח דֻּגְמָה שֶׁל מָה זוֹרְקִים בּוֹ.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הַסְבִּירוּ מַדּוּעַ חָשׁוּב לַחֲסֹךְ בְּמַיִם בְּיִשְׂרָאֵל.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כִּתְבוּ שְׁנֵי דְּבָרִים שֶׁאַתֶּם אוֹ הַמִּשְׁפָּחָה שֶׁלָּכֶם יְכוֹלִים לַעֲשׂוֹת בַּבַּיִת כְּדֵי לַחֲסֹךְ בְּחַשְׁמַל אוֹ בְּמַיִם.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14. אֶתְגָּר: בְּעִיר דִּמְיוֹנִית יֵשׁ פְּקָקִים וְרַעַשׁ בְּכָל בֹּקֶר לְיַד בֵּית הַסֵּפֶר. הַצִּיעוּ שְׁתֵּי דְּרָכִים לִפְתֹּר אֶת הַבְּעָיָה, וְהַסְבִּירוּ אֵיךְ כָּל אַחַת עוֹזֶרֶת גַּם לַסְּבִיבָה.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color w:val="9F4C28"/>
          <w:sz w:val="26"/>
          <w:szCs w:val="26"/>
          <w:rtl/>
        </w:rPr>
        <w:t>15. גִּזְרוּ אֶת כַּרְטִיסֵי הַפְּסֹלֶת, וְהַדְבִּיקוּ כָּל אֶחָד מִתַּחַת לְפַח הַמַּחְזוֹר הַמַּתְאִים. (גִּזְרוּ מֵעַמּוּד 6)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</w:pPr>
            <w:r>
              <w:rPr>
                <w:b/>
                <w:bCs/>
                <w:sz w:val="25"/>
                <w:szCs w:val="25"/>
                <w:rtl/>
              </w:rPr>
              <w:t>הַפַּח הַכָּתֹם – אֲרִיזוֹת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</w:pPr>
            <w:r>
              <w:rPr>
                <w:b/>
                <w:bCs/>
                <w:sz w:val="25"/>
                <w:szCs w:val="25"/>
                <w:rtl/>
              </w:rPr>
              <w:t>הַפַּח הַכָּחֹל – נְיָר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</w:pPr>
            <w:r>
              <w:rPr>
                <w:b/>
                <w:bCs/>
                <w:sz w:val="25"/>
                <w:szCs w:val="25"/>
                <w:rtl/>
              </w:rPr>
              <w:t>הַפַּח הַסָּגֹל – זְכוּכִית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3288"/>
          </w:tcPr>
          <w:p>
            <w:pPr>
              <w:bidi/>
              <w:spacing w:before="0" w:after="0"/>
            </w:pP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color w:val="9F4C28"/>
          <w:sz w:val="26"/>
          <w:szCs w:val="26"/>
          <w:rtl/>
        </w:rPr>
        <w:t>16. קִרְאוּ אֶת בֵּאוּרֵי הַמִּלִּים.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בֵּאוּרֵי מִלִּים</w:t>
            </w:r>
          </w:p>
          <w:p>
            <w:pPr>
              <w:bidi/>
              <w:spacing w:before="0" w:after="40"/>
            </w:pPr>
            <w:r>
              <w:rPr>
                <w:b/>
                <w:bCs/>
                <w:sz w:val="24"/>
                <w:szCs w:val="24"/>
                <w:rtl/>
              </w:rPr>
              <w:t xml:space="preserve">קַיָּמוֹת – </w:t>
            </w:r>
            <w:r>
              <w:rPr>
                <w:sz w:val="24"/>
                <w:szCs w:val="24"/>
                <w:rtl/>
              </w:rPr>
              <w:t>שִׁמּוּשׁ בַּמַּשְׁאַבִּים כָּךְ שֶׁיִּשָּׁאֲרוּ גַּם לַדּוֹרוֹת הַבָּאִים</w:t>
            </w:r>
          </w:p>
          <w:p>
            <w:pPr>
              <w:bidi/>
              <w:spacing w:before="0" w:after="40"/>
            </w:pPr>
            <w:r>
              <w:rPr>
                <w:b/>
                <w:bCs/>
                <w:sz w:val="24"/>
                <w:szCs w:val="24"/>
                <w:rtl/>
              </w:rPr>
              <w:t xml:space="preserve">מַחְזוֹר – </w:t>
            </w:r>
            <w:r>
              <w:rPr>
                <w:sz w:val="24"/>
                <w:szCs w:val="24"/>
                <w:rtl/>
              </w:rPr>
              <w:t>הֲפִיכַת פְּסֹלֶת לְחֹמֶר שֶׁמִּשְׁתַּמְּשִׁים בּוֹ שׁוּב</w:t>
            </w:r>
          </w:p>
          <w:p>
            <w:pPr>
              <w:bidi/>
              <w:spacing w:before="0" w:after="40"/>
            </w:pPr>
            <w:r>
              <w:rPr>
                <w:b/>
                <w:bCs/>
                <w:sz w:val="24"/>
                <w:szCs w:val="24"/>
                <w:rtl/>
              </w:rPr>
              <w:t xml:space="preserve">חִסָּכוֹן – </w:t>
            </w:r>
            <w:r>
              <w:rPr>
                <w:sz w:val="24"/>
                <w:szCs w:val="24"/>
                <w:rtl/>
              </w:rPr>
              <w:t>שִׁמּוּשׁ רַק בְּמָה שֶׁצָּרִיךְ</w:t>
            </w:r>
          </w:p>
          <w:p>
            <w:pPr>
              <w:bidi/>
              <w:spacing w:before="0" w:after="40"/>
            </w:pPr>
            <w:r>
              <w:rPr>
                <w:b/>
                <w:bCs/>
                <w:sz w:val="24"/>
                <w:szCs w:val="24"/>
                <w:rtl/>
              </w:rPr>
              <w:t xml:space="preserve">תַּחְבּוּרָה צִבּוּרִית – </w:t>
            </w:r>
            <w:r>
              <w:rPr>
                <w:sz w:val="24"/>
                <w:szCs w:val="24"/>
                <w:rtl/>
              </w:rPr>
              <w:t>אוֹטוֹבּוּס וְרַכֶּבֶת שֶׁנּוֹסְעִים בָּהֶם הַרְבֵּה אֲנָשִׁים יַחַד</w:t>
            </w:r>
          </w:p>
        </w:tc>
      </w:tr>
    </w:tbl>
    <w:p>
      <w:pPr>
        <w:bidi/>
        <w:spacing w:before="0" w:after="40"/>
      </w:pPr>
    </w:p>
    <w:p>
      <w:pPr>
        <w:bidi/>
        <w:spacing w:before="0" w:after="40"/>
      </w:pPr>
      <w:r>
        <w:rPr>
          <w:b/>
          <w:bCs/>
          <w:sz w:val="25"/>
          <w:szCs w:val="25"/>
          <w:rtl/>
        </w:rPr>
        <w:t>✏️ בַּחֲרוּ שְׁתֵּי מִלִּים מִן הַבֵּאוּרִים, וְכִתְבוּ מִשְׁפָּט עִם כָּל אַחַת מֵהֶן.</w:t>
      </w:r>
    </w:p>
    <w:p>
      <w:pPr>
        <w:bidi/>
        <w:spacing w:before="0" w:after="120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120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80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דַּף גְּזִירָה – צְרִיכָה וְקַיָּמוֹת בַּיִּשּׁוּב: מַיִם, חַשְׁמַל, מִחְזוּר וְתַחְבּוּרָה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60"/>
      </w:pPr>
      <w:r>
        <w:rPr>
          <w:b/>
          <w:bCs/>
          <w:sz w:val="25"/>
          <w:szCs w:val="25"/>
          <w:rtl/>
        </w:rPr>
        <w:t>✂ גִּזְרוּ אֶת הַכַּרְטִיסִים לְאֹרֶךְ הַקַּו הַמְּקֻוְקָו וְהַדְבִּיקוּ בְּעַמּוּד 5, מְשִׂימָה 15.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🫙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sz w:val="24"/>
                <w:szCs w:val="24"/>
                <w:rtl/>
              </w:rPr>
              <w:t>צִנְצֶנֶת זְכוּכִית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📒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sz w:val="24"/>
                <w:szCs w:val="24"/>
                <w:rtl/>
              </w:rPr>
              <w:t>מַחְבֶּרֶת יְשָׁנָה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📄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sz w:val="24"/>
                <w:szCs w:val="24"/>
                <w:rtl/>
              </w:rPr>
              <w:t>דַּף נְיָר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📰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sz w:val="24"/>
                <w:szCs w:val="24"/>
                <w:rtl/>
              </w:rPr>
              <w:t>עִתּוֹן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🥫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sz w:val="24"/>
                <w:szCs w:val="24"/>
                <w:rtl/>
              </w:rPr>
              <w:t>קֻפְסַת שִׁמּוּרִים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🥤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sz w:val="24"/>
                <w:szCs w:val="24"/>
                <w:rtl/>
              </w:rPr>
              <w:t>קַרְטוֹן מַשְׁקֶה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🧴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sz w:val="24"/>
                <w:szCs w:val="24"/>
                <w:rtl/>
              </w:rPr>
              <w:t>בַּקְבּוּק פְּלַסְטִיק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🍾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sz w:val="24"/>
                <w:szCs w:val="24"/>
                <w:rtl/>
              </w:rPr>
              <w:t>בַּקְבּוּק זְכוּכִית</w:t>
            </w:r>
          </w:p>
        </w:tc>
      </w:tr>
    </w:tbl>
    <w:p>
      <w:pPr>
        <w:bidi/>
        <w:spacing w:before="0" w:after="120"/>
      </w:pP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B5562D"/>
        <w:left w:val="single" w:sz="18" w:space="22" w:color="B5562D"/>
        <w:bottom w:val="single" w:sz="18" w:space="22" w:color="B5562D"/>
        <w:right w:val="single" w:sz="18" w:space="22" w:color="B5562D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