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pPr>
      <w:r>
        <w:drawing>
          <wp:inline xmlns:a="http://schemas.openxmlformats.org/drawingml/2006/main" xmlns:pic="http://schemas.openxmlformats.org/drawingml/2006/picture">
            <wp:extent cx="936000" cy="234936"/>
            <wp:docPr id="1" name="Picture 1"/>
            <wp:cNvGraphicFramePr>
              <a:graphicFrameLocks noChangeAspect="1"/>
            </wp:cNvGraphicFramePr>
            <a:graphic>
              <a:graphicData uri="http://schemas.openxmlformats.org/drawingml/2006/picture">
                <pic:pic>
                  <pic:nvPicPr>
                    <pic:cNvPr id="0" name="logo_2.png"/>
                    <pic:cNvPicPr/>
                  </pic:nvPicPr>
                  <pic:blipFill>
                    <a:blip r:embed="rId10"/>
                    <a:stretch>
                      <a:fillRect/>
                    </a:stretch>
                  </pic:blipFill>
                  <pic:spPr>
                    <a:xfrm>
                      <a:off x="0" y="0"/>
                      <a:ext cx="936000" cy="234936"/>
                    </a:xfrm>
                    <a:prstGeom prst="rect"/>
                  </pic:spPr>
                </pic:pic>
              </a:graphicData>
            </a:graphic>
          </wp:inline>
        </w:drawing>
      </w:r>
    </w:p>
    <w:p>
      <w:pPr>
        <w:bidi/>
        <w:spacing w:before="0" w:after="80"/>
      </w:pPr>
    </w:p>
    <w:p>
      <w:pPr>
        <w:bidi/>
        <w:spacing w:before="0" w:after="80"/>
      </w:pPr>
    </w:p>
    <w:p>
      <w:pPr>
        <w:bidi/>
        <w:spacing w:before="0" w:after="80"/>
      </w:pPr>
      <w:r>
        <w:drawing>
          <wp:inline xmlns:a="http://schemas.openxmlformats.org/drawingml/2006/main" xmlns:pic="http://schemas.openxmlformats.org/drawingml/2006/picture">
            <wp:extent cx="3600000" cy="3600000"/>
            <wp:docPr id="2" name="Picture 2"/>
            <wp:cNvGraphicFramePr>
              <a:graphicFrameLocks noChangeAspect="1"/>
            </wp:cNvGraphicFramePr>
            <a:graphic>
              <a:graphicData uri="http://schemas.openxmlformats.org/drawingml/2006/picture">
                <pic:pic>
                  <pic:nvPicPr>
                    <pic:cNvPr id="0" name="geo_g3.jpg"/>
                    <pic:cNvPicPr/>
                  </pic:nvPicPr>
                  <pic:blipFill>
                    <a:blip r:embed="rId11"/>
                    <a:stretch>
                      <a:fillRect/>
                    </a:stretch>
                  </pic:blipFill>
                  <pic:spPr>
                    <a:xfrm>
                      <a:off x="0" y="0"/>
                      <a:ext cx="3600000" cy="3600000"/>
                    </a:xfrm>
                    <a:prstGeom prst="rect"/>
                  </pic:spPr>
                </pic:pic>
              </a:graphicData>
            </a:graphic>
          </wp:inline>
        </w:drawing>
      </w:r>
    </w:p>
    <w:p>
      <w:pPr>
        <w:bidi/>
        <w:spacing w:before="240" w:after="80"/>
      </w:pPr>
      <w:r>
        <w:rPr>
          <w:rFonts w:ascii="Arial" w:hAnsi="Arial" w:cs="Arial"/>
          <w:color w:val="0D7A7C"/>
          <w:sz w:val="36"/>
          <w:szCs w:val="36"/>
          <w:rtl/>
        </w:rPr>
        <w:t>חוֹבֶרֶת עֲבוֹדָה</w:t>
      </w:r>
    </w:p>
    <w:p>
      <w:pPr>
        <w:bidi/>
        <w:spacing w:before="0" w:after="80"/>
      </w:pPr>
      <w:r>
        <w:rPr>
          <w:rFonts w:ascii="Tahoma" w:hAnsi="Tahoma" w:cs="Tahoma"/>
          <w:b/>
          <w:bCs/>
          <w:color w:val="0D7A7C"/>
          <w:sz w:val="88"/>
          <w:szCs w:val="88"/>
          <w:rtl/>
        </w:rPr>
        <w:t>מוֹלֶדֶת, חֶבְרָה וְאֶזְרָחוּת</w:t>
      </w:r>
    </w:p>
    <w:p>
      <w:pPr>
        <w:bidi/>
        <w:spacing w:before="0" w:after="80"/>
      </w:pPr>
      <w:r>
        <w:rPr>
          <w:sz w:val="44"/>
          <w:szCs w:val="44"/>
          <w:rtl/>
        </w:rPr>
        <w:t>הַיִּשּׁוּב שֶׁלִּי · כִּתָּה ג'</w:t>
      </w:r>
    </w:p>
    <w:p>
      <w:pPr>
        <w:bidi/>
        <w:spacing w:before="0" w:after="80"/>
      </w:pPr>
      <w:r>
        <w:br w:type="page"/>
      </w:r>
    </w:p>
    <w:p>
      <w:pPr>
        <w:bidi/>
        <w:spacing w:before="0" w:after="120"/>
      </w:pPr>
      <w:r>
        <w:rPr>
          <w:rFonts w:ascii="Tahoma" w:hAnsi="Tahoma" w:cs="Tahoma"/>
          <w:b/>
          <w:bCs/>
          <w:color w:val="0D7A7C"/>
          <w:sz w:val="48"/>
          <w:szCs w:val="48"/>
          <w:rtl/>
        </w:rPr>
        <w:t>תֹּכֶן הָעִנְיָנִים</w:t>
      </w:r>
    </w:p>
    <w:tbl>
      <w:tblPr>
        <w:tblStyle w:val="TableGrid"/>
        <w:tblW w:type="auto" w:w="0"/>
        <w:tblLook w:firstColumn="1" w:firstRow="1" w:lastColumn="0" w:lastRow="0" w:noHBand="0" w:noVBand="1" w:val="04A0"/>
        <w:bidiVisual/>
      </w:tblPr>
      <w:tblGrid>
        <w:gridCol w:w="9978"/>
      </w:tblGrid>
      <w:tr>
        <w:tc>
          <w:tcPr>
            <w:tcW w:type="dxa" w:w="9978"/>
            <w:shd w:val="clear" w:color="auto" w:fill="0d7a7c"/>
          </w:tcPr>
          <w:p>
            <w:pPr>
              <w:bidi/>
              <w:spacing w:before="0" w:after="40"/>
            </w:pPr>
            <w:r>
              <w:rPr>
                <w:b/>
                <w:bCs/>
                <w:color w:val="FFFFFF"/>
                <w:rtl/>
              </w:rPr>
              <w:t>נוֹשֵׂא</w:t>
            </w:r>
          </w:p>
        </w:tc>
      </w:tr>
      <w:tr>
        <w:tc>
          <w:tcPr>
            <w:tcW w:type="dxa" w:w="9978"/>
          </w:tcPr>
          <w:p>
            <w:pPr>
              <w:bidi/>
              <w:spacing w:before="0" w:after="40"/>
            </w:pPr>
            <w:r>
              <w:rPr>
                <w:rtl/>
              </w:rPr>
              <w:t>מָבוֹא</w:t>
            </w:r>
          </w:p>
        </w:tc>
      </w:tr>
      <w:tr>
        <w:tc>
          <w:tcPr>
            <w:tcW w:type="dxa" w:w="9978"/>
          </w:tcPr>
          <w:p>
            <w:pPr>
              <w:bidi/>
              <w:spacing w:before="0" w:after="40"/>
            </w:pPr>
            <w:r>
              <w:rPr>
                <w:rtl/>
              </w:rPr>
              <w:t>פֶּרֶק 1: הַמַּפָּה שֶׁל הַסְּבִיבָה שֶׁלִּי: כִּוּוּנֵי רוּחַ, סְמָלִים, מִקְרָא וְתַצְלוּם אֲוִיר</w:t>
            </w:r>
          </w:p>
        </w:tc>
      </w:tr>
      <w:tr>
        <w:tc>
          <w:tcPr>
            <w:tcW w:type="dxa" w:w="9978"/>
          </w:tcPr>
          <w:p>
            <w:pPr>
              <w:bidi/>
              <w:spacing w:before="0" w:after="40"/>
            </w:pPr>
            <w:r>
              <w:rPr>
                <w:rtl/>
              </w:rPr>
              <w:t>פֶּרֶק 2: תּוֹפָעוֹת טִבְעִיּוֹת בַּיִּשּׁוּב וּבִסְבִיבָתוֹ: הָרִים וּגְבָעוֹת, מִישׁוֹרִים, עֲמָקִים וּנְחָלִים</w:t>
            </w:r>
          </w:p>
        </w:tc>
      </w:tr>
      <w:tr>
        <w:tc>
          <w:tcPr>
            <w:tcW w:type="dxa" w:w="9978"/>
          </w:tcPr>
          <w:p>
            <w:pPr>
              <w:bidi/>
              <w:spacing w:before="0" w:after="40"/>
            </w:pPr>
            <w:r>
              <w:rPr>
                <w:rtl/>
              </w:rPr>
              <w:t>פֶּרֶק 3: תּוֹפָעוֹת אֱנוֹשִׁיּוֹת וְשִׁמּוּשִׁי קַרְקַע: מְגוּרִים, מִסְחָר, תַּעֲשִׂיָּה, שֵׁרוּתִים וּשְׁטָחִים פְּתוּחִים</w:t>
            </w:r>
          </w:p>
        </w:tc>
      </w:tr>
      <w:tr>
        <w:tc>
          <w:tcPr>
            <w:tcW w:type="dxa" w:w="9978"/>
          </w:tcPr>
          <w:p>
            <w:pPr>
              <w:bidi/>
              <w:spacing w:before="0" w:after="40"/>
            </w:pPr>
            <w:r>
              <w:rPr>
                <w:rtl/>
              </w:rPr>
              <w:t>פֶּרֶק 4: אִרְגּוּן הַמֶּרְחָב בַּיִּשּׁוּב: מִבְנֵי צִבּוּר, שֵׁרוּתֵי הָרָשׁוּת הַמְּקוֹמִית וּנְגִישׁוּת</w:t>
            </w:r>
          </w:p>
        </w:tc>
      </w:tr>
      <w:tr>
        <w:tc>
          <w:tcPr>
            <w:tcW w:type="dxa" w:w="9978"/>
          </w:tcPr>
          <w:p>
            <w:pPr>
              <w:bidi/>
              <w:spacing w:before="0" w:after="40"/>
            </w:pPr>
            <w:r>
              <w:rPr>
                <w:rtl/>
              </w:rPr>
              <w:t>פֶּרֶק 5: שִׁנּוּיִים בַּיִּשּׁוּב וּבַמֶּרְחָב: תִּכְנוּן, פִּתּוּחַ וְשִׁמּוּר</w:t>
            </w:r>
          </w:p>
        </w:tc>
      </w:tr>
      <w:tr>
        <w:tc>
          <w:tcPr>
            <w:tcW w:type="dxa" w:w="9978"/>
          </w:tcPr>
          <w:p>
            <w:pPr>
              <w:bidi/>
              <w:spacing w:before="0" w:after="40"/>
            </w:pPr>
            <w:r>
              <w:rPr>
                <w:rtl/>
              </w:rPr>
              <w:t>פֶּרֶק 6: צְרִיכָה וְקַיָּמוֹת בַּיִּשּׁוּב: מַיִם, חַשְׁמַל, מִחְזוּר וְתַחְבּוּרָה</w:t>
            </w:r>
          </w:p>
        </w:tc>
      </w:tr>
      <w:tr>
        <w:tc>
          <w:tcPr>
            <w:tcW w:type="dxa" w:w="9978"/>
          </w:tcPr>
          <w:p>
            <w:pPr>
              <w:bidi/>
              <w:spacing w:before="0" w:after="40"/>
            </w:pPr>
            <w:r>
              <w:rPr>
                <w:rtl/>
              </w:rPr>
              <w:t>פֶּרֶק 7: סוּגֵי יִשּׁוּבִים וְיִשּׁוּבִים בַּסְּבִיבָה: עִיר, מוֹשָׁב, קִבּוּץ וּכְפָר, וּמִגְוַן הָאֻכְלוּסִיּוֹת</w:t>
            </w:r>
          </w:p>
        </w:tc>
      </w:tr>
      <w:tr>
        <w:tc>
          <w:tcPr>
            <w:tcW w:type="dxa" w:w="9978"/>
          </w:tcPr>
          <w:p>
            <w:pPr>
              <w:bidi/>
              <w:spacing w:before="0" w:after="40"/>
            </w:pPr>
            <w:r>
              <w:rPr>
                <w:rtl/>
              </w:rPr>
              <w:t>חֲזָרָה – מָה לָמַדְנוּ?</w:t>
            </w:r>
          </w:p>
        </w:tc>
      </w:tr>
      <w:tr>
        <w:tc>
          <w:tcPr>
            <w:tcW w:type="dxa" w:w="9978"/>
          </w:tcPr>
          <w:p>
            <w:pPr>
              <w:bidi/>
              <w:spacing w:before="0" w:after="40"/>
            </w:pPr>
            <w:r>
              <w:rPr>
                <w:rtl/>
              </w:rPr>
              <w:t>דַּפֵּי גְּזִירָה</w:t>
            </w:r>
          </w:p>
        </w:tc>
      </w:tr>
    </w:tbl>
    <w:p>
      <w:pPr>
        <w:bidi/>
        <w:spacing w:before="0" w:after="40"/>
      </w:pPr>
    </w:p>
    <w:p>
      <w:pPr>
        <w:bidi/>
        <w:spacing w:before="0" w:after="80"/>
      </w:pPr>
      <w:r>
        <w:br w:type="page"/>
      </w:r>
    </w:p>
    <w:p>
      <w:pPr>
        <w:bidi/>
        <w:spacing w:before="0" w:after="120"/>
      </w:pPr>
      <w:r>
        <w:rPr>
          <w:rFonts w:ascii="Tahoma" w:hAnsi="Tahoma" w:cs="Tahoma"/>
          <w:b/>
          <w:bCs/>
          <w:color w:val="0D7A7C"/>
          <w:sz w:val="48"/>
          <w:szCs w:val="48"/>
          <w:rtl/>
        </w:rPr>
        <w:t>מָבוֹא</w:t>
      </w:r>
    </w:p>
    <w:p>
      <w:pPr>
        <w:bidi/>
        <w:spacing w:before="0" w:after="120"/>
      </w:pPr>
      <w:r>
        <w:rPr>
          <w:rtl/>
        </w:rPr>
        <w:t>שָׁלוֹם לַתַּלְמִידוֹת וּלְתַלְמִידֵי כִּתָּה ג'!</w:t>
      </w:r>
    </w:p>
    <w:p>
      <w:pPr>
        <w:bidi/>
        <w:spacing w:before="0" w:after="120"/>
      </w:pPr>
      <w:r>
        <w:rPr>
          <w:rtl/>
        </w:rPr>
        <w:t>בַּחוֹבֶרֶת הַזֹּאת נֵצֵא לְמַסָּע בַּיִּשּׁוּב שֶׁלָּנוּ וּבִסְבִיבָתוֹ: נִלְמַד לִקְרֹא מַפָּה, נַכִּיר הָרִים, עֲמָקִים וּנְחָלִים, נְגַלֶּה לְמָה מִשְׁתַּמְּשִׁים בְּכָל חֵלֶק שֶׁל הַיִּשּׁוּב, מִי דּוֹאֵג לוֹ, אֵיךְ הוּא מִשְׁתַּנֶּה וְאֵיךְ שׁוֹמְרִים עָלָיו. בַּסּוֹף נַכִּיר יִשּׁוּבִים אֲחֵרִים וַאֲנָשִׁים שׁוֹנִים שֶׁחַיִּים בָּהֶם.</w:t>
      </w:r>
    </w:p>
    <w:p>
      <w:pPr>
        <w:bidi/>
        <w:spacing w:before="0" w:after="120"/>
      </w:pPr>
      <w:r>
        <w:rPr>
          <w:rtl/>
        </w:rPr>
        <w:t>בְּכָל פֶּרֶק יֵשׁ הֶסְבֵּר קָצָר עִם דֻּגְמָאוֹת, וְאַחֲרָיו תִּרְגּוּל. קִרְאוּ בְּעִיּוּן, שַׂרְטְטוּ, כִּתְבוּ, וְחִשְׁבוּ גַּם עַל הַיִּשּׁוּב שֶׁלָּכֶם. בְּהַצְלָחָה!</w:t>
      </w:r>
    </w:p>
    <w:p>
      <w:pPr>
        <w:bidi/>
        <w:spacing w:before="0" w:after="80"/>
      </w:pPr>
      <w:r>
        <w:br w:type="page"/>
      </w:r>
    </w:p>
    <w:p>
      <w:pPr>
        <w:bidi/>
        <w:spacing w:before="0" w:after="120"/>
      </w:pPr>
      <w:r>
        <w:rPr>
          <w:rFonts w:ascii="Arial" w:hAnsi="Arial" w:cs="Arial"/>
          <w:color w:val="5B6476"/>
          <w:sz w:val="20"/>
          <w:szCs w:val="20"/>
          <w:rtl/>
        </w:rPr>
        <w:t>מוֹלֶדֶת, חֶבְרָה וְאֶזְרָחוּת · כִּתָּה ג'   |   פֶּרֶק 1</w:t>
      </w:r>
    </w:p>
    <w:p>
      <w:pPr>
        <w:bidi/>
        <w:spacing w:before="0" w:after="120"/>
      </w:pPr>
      <w:r>
        <w:rPr>
          <w:rFonts w:ascii="Tahoma" w:hAnsi="Tahoma" w:cs="Tahoma"/>
          <w:b/>
          <w:bCs/>
          <w:color w:val="0D7A7C"/>
          <w:sz w:val="44"/>
          <w:szCs w:val="44"/>
          <w:rtl/>
        </w:rPr>
        <w:t>פֶּרֶק 1: הַמַּפָּה שֶׁל הַסְּבִיבָה שֶׁלִּי: כִּוּוּנֵי רוּחַ, סְמָלִים, מִקְרָא וְתַצְלוּם אֲוִיר</w:t>
      </w:r>
    </w:p>
    <w:p>
      <w:pPr>
        <w:bidi/>
        <w:spacing w:before="0" w:after="80"/>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geo_g3_t01.jpg"/>
                    <pic:cNvPicPr/>
                  </pic:nvPicPr>
                  <pic:blipFill>
                    <a:blip r:embed="rId12"/>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0D7A7C"/>
          <w:sz w:val="28"/>
          <w:szCs w:val="28"/>
          <w:rtl/>
        </w:rPr>
        <w:t>◆ מַפָּה</w:t>
      </w:r>
    </w:p>
    <w:p>
      <w:pPr>
        <w:bidi/>
        <w:spacing w:before="0" w:after="40"/>
      </w:pPr>
      <w:r>
        <w:rPr>
          <w:rtl/>
        </w:rPr>
        <w:t>מַפָּה הִיא צִיּוּר מֻקְטָן שֶׁל מָקוֹם, כְּפִי שֶׁהוּא נִרְאֶה מִלְּמַעְלָה.</w:t>
      </w:r>
    </w:p>
    <w:p>
      <w:pPr>
        <w:bidi/>
        <w:spacing w:before="120" w:after="40"/>
      </w:pPr>
      <w:r>
        <w:rPr>
          <w:rFonts w:ascii="Tahoma" w:hAnsi="Tahoma" w:cs="Tahoma"/>
          <w:b/>
          <w:bCs/>
          <w:color w:val="0D7A7C"/>
          <w:sz w:val="28"/>
          <w:szCs w:val="28"/>
          <w:rtl/>
        </w:rPr>
        <w:t>◆ כִּוּוּנֵי הָרוּחַ בַּמַּפָּה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כִּוּוּן</w:t>
            </w:r>
          </w:p>
        </w:tc>
        <w:tc>
          <w:tcPr>
            <w:tcW w:type="dxa" w:w="3326"/>
            <w:shd w:val="clear" w:color="auto" w:fill="0d7a7c"/>
          </w:tcPr>
          <w:p>
            <w:pPr>
              <w:bidi/>
              <w:spacing w:before="0" w:after="40"/>
            </w:pPr>
            <w:r>
              <w:rPr>
                <w:b/>
                <w:bCs/>
                <w:color w:val="FFFFFF"/>
                <w:rtl/>
              </w:rPr>
              <w:t>אֵיפֹה בַּמַּפָּה?</w:t>
            </w:r>
          </w:p>
        </w:tc>
        <w:tc>
          <w:tcPr>
            <w:tcW w:type="dxa" w:w="3326"/>
            <w:shd w:val="clear" w:color="auto" w:fill="0d7a7c"/>
          </w:tcPr>
          <w:p>
            <w:pPr>
              <w:bidi/>
              <w:spacing w:before="0" w:after="40"/>
            </w:pPr>
            <w:r>
              <w:rPr>
                <w:b/>
                <w:bCs/>
                <w:color w:val="FFFFFF"/>
                <w:rtl/>
              </w:rPr>
              <w:t>סִימָן עוֹזֵר</w:t>
            </w:r>
          </w:p>
        </w:tc>
      </w:tr>
      <w:tr>
        <w:tc>
          <w:tcPr>
            <w:tcW w:type="dxa" w:w="3326"/>
          </w:tcPr>
          <w:p>
            <w:pPr>
              <w:bidi/>
              <w:spacing w:before="0" w:after="40"/>
            </w:pPr>
            <w:r>
              <w:rPr>
                <w:rtl/>
              </w:rPr>
              <w:t>צָפוֹן</w:t>
            </w:r>
          </w:p>
        </w:tc>
        <w:tc>
          <w:tcPr>
            <w:tcW w:type="dxa" w:w="3326"/>
          </w:tcPr>
          <w:p>
            <w:pPr>
              <w:bidi/>
              <w:spacing w:before="0" w:after="40"/>
            </w:pPr>
            <w:r>
              <w:rPr>
                <w:rtl/>
              </w:rPr>
              <w:t>לְמַעְלָה</w:t>
            </w:r>
          </w:p>
        </w:tc>
        <w:tc>
          <w:tcPr>
            <w:tcW w:type="dxa" w:w="3326"/>
          </w:tcPr>
          <w:p>
            <w:pPr>
              <w:bidi/>
              <w:spacing w:before="0" w:after="40"/>
            </w:pPr>
            <w:r>
              <w:rPr>
                <w:rtl/>
              </w:rPr>
              <w:t>חֵץ הַצָּפוֹן מַצְבִּיעַ אֵלָיו</w:t>
            </w:r>
          </w:p>
        </w:tc>
      </w:tr>
      <w:tr>
        <w:tc>
          <w:tcPr>
            <w:tcW w:type="dxa" w:w="3326"/>
          </w:tcPr>
          <w:p>
            <w:pPr>
              <w:bidi/>
              <w:spacing w:before="0" w:after="40"/>
            </w:pPr>
            <w:r>
              <w:rPr>
                <w:rtl/>
              </w:rPr>
              <w:t>דְּרוֹם</w:t>
            </w:r>
          </w:p>
        </w:tc>
        <w:tc>
          <w:tcPr>
            <w:tcW w:type="dxa" w:w="3326"/>
          </w:tcPr>
          <w:p>
            <w:pPr>
              <w:bidi/>
              <w:spacing w:before="0" w:after="40"/>
            </w:pPr>
            <w:r>
              <w:rPr>
                <w:rtl/>
              </w:rPr>
              <w:t>לְמַטָּה</w:t>
            </w:r>
          </w:p>
        </w:tc>
        <w:tc>
          <w:tcPr>
            <w:tcW w:type="dxa" w:w="3326"/>
          </w:tcPr>
          <w:p>
            <w:pPr>
              <w:bidi/>
              <w:spacing w:before="0" w:after="40"/>
            </w:pPr>
            <w:r>
              <w:rPr>
                <w:rtl/>
              </w:rPr>
              <w:t>מוּל הַצָּפוֹן</w:t>
            </w:r>
          </w:p>
        </w:tc>
      </w:tr>
      <w:tr>
        <w:tc>
          <w:tcPr>
            <w:tcW w:type="dxa" w:w="3326"/>
          </w:tcPr>
          <w:p>
            <w:pPr>
              <w:bidi/>
              <w:spacing w:before="0" w:after="40"/>
            </w:pPr>
            <w:r>
              <w:rPr>
                <w:rtl/>
              </w:rPr>
              <w:t>מִזְרָח</w:t>
            </w:r>
          </w:p>
        </w:tc>
        <w:tc>
          <w:tcPr>
            <w:tcW w:type="dxa" w:w="3326"/>
          </w:tcPr>
          <w:p>
            <w:pPr>
              <w:bidi/>
              <w:spacing w:before="0" w:after="40"/>
            </w:pPr>
            <w:r>
              <w:rPr>
                <w:rtl/>
              </w:rPr>
              <w:t>מִיָּמִין</w:t>
            </w:r>
          </w:p>
        </w:tc>
        <w:tc>
          <w:tcPr>
            <w:tcW w:type="dxa" w:w="3326"/>
          </w:tcPr>
          <w:p>
            <w:pPr>
              <w:bidi/>
              <w:spacing w:before="0" w:after="40"/>
            </w:pPr>
            <w:r>
              <w:rPr>
                <w:rtl/>
              </w:rPr>
              <w:t>שָׁם הַשֶּׁמֶשׁ זוֹרַחַת</w:t>
            </w:r>
          </w:p>
        </w:tc>
      </w:tr>
      <w:tr>
        <w:tc>
          <w:tcPr>
            <w:tcW w:type="dxa" w:w="3326"/>
          </w:tcPr>
          <w:p>
            <w:pPr>
              <w:bidi/>
              <w:spacing w:before="0" w:after="40"/>
            </w:pPr>
            <w:r>
              <w:rPr>
                <w:rtl/>
              </w:rPr>
              <w:t>מַעֲרָב</w:t>
            </w:r>
          </w:p>
        </w:tc>
        <w:tc>
          <w:tcPr>
            <w:tcW w:type="dxa" w:w="3326"/>
          </w:tcPr>
          <w:p>
            <w:pPr>
              <w:bidi/>
              <w:spacing w:before="0" w:after="40"/>
            </w:pPr>
            <w:r>
              <w:rPr>
                <w:rtl/>
              </w:rPr>
              <w:t>מִשְּׂמֹאל</w:t>
            </w:r>
          </w:p>
        </w:tc>
        <w:tc>
          <w:tcPr>
            <w:tcW w:type="dxa" w:w="3326"/>
          </w:tcPr>
          <w:p>
            <w:pPr>
              <w:bidi/>
              <w:spacing w:before="0" w:after="40"/>
            </w:pPr>
            <w:r>
              <w:rPr>
                <w:rtl/>
              </w:rPr>
              <w:t>שָׁם הַשֶּׁמֶשׁ שׁוֹקַעַת</w:t>
            </w:r>
          </w:p>
        </w:tc>
      </w:tr>
    </w:tbl>
    <w:p>
      <w:pPr>
        <w:bidi/>
        <w:spacing w:before="0" w:after="40"/>
      </w:pPr>
    </w:p>
    <w:p>
      <w:pPr>
        <w:bidi/>
        <w:spacing w:before="120" w:after="40"/>
      </w:pPr>
      <w:r>
        <w:rPr>
          <w:rFonts w:ascii="Tahoma" w:hAnsi="Tahoma" w:cs="Tahoma"/>
          <w:b/>
          <w:bCs/>
          <w:color w:val="0D7A7C"/>
          <w:sz w:val="28"/>
          <w:szCs w:val="28"/>
          <w:rtl/>
        </w:rPr>
        <w:t>◆ סְמָלִים וּמִקְרָא</w:t>
      </w:r>
    </w:p>
    <w:p>
      <w:pPr>
        <w:bidi/>
        <w:spacing w:before="0" w:after="20"/>
      </w:pPr>
      <w:r>
        <w:rPr>
          <w:rtl/>
        </w:rPr>
        <w:t>1. סֵמֶל הוּא צֶבַע, קַו אוֹ צִיּוּר קָטָן שֶׁמְּיַצֵּג מַשֶּׁהוּ בַּמַּפָּה.</w:t>
      </w:r>
    </w:p>
    <w:p>
      <w:pPr>
        <w:bidi/>
        <w:spacing w:before="0" w:after="20"/>
      </w:pPr>
      <w:r>
        <w:rPr>
          <w:rtl/>
        </w:rPr>
        <w:t>2. הַמִּקְרָא מַסְבִּיר מָה כָּל סֵמֶל אוֹמֵר.</w:t>
      </w:r>
    </w:p>
    <w:p>
      <w:pPr>
        <w:bidi/>
        <w:spacing w:before="0" w:after="20"/>
      </w:pPr>
      <w:r>
        <w:rPr>
          <w:rtl/>
        </w:rPr>
        <w:t>3. כָּחֹל – מַיִם, יָרֹק – צִמְחִיָּה וּפַּארְקִים.</w:t>
      </w:r>
    </w:p>
    <w:p>
      <w:pPr>
        <w:bidi/>
        <w:spacing w:before="120" w:after="40"/>
      </w:pPr>
      <w:r>
        <w:rPr>
          <w:rFonts w:ascii="Tahoma" w:hAnsi="Tahoma" w:cs="Tahoma"/>
          <w:b/>
          <w:bCs/>
          <w:color w:val="0D7A7C"/>
          <w:sz w:val="28"/>
          <w:szCs w:val="28"/>
          <w:rtl/>
        </w:rPr>
        <w:t>◆ מַפָּה אוֹ תַּצְלוּם?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r>
          </w:p>
        </w:tc>
        <w:tc>
          <w:tcPr>
            <w:tcW w:type="dxa" w:w="3326"/>
            <w:shd w:val="clear" w:color="auto" w:fill="0d7a7c"/>
          </w:tcPr>
          <w:p>
            <w:pPr>
              <w:bidi/>
              <w:spacing w:before="0" w:after="40"/>
            </w:pPr>
            <w:r>
              <w:rPr>
                <w:b/>
                <w:bCs/>
                <w:color w:val="FFFFFF"/>
                <w:rtl/>
              </w:rPr>
              <w:t>מַפָּה</w:t>
            </w:r>
          </w:p>
        </w:tc>
        <w:tc>
          <w:tcPr>
            <w:tcW w:type="dxa" w:w="3326"/>
            <w:shd w:val="clear" w:color="auto" w:fill="0d7a7c"/>
          </w:tcPr>
          <w:p>
            <w:pPr>
              <w:bidi/>
              <w:spacing w:before="0" w:after="40"/>
            </w:pPr>
            <w:r>
              <w:rPr>
                <w:b/>
                <w:bCs/>
                <w:color w:val="FFFFFF"/>
                <w:rtl/>
              </w:rPr>
              <w:t>תַּצְלוּם אֲוִיר</w:t>
            </w:r>
          </w:p>
        </w:tc>
      </w:tr>
      <w:tr>
        <w:tc>
          <w:tcPr>
            <w:tcW w:type="dxa" w:w="3326"/>
          </w:tcPr>
          <w:p>
            <w:pPr>
              <w:bidi/>
              <w:spacing w:before="0" w:after="40"/>
            </w:pPr>
            <w:r>
              <w:rPr>
                <w:rtl/>
              </w:rPr>
              <w:t>אֵיךְ נוֹצַר?</w:t>
            </w:r>
          </w:p>
        </w:tc>
        <w:tc>
          <w:tcPr>
            <w:tcW w:type="dxa" w:w="3326"/>
          </w:tcPr>
          <w:p>
            <w:pPr>
              <w:bidi/>
              <w:spacing w:before="0" w:after="40"/>
            </w:pPr>
            <w:r>
              <w:rPr>
                <w:rtl/>
              </w:rPr>
              <w:t>מְצַיְּרִים</w:t>
            </w:r>
          </w:p>
        </w:tc>
        <w:tc>
          <w:tcPr>
            <w:tcW w:type="dxa" w:w="3326"/>
          </w:tcPr>
          <w:p>
            <w:pPr>
              <w:bidi/>
              <w:spacing w:before="0" w:after="40"/>
            </w:pPr>
            <w:r>
              <w:rPr>
                <w:rtl/>
              </w:rPr>
              <w:t>מְצַלְּמִים מִלְּמַעְלָה</w:t>
            </w:r>
          </w:p>
        </w:tc>
      </w:tr>
      <w:tr>
        <w:tc>
          <w:tcPr>
            <w:tcW w:type="dxa" w:w="3326"/>
          </w:tcPr>
          <w:p>
            <w:pPr>
              <w:bidi/>
              <w:spacing w:before="0" w:after="40"/>
            </w:pPr>
            <w:r>
              <w:rPr>
                <w:rtl/>
              </w:rPr>
              <w:t>יֵשׁ מִקְרָא וְשֵׁמוֹת?</w:t>
            </w:r>
          </w:p>
        </w:tc>
        <w:tc>
          <w:tcPr>
            <w:tcW w:type="dxa" w:w="3326"/>
          </w:tcPr>
          <w:p>
            <w:pPr>
              <w:bidi/>
              <w:spacing w:before="0" w:after="40"/>
            </w:pPr>
            <w:r>
              <w:rPr>
                <w:rtl/>
              </w:rPr>
              <w:t>כֵּן</w:t>
            </w:r>
          </w:p>
        </w:tc>
        <w:tc>
          <w:tcPr>
            <w:tcW w:type="dxa" w:w="3326"/>
          </w:tcPr>
          <w:p>
            <w:pPr>
              <w:bidi/>
              <w:spacing w:before="0" w:after="40"/>
            </w:pPr>
            <w:r>
              <w:rPr>
                <w:rtl/>
              </w:rPr>
              <w:t>לֹא</w:t>
            </w:r>
          </w:p>
        </w:tc>
      </w:tr>
      <w:tr>
        <w:tc>
          <w:tcPr>
            <w:tcW w:type="dxa" w:w="3326"/>
          </w:tcPr>
          <w:p>
            <w:pPr>
              <w:bidi/>
              <w:spacing w:before="0" w:after="40"/>
            </w:pPr>
            <w:r>
              <w:rPr>
                <w:rtl/>
              </w:rPr>
              <w:t>רוֹאִים הַכֹּל כְּמוֹ בַּמְּצִיאוּת?</w:t>
            </w:r>
          </w:p>
        </w:tc>
        <w:tc>
          <w:tcPr>
            <w:tcW w:type="dxa" w:w="3326"/>
          </w:tcPr>
          <w:p>
            <w:pPr>
              <w:bidi/>
              <w:spacing w:before="0" w:after="40"/>
            </w:pPr>
            <w:r>
              <w:rPr>
                <w:rtl/>
              </w:rPr>
              <w:t>לֹא, רַק אֶת מָה שֶׁבָּחֲרוּ לְצַיֵּר</w:t>
            </w:r>
          </w:p>
        </w:tc>
        <w:tc>
          <w:tcPr>
            <w:tcW w:type="dxa" w:w="3326"/>
          </w:tcPr>
          <w:p>
            <w:pPr>
              <w:bidi/>
              <w:spacing w:before="0" w:after="40"/>
            </w:pPr>
            <w:r>
              <w:rPr>
                <w:rtl/>
              </w:rPr>
              <w:t>כֵּן</w:t>
            </w:r>
          </w:p>
        </w:tc>
      </w:tr>
    </w:tbl>
    <w:p>
      <w:pPr>
        <w:bidi/>
        <w:spacing w:before="0" w:after="40"/>
      </w:pPr>
    </w:p>
    <w:p>
      <w:pPr>
        <w:bidi/>
        <w:spacing w:before="160" w:after="60"/>
      </w:pPr>
      <w:r>
        <w:rPr>
          <w:b/>
          <w:bCs/>
          <w:sz w:val="26"/>
          <w:szCs w:val="26"/>
          <w:rtl/>
        </w:rPr>
        <w:t>1. הַשְׁלִימוּ אֶת כִּוּוּנֵי הָרוּחַ.</w:t>
      </w:r>
    </w:p>
    <w:p>
      <w:pPr>
        <w:bidi/>
        <w:spacing w:before="0" w:after="60"/>
      </w:pPr>
      <w:r>
        <w:rPr>
          <w:rtl/>
        </w:rPr>
        <w:t>א. הַכִּוּוּן שֶׁמּוּל הַצָּפוֹן הוּא __________.</w:t>
      </w:r>
    </w:p>
    <w:p>
      <w:pPr>
        <w:bidi/>
        <w:spacing w:before="0" w:after="60"/>
      </w:pPr>
      <w:r>
        <w:rPr>
          <w:rtl/>
        </w:rPr>
        <w:t>ב. הַכִּוּוּן שֶׁמּוּל הַמִּזְרָח הוּא __________.</w:t>
      </w:r>
    </w:p>
    <w:p>
      <w:pPr>
        <w:bidi/>
        <w:spacing w:before="0" w:after="60"/>
      </w:pPr>
      <w:r>
        <w:rPr>
          <w:rtl/>
        </w:rPr>
        <w:t>ג. אַרְבַּעַת כִּוּוּנֵי הָרוּחַ הֵם: צָפוֹן, דְּרוֹם, מִזְרָח ו__________.</w:t>
      </w:r>
    </w:p>
    <w:p>
      <w:pPr>
        <w:bidi/>
        <w:spacing w:before="160" w:after="60"/>
      </w:pPr>
      <w:r>
        <w:rPr>
          <w:b/>
          <w:bCs/>
          <w:sz w:val="26"/>
          <w:szCs w:val="26"/>
          <w:rtl/>
        </w:rPr>
        <w:t>2. הַתְאִימוּ כָּל מֻשָּׂג לַהֶסְבֵּר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מִקְרָא</w:t>
            </w:r>
          </w:p>
        </w:tc>
        <w:tc>
          <w:tcPr>
            <w:tcW w:type="dxa" w:w="4989"/>
          </w:tcPr>
          <w:p>
            <w:pPr>
              <w:bidi/>
              <w:spacing w:before="0" w:after="40"/>
            </w:pPr>
            <w:r>
              <w:rPr>
                <w:rtl/>
              </w:rPr>
              <w:t>[   ] תְּמוּנָה שֶׁצֻּלְּמָה מִמָּטוֹס אוֹ מְרַחֲפָן</w:t>
            </w:r>
          </w:p>
        </w:tc>
      </w:tr>
      <w:tr>
        <w:tc>
          <w:tcPr>
            <w:tcW w:type="dxa" w:w="4989"/>
          </w:tcPr>
          <w:p>
            <w:pPr>
              <w:bidi/>
              <w:spacing w:before="0" w:after="40"/>
            </w:pPr>
            <w:r>
              <w:rPr>
                <w:rtl/>
              </w:rPr>
              <w:t>2. חֵץ צָפוֹן</w:t>
            </w:r>
          </w:p>
        </w:tc>
        <w:tc>
          <w:tcPr>
            <w:tcW w:type="dxa" w:w="4989"/>
          </w:tcPr>
          <w:p>
            <w:pPr>
              <w:bidi/>
              <w:spacing w:before="0" w:after="40"/>
            </w:pPr>
            <w:r>
              <w:rPr>
                <w:rtl/>
              </w:rPr>
              <w:t>[   ] סִימָן קָטָן שֶׁמְּיַצֵּג מַשֶּׁהוּ בַּמַּפָּה</w:t>
            </w:r>
          </w:p>
        </w:tc>
      </w:tr>
      <w:tr>
        <w:tc>
          <w:tcPr>
            <w:tcW w:type="dxa" w:w="4989"/>
          </w:tcPr>
          <w:p>
            <w:pPr>
              <w:bidi/>
              <w:spacing w:before="0" w:after="40"/>
            </w:pPr>
            <w:r>
              <w:rPr>
                <w:rtl/>
              </w:rPr>
              <w:t>3. תַּצְלוּם אֲוִיר</w:t>
            </w:r>
          </w:p>
        </w:tc>
        <w:tc>
          <w:tcPr>
            <w:tcW w:type="dxa" w:w="4989"/>
          </w:tcPr>
          <w:p>
            <w:pPr>
              <w:bidi/>
              <w:spacing w:before="0" w:after="40"/>
            </w:pPr>
            <w:r>
              <w:rPr>
                <w:rtl/>
              </w:rPr>
              <w:t>[   ] טַבְלָה שֶׁמַּסְבִּירָה אֶת הַסְּמָלִים</w:t>
            </w:r>
          </w:p>
        </w:tc>
      </w:tr>
      <w:tr>
        <w:tc>
          <w:tcPr>
            <w:tcW w:type="dxa" w:w="4989"/>
          </w:tcPr>
          <w:p>
            <w:pPr>
              <w:bidi/>
              <w:spacing w:before="0" w:after="40"/>
            </w:pPr>
            <w:r>
              <w:rPr>
                <w:rtl/>
              </w:rPr>
              <w:t>4. סֵמֶל</w:t>
            </w:r>
          </w:p>
        </w:tc>
        <w:tc>
          <w:tcPr>
            <w:tcW w:type="dxa" w:w="4989"/>
          </w:tcPr>
          <w:p>
            <w:pPr>
              <w:bidi/>
              <w:spacing w:before="0" w:after="40"/>
            </w:pPr>
            <w:r>
              <w:rPr>
                <w:rtl/>
              </w:rPr>
              <w:t>[   ] מַרְאֶה אֵיפֹה הַצָּפוֹן</w:t>
            </w:r>
          </w:p>
        </w:tc>
      </w:tr>
      <w:tr>
        <w:tc>
          <w:tcPr>
            <w:tcW w:type="dxa" w:w="4989"/>
          </w:tcPr>
          <w:p>
            <w:pPr>
              <w:bidi/>
              <w:spacing w:before="0" w:after="40"/>
            </w:pPr>
            <w:r>
              <w:rPr>
                <w:rtl/>
              </w:rPr>
              <w:t>5. תַּצְלוּם לַוְיָן</w:t>
            </w:r>
          </w:p>
        </w:tc>
        <w:tc>
          <w:tcPr>
            <w:tcW w:type="dxa" w:w="4989"/>
          </w:tcPr>
          <w:p>
            <w:pPr>
              <w:bidi/>
              <w:spacing w:before="0" w:after="40"/>
            </w:pPr>
            <w:r>
              <w:rPr>
                <w:rtl/>
              </w:rPr>
              <w:t>[   ] תְּמוּנָה שֶׁצֻּלְּמָה מֵהֶחָלָל</w:t>
            </w:r>
          </w:p>
        </w:tc>
      </w:tr>
    </w:tbl>
    <w:p>
      <w:pPr>
        <w:bidi/>
        <w:spacing w:before="0" w:after="40"/>
      </w:pPr>
    </w:p>
    <w:p>
      <w:pPr>
        <w:bidi/>
        <w:spacing w:before="160" w:after="60"/>
      </w:pPr>
      <w:r>
        <w:rPr>
          <w:b/>
          <w:bCs/>
          <w:sz w:val="26"/>
          <w:szCs w:val="26"/>
          <w:rtl/>
        </w:rPr>
        <w:t>3.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בַּמַּפָּה רוֹאִים אֶת הַמָּקוֹם מֵהַצַּד.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כֶּתֶם יָרֹק בַּמַּפָּה מְסַמֵּן בְּדֶרֶךְ כְּלָל פַּארְק אוֹ שֶׁטַח צִמְחִיָּה.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הַשֶּׁמֶשׁ שׁוֹקַעַת בַּמִּזְרָח.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בְּתַצְלוּם לַוְיָן אֶפְשָׁר לִרְאוֹת שֶׁטַח גָּדוֹל מְאוֹד.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מַיְּנוּ אֶת הַדְּבָרִים: מָה מְסַמְּנִים בַּמַּפָּה בְּכָחֹל וּמָה בְּיָרֹק?</w:t>
      </w:r>
    </w:p>
    <w:p>
      <w:pPr>
        <w:bidi/>
        <w:spacing w:before="0" w:after="80"/>
      </w:pPr>
      <w:r>
        <w:rPr>
          <w:color w:val="0D7A7C"/>
          <w:sz w:val="24"/>
          <w:szCs w:val="24"/>
          <w:rtl/>
        </w:rPr>
        <w:t>הַמִּלִּים: נַחַל  |  פַּארְק  |  בְּרֵכָה  |  יַעַר  |  יָם  |  גִּנָּה צִבּוּרִית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כָּחֹל</w:t>
            </w:r>
          </w:p>
        </w:tc>
        <w:tc>
          <w:tcPr>
            <w:tcW w:type="dxa" w:w="4989"/>
            <w:shd w:val="clear" w:color="auto" w:fill="0d7a7c"/>
          </w:tcPr>
          <w:p>
            <w:pPr>
              <w:bidi/>
              <w:spacing w:before="0" w:after="40"/>
            </w:pPr>
            <w:r>
              <w:rPr>
                <w:b/>
                <w:bCs/>
                <w:color w:val="FFFFFF"/>
                <w:rtl/>
              </w:rPr>
              <w:t>יָרֹק</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זֶהוּ מִקְרָא שֶׁל מַפַּת שְׁכוּנָה. הַשְׁלִימוּ אֶת הַסֵּמֶל אוֹ אֶת הַהֶסְבֵּר הֶחָסֵר.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סֵמֶל</w:t>
            </w:r>
          </w:p>
        </w:tc>
        <w:tc>
          <w:tcPr>
            <w:tcW w:type="dxa" w:w="4989"/>
            <w:shd w:val="clear" w:color="auto" w:fill="0d7a7c"/>
          </w:tcPr>
          <w:p>
            <w:pPr>
              <w:bidi/>
              <w:spacing w:before="0" w:after="40"/>
            </w:pPr>
            <w:r>
              <w:rPr>
                <w:b/>
                <w:bCs/>
                <w:color w:val="FFFFFF"/>
                <w:rtl/>
              </w:rPr>
              <w:t>הֶסְבֵּר</w:t>
            </w:r>
          </w:p>
        </w:tc>
      </w:tr>
      <w:tr>
        <w:tc>
          <w:tcPr>
            <w:tcW w:type="dxa" w:w="4989"/>
          </w:tcPr>
          <w:p>
            <w:pPr>
              <w:bidi/>
              <w:spacing w:before="0" w:after="40"/>
            </w:pPr>
            <w:r>
              <w:rPr>
                <w:rtl/>
              </w:rPr>
            </w:r>
          </w:p>
        </w:tc>
        <w:tc>
          <w:tcPr>
            <w:tcW w:type="dxa" w:w="4989"/>
          </w:tcPr>
          <w:p>
            <w:pPr>
              <w:bidi/>
              <w:spacing w:before="0" w:after="40"/>
            </w:pPr>
            <w:r>
              <w:rPr>
                <w:rtl/>
              </w:rPr>
              <w:t>מַיִם</w:t>
            </w:r>
          </w:p>
        </w:tc>
      </w:tr>
      <w:tr>
        <w:tc>
          <w:tcPr>
            <w:tcW w:type="dxa" w:w="4989"/>
          </w:tcPr>
          <w:p>
            <w:pPr>
              <w:bidi/>
              <w:spacing w:before="0" w:after="40"/>
            </w:pPr>
            <w:r>
              <w:rPr>
                <w:rtl/>
              </w:rPr>
              <w:t>כֶּתֶם יָרֹק</w:t>
            </w:r>
          </w:p>
        </w:tc>
        <w:tc>
          <w:tcPr>
            <w:tcW w:type="dxa" w:w="4989"/>
          </w:tcPr>
          <w:p>
            <w:pPr>
              <w:bidi/>
              <w:spacing w:before="0" w:after="40"/>
            </w:pPr>
            <w:r>
              <w:rPr>
                <w:rtl/>
              </w:rPr>
            </w:r>
          </w:p>
        </w:tc>
      </w:tr>
      <w:tr>
        <w:tc>
          <w:tcPr>
            <w:tcW w:type="dxa" w:w="4989"/>
          </w:tcPr>
          <w:p>
            <w:pPr>
              <w:bidi/>
              <w:spacing w:before="0" w:after="40"/>
            </w:pPr>
            <w:r>
              <w:rPr>
                <w:rtl/>
              </w:rPr>
            </w:r>
          </w:p>
        </w:tc>
        <w:tc>
          <w:tcPr>
            <w:tcW w:type="dxa" w:w="4989"/>
          </w:tcPr>
          <w:p>
            <w:pPr>
              <w:bidi/>
              <w:spacing w:before="0" w:after="40"/>
            </w:pPr>
            <w:r>
              <w:rPr>
                <w:rtl/>
              </w:rPr>
              <w:t>כְּבִישׁ רָאשִׁי</w:t>
            </w:r>
          </w:p>
        </w:tc>
      </w:tr>
      <w:tr>
        <w:tc>
          <w:tcPr>
            <w:tcW w:type="dxa" w:w="4989"/>
          </w:tcPr>
          <w:p>
            <w:pPr>
              <w:bidi/>
              <w:spacing w:before="0" w:after="40"/>
            </w:pPr>
            <w:r>
              <w:rPr>
                <w:rtl/>
              </w:rPr>
              <w:t>קַו מְקֻוְקָו</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6. תָּמָר עוֹמֶדֶת בַּכְּנִיסָה לְבֵית הַסֵּפֶר. בְּבֵית הַסֵּפֶר הַדִּמְיוֹנִי: הַסִּפְרִיָּה מִצָּפוֹן לַכְּנִיסָה, חֲדַר הַמּוֹרִים מִדָּרוֹם, הָאוּלָם מִמִּזְרָח וְהַמִּגְרָשׁ מִמַּעֲרָב. כִּתְבוּ לְאָן תָּמָר צְרִיכָה לָלֶכֶת.</w:t>
      </w:r>
    </w:p>
    <w:p>
      <w:pPr>
        <w:bidi/>
        <w:spacing w:before="0" w:after="100"/>
      </w:pPr>
      <w:r>
        <w:rPr>
          <w:rtl/>
        </w:rPr>
        <w:t>א. תָּמָר רוֹצָה לְשַׂחֵק בַּמִּגְרָשׁ.</w:t>
      </w:r>
    </w:p>
    <w:p>
      <w:pPr>
        <w:bidi/>
        <w:spacing w:before="0" w:after="100"/>
      </w:pPr>
      <w:r>
        <w:rPr>
          <w:rtl/>
        </w:rPr>
        <w:t>ב. תָּמָר רוֹצָה לְהַחֲזִיר סֵפֶר.</w:t>
      </w:r>
    </w:p>
    <w:p>
      <w:pPr>
        <w:bidi/>
        <w:spacing w:before="0" w:after="100"/>
      </w:pPr>
      <w:r>
        <w:rPr>
          <w:rtl/>
        </w:rPr>
        <w:t>ג. תָּמָר רוֹצָה לְהַגִּיעַ לָאוּלָם.</w:t>
      </w:r>
    </w:p>
    <w:p>
      <w:pPr>
        <w:bidi/>
        <w:spacing w:before="0" w:after="100"/>
      </w:pPr>
      <w:r>
        <w:rPr>
          <w:rtl/>
        </w:rPr>
        <w:t>ד. תָּמָר רוֹצָה לִמְסֹר פֶּתֶק לַמּוֹרָה.</w:t>
      </w:r>
    </w:p>
    <w:p>
      <w:pPr>
        <w:bidi/>
        <w:spacing w:before="120" w:after="40"/>
      </w:pPr>
      <w:r>
        <w:rPr>
          <w:rFonts w:ascii="Tahoma" w:hAnsi="Tahoma" w:cs="Tahoma"/>
          <w:b/>
          <w:bCs/>
          <w:color w:val="0D7A7C"/>
          <w:sz w:val="30"/>
          <w:szCs w:val="30"/>
          <w:rtl/>
        </w:rPr>
        <w:t>הָרַחֲפָן שֶׁל אוּרִי</w:t>
      </w:r>
    </w:p>
    <w:p>
      <w:pPr>
        <w:bidi/>
        <w:spacing w:before="0" w:after="80"/>
      </w:pPr>
      <w:r>
        <w:rPr>
          <w:rtl/>
        </w:rPr>
        <w:t>לְיוֹם הַהֻלֶּדֶת קִבֵּל אוּרִי רַחֲפָן קָטָן עִם מַצְלֵמָה. בְּשַׁבָּת הוּא הֵטִיס אוֹתוֹ מֵעַל הַשְּׁכוּנָה וְצִלֵּם תַּצְלוּמֵי אֲוִיר. בַּתַּצְלוּמִים רָאָה אוּרִי אֶת גַּגּוֹת הַבָּתִּים, אֶת הַמְּכוֹנִיּוֹת בָּרְחוֹב וְאֶת הָעֵצִים בַּגִּנָּה הַצִּבּוּרִית.</w:t>
      </w:r>
    </w:p>
    <w:p>
      <w:pPr>
        <w:bidi/>
        <w:spacing w:before="0" w:after="80"/>
      </w:pPr>
      <w:r>
        <w:rPr>
          <w:rtl/>
        </w:rPr>
        <w:t>אוּרִי רָצָה לִמְצֹא אֶת הַבַּיִת שֶׁל סָבְתָא, אֲבָל בַּתַּצְלוּם לֹא הָיוּ שֵׁמוֹת שֶׁל רְחוֹבוֹת. הוּא פָּתַח מַפָּה שֶׁל הַשְּׁכוּנָה, וְשָׁם מָצָא מִיָּד אֶת שֵׁם הָרְחוֹב. «בַּמַּפָּה יֵשׁ שֵׁמוֹת וּמִקְרָא», אָמַר אוּרִי, «וּבַתַּצְלוּם רוֹאִים הַכֹּל כְּמוֹ שֶׁהוּא בֶּאֱמֶת».</w:t>
      </w:r>
    </w:p>
    <w:p>
      <w:pPr>
        <w:bidi/>
        <w:spacing w:before="160" w:after="60"/>
      </w:pPr>
      <w:r>
        <w:rPr>
          <w:b/>
          <w:bCs/>
          <w:sz w:val="26"/>
          <w:szCs w:val="26"/>
          <w:rtl/>
        </w:rPr>
        <w:t>7. לְפִי הַקֶּטַע «הָרַחֲפָן שֶׁל אוּרִי»: נָכוֹן אוֹ 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אוּרִי צִלֵּם אֶת הַשְּׁכוּנָה מִלְּמַעְלָה.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בַּתַּצְלוּמִים הָיוּ שֵׁמוֹת שֶׁל רְחוֹבוֹת.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אוּרִי מָצָא אֶת שֵׁם הָרְחוֹב בַּמַּפָּה.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8. לְפִי הַקֶּטַע, מַדּוּעַ אוּרִי נֶעֱזָר בַּמַּפָּה וְלֹא רַק בַּתַּצְלוּם?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בַּחֲרוּ אֶת הַתְּשׁוּבָה הַנְּכוֹנָה.</w:t>
      </w:r>
    </w:p>
    <w:p>
      <w:pPr>
        <w:bidi/>
        <w:spacing w:before="0" w:after="20"/>
      </w:pPr>
      <w:r>
        <w:rPr>
          <w:rtl/>
        </w:rPr>
        <w:t>א. נֹעָה הוֹלֶכֶת מֵהַבַּיִת אֶל הַיָּם, וְהַיָּם נִמְצָא בַּמַּעֲרָב. לְאָן הִיא הוֹלֶכֶת?</w:t>
      </w:r>
    </w:p>
    <w:p>
      <w:pPr>
        <w:bidi/>
        <w:spacing w:before="0" w:after="80"/>
      </w:pPr>
      <w:r>
        <w:rPr>
          <w:rtl/>
        </w:rPr>
        <w:t xml:space="preserve">   ○ מִזְרָחָה      ○ מַעֲרָבָה      ○ צָפוֹנָה</w:t>
      </w:r>
    </w:p>
    <w:p>
      <w:pPr>
        <w:bidi/>
        <w:spacing w:before="0" w:after="20"/>
      </w:pPr>
      <w:r>
        <w:rPr>
          <w:rtl/>
        </w:rPr>
        <w:t>ב. מָה אֵין בְּתַצְלוּם אֲוִיר?</w:t>
      </w:r>
    </w:p>
    <w:p>
      <w:pPr>
        <w:bidi/>
        <w:spacing w:before="0" w:after="80"/>
      </w:pPr>
      <w:r>
        <w:rPr>
          <w:rtl/>
        </w:rPr>
        <w:t xml:space="preserve">   ○ גַּגּוֹת      ○ עֵצִים      ○ מִקְרָא</w:t>
      </w:r>
    </w:p>
    <w:p>
      <w:pPr>
        <w:bidi/>
        <w:spacing w:before="160" w:after="60"/>
      </w:pPr>
      <w:r>
        <w:rPr>
          <w:b/>
          <w:bCs/>
          <w:sz w:val="26"/>
          <w:szCs w:val="26"/>
          <w:rtl/>
        </w:rPr>
        <w:t>10. שַׂרְטְטוּ מַפָּה שֶׁל חֲצַר בֵּית הַסֵּפֶר שֶׁלָּכֶם. סַמְּנוּ בִּסְמָלִים לְפָחוֹת שְׁלוֹשָׁה מְקוֹמוֹת, הוֹסִיפוּ מִקְרָא וְחֵץ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כִּתְבוּ הוֹרָאוֹת הַגָּעָה קְצָרוֹת מֵהַכִּתָּה שֶׁלָּכֶם אֶל הַשַּׁעַר שֶׁל בֵּית הַסֵּפֶר. הִשְׁתַּמְּשׁוּ לְפָחוֹת בְּכִוּוּן אֶחָד (צָפוֹן, דְּרוֹם, מִזְרָח אוֹ מַעֲרָב).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הַסְבִּירוּ מַדּוּעַ בַּמַּפָּה מַקְטִינִים אֶת הַמָּקוֹם.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בַּבֹּקֶר, כְּשֶׁעֹמֶר הוֹלֵךְ לְבֵית הַסֵּפֶר, הַשֶּׁמֶשׁ מְסַנְוֶרֶת אוֹתוֹ מִלְּפָנִים. בְּאֵיזֶה כִּוּוּן הוּא הוֹלֵךְ? 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0D7A7C"/>
          <w:sz w:val="26"/>
          <w:szCs w:val="26"/>
          <w:rtl/>
        </w:rPr>
        <w:t>14. גִּזְרוּ אֶת כַּרְטִיסֵי הַסְּמָלִים, וְהַדְבִּיקוּ כָּל סֵמֶל לְיַד הַהֶסְבֵּר שֶׁלּוֹ בַּמִּקְרָא שֶׁל הַמַּפָּה. (גִּזְרוּ מֵעַמּוּד 50)</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pPr>
            <w:r>
              <w:rPr>
                <w:b/>
                <w:bCs/>
                <w:sz w:val="25"/>
                <w:szCs w:val="25"/>
                <w:rtl/>
              </w:rPr>
              <w:t>1.</w:t>
            </w:r>
          </w:p>
        </w:tc>
        <w:tc>
          <w:tcPr>
            <w:tcW w:type="dxa" w:w="7257"/>
            <w:vAlign w:val="center"/>
          </w:tcPr>
          <w:p>
            <w:pPr>
              <w:bidi/>
              <w:spacing w:before="0" w:after="0"/>
            </w:pPr>
            <w:r>
              <w:rPr>
                <w:sz w:val="25"/>
                <w:szCs w:val="25"/>
                <w:rtl/>
              </w:rPr>
              <w:t>בֵּית סֵפֶר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2.</w:t>
            </w:r>
          </w:p>
        </w:tc>
        <w:tc>
          <w:tcPr>
            <w:tcW w:type="dxa" w:w="7257"/>
            <w:vAlign w:val="center"/>
          </w:tcPr>
          <w:p>
            <w:pPr>
              <w:bidi/>
              <w:spacing w:before="0" w:after="0"/>
            </w:pPr>
            <w:r>
              <w:rPr>
                <w:sz w:val="25"/>
                <w:szCs w:val="25"/>
                <w:rtl/>
              </w:rPr>
              <w:t>בֵּית חוֹלִים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3.</w:t>
            </w:r>
          </w:p>
        </w:tc>
        <w:tc>
          <w:tcPr>
            <w:tcW w:type="dxa" w:w="7257"/>
            <w:vAlign w:val="center"/>
          </w:tcPr>
          <w:p>
            <w:pPr>
              <w:bidi/>
              <w:spacing w:before="0" w:after="0"/>
            </w:pPr>
            <w:r>
              <w:rPr>
                <w:sz w:val="25"/>
                <w:szCs w:val="25"/>
                <w:rtl/>
              </w:rPr>
              <w:t>גַּן צִבּוּרִי / עֵצִים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4.</w:t>
            </w:r>
          </w:p>
        </w:tc>
        <w:tc>
          <w:tcPr>
            <w:tcW w:type="dxa" w:w="7257"/>
            <w:vAlign w:val="center"/>
          </w:tcPr>
          <w:p>
            <w:pPr>
              <w:bidi/>
              <w:spacing w:before="0" w:after="0"/>
            </w:pPr>
            <w:r>
              <w:rPr>
                <w:sz w:val="25"/>
                <w:szCs w:val="25"/>
                <w:rtl/>
              </w:rPr>
              <w:t>תַּחֲנַת אוֹטוֹבּוּס</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5.</w:t>
            </w:r>
          </w:p>
        </w:tc>
        <w:tc>
          <w:tcPr>
            <w:tcW w:type="dxa" w:w="7257"/>
            <w:vAlign w:val="center"/>
          </w:tcPr>
          <w:p>
            <w:pPr>
              <w:bidi/>
              <w:spacing w:before="0" w:after="0"/>
            </w:pPr>
            <w:r>
              <w:rPr>
                <w:sz w:val="25"/>
                <w:szCs w:val="25"/>
                <w:rtl/>
              </w:rPr>
              <w:t>תַּחֲנַת דֶּלֶק</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bl>
    <w:p>
      <w:pPr>
        <w:bidi/>
        <w:spacing w:before="0" w:after="40"/>
      </w:pPr>
    </w:p>
    <w:p>
      <w:pPr>
        <w:bidi/>
        <w:spacing w:before="160" w:after="60"/>
      </w:pPr>
      <w:r>
        <w:rPr>
          <w:b/>
          <w:bCs/>
          <w:color w:val="0D7A7C"/>
          <w:sz w:val="26"/>
          <w:szCs w:val="26"/>
          <w:rtl/>
        </w:rPr>
        <w:t>15. הַתְאִימוּ תְּמוּנָה לַמִּשְׁפָּט: כִּתְבוּ בָּרִבּוּעַ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0D7A7C"/>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0D7A7C"/>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0D7A7C"/>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0D7A7C"/>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r>
    </w:tbl>
    <w:p>
      <w:pPr>
        <w:bidi/>
        <w:spacing w:before="0" w:after="40"/>
      </w:pPr>
    </w:p>
    <w:p>
      <w:pPr>
        <w:bidi/>
        <w:spacing w:before="0" w:after="60"/>
      </w:pPr>
      <w:r>
        <w:rPr>
          <w:sz w:val="25"/>
          <w:szCs w:val="25"/>
          <w:rtl/>
        </w:rPr>
        <w:t>[      ]   הַשֶּׁמֶשׁ זוֹרַחַת בַּמִּזְרָח.</w:t>
      </w:r>
    </w:p>
    <w:p>
      <w:pPr>
        <w:bidi/>
        <w:spacing w:before="0" w:after="60"/>
      </w:pPr>
      <w:r>
        <w:rPr>
          <w:sz w:val="25"/>
          <w:szCs w:val="25"/>
          <w:rtl/>
        </w:rPr>
        <w:t>[      ]   בַּמַּפָּה רוֹאִים אֶת הַיִּשּׁוּב מִלְּמַעְלָה, בַּסְּמָלִים.</w:t>
      </w:r>
    </w:p>
    <w:p>
      <w:pPr>
        <w:bidi/>
        <w:spacing w:before="0" w:after="60"/>
      </w:pPr>
      <w:r>
        <w:rPr>
          <w:sz w:val="25"/>
          <w:szCs w:val="25"/>
          <w:rtl/>
        </w:rPr>
        <w:t>[      ]   הַמַּצְפֵּן מַרְאֶה לָנוּ אֶת כִּוּוּנֵי הָרוּחַ.</w:t>
      </w:r>
    </w:p>
    <w:p>
      <w:pPr>
        <w:bidi/>
        <w:spacing w:before="0" w:after="60"/>
      </w:pPr>
      <w:r>
        <w:rPr>
          <w:sz w:val="25"/>
          <w:szCs w:val="25"/>
          <w:rtl/>
        </w:rPr>
        <w:t>[      ]   תַּצְלוּם אֲוִיר מְצַלְּמִים מִמָּטוֹס אוֹ מְרַחֲפָן.</w:t>
      </w:r>
    </w:p>
    <w:p>
      <w:pPr>
        <w:bidi/>
        <w:spacing w:before="0" w:after="80"/>
      </w:pPr>
      <w:r>
        <w:br w:type="page"/>
      </w:r>
    </w:p>
    <w:p>
      <w:pPr>
        <w:bidi/>
        <w:spacing w:before="0" w:after="120"/>
      </w:pPr>
      <w:r>
        <w:rPr>
          <w:rFonts w:ascii="Arial" w:hAnsi="Arial" w:cs="Arial"/>
          <w:color w:val="5B6476"/>
          <w:sz w:val="20"/>
          <w:szCs w:val="20"/>
          <w:rtl/>
        </w:rPr>
        <w:t>מוֹלֶדֶת, חֶבְרָה וְאֶזְרָחוּת · כִּתָּה ג'   |   פֶּרֶק 2</w:t>
      </w:r>
    </w:p>
    <w:p>
      <w:pPr>
        <w:bidi/>
        <w:spacing w:before="0" w:after="120"/>
      </w:pPr>
      <w:r>
        <w:rPr>
          <w:rFonts w:ascii="Tahoma" w:hAnsi="Tahoma" w:cs="Tahoma"/>
          <w:b/>
          <w:bCs/>
          <w:color w:val="0D7A7C"/>
          <w:sz w:val="44"/>
          <w:szCs w:val="44"/>
          <w:rtl/>
        </w:rPr>
        <w:t>פֶּרֶק 2: תּוֹפָעוֹת טִבְעִיּוֹת בַּיִּשּׁוּב וּבִסְבִיבָתוֹ: הָרִים וּגְבָעוֹת, מִישׁוֹרִים, עֲמָקִים וּנְחָלִים</w:t>
      </w:r>
    </w:p>
    <w:p>
      <w:pPr>
        <w:bidi/>
        <w:spacing w:before="0" w:after="80"/>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geo_g3_t02.jpg"/>
                    <pic:cNvPicPr/>
                  </pic:nvPicPr>
                  <pic:blipFill>
                    <a:blip r:embed="rId13"/>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0D7A7C"/>
          <w:sz w:val="28"/>
          <w:szCs w:val="28"/>
          <w:rtl/>
        </w:rPr>
        <w:t>◆ תּוֹפָעָה טִבְעִית אוֹ אֱנוֹשִׁית?</w:t>
      </w:r>
    </w:p>
    <w:p>
      <w:pPr>
        <w:bidi/>
        <w:spacing w:before="0" w:after="40"/>
      </w:pPr>
      <w:r>
        <w:rPr>
          <w:rtl/>
        </w:rPr>
        <w:t>תּוֹפָעָה טִבְעִית נוֹצְרָה בִּידֵי הַטֶּבַע (הַר, נַחַל). תּוֹפָעָה אֱנוֹשִׁית נוֹצְרָה בִּידֵי בְּנֵי אָדָם (בַּיִת, כְּבִישׁ, גֶּשֶׁר).</w:t>
      </w:r>
    </w:p>
    <w:p>
      <w:pPr>
        <w:bidi/>
        <w:spacing w:before="120" w:after="40"/>
      </w:pPr>
      <w:r>
        <w:rPr>
          <w:rFonts w:ascii="Tahoma" w:hAnsi="Tahoma" w:cs="Tahoma"/>
          <w:b/>
          <w:bCs/>
          <w:color w:val="0D7A7C"/>
          <w:sz w:val="28"/>
          <w:szCs w:val="28"/>
          <w:rtl/>
        </w:rPr>
        <w:t>◆ צוּרוֹת הַנּוֹף</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צוּרַת נוֹף</w:t>
            </w:r>
          </w:p>
        </w:tc>
        <w:tc>
          <w:tcPr>
            <w:tcW w:type="dxa" w:w="3326"/>
            <w:shd w:val="clear" w:color="auto" w:fill="0d7a7c"/>
          </w:tcPr>
          <w:p>
            <w:pPr>
              <w:bidi/>
              <w:spacing w:before="0" w:after="40"/>
            </w:pPr>
            <w:r>
              <w:rPr>
                <w:b/>
                <w:bCs/>
                <w:color w:val="FFFFFF"/>
                <w:rtl/>
              </w:rPr>
              <w:t>מָה מְיֻחָד בָּהּ?</w:t>
            </w:r>
          </w:p>
        </w:tc>
        <w:tc>
          <w:tcPr>
            <w:tcW w:type="dxa" w:w="3326"/>
            <w:shd w:val="clear" w:color="auto" w:fill="0d7a7c"/>
          </w:tcPr>
          <w:p>
            <w:pPr>
              <w:bidi/>
              <w:spacing w:before="0" w:after="40"/>
            </w:pPr>
            <w:r>
              <w:rPr>
                <w:b/>
                <w:bCs/>
                <w:color w:val="FFFFFF"/>
                <w:rtl/>
              </w:rPr>
              <w:t>דֻּגְמָה בְּיִשְׂרָאֵל</w:t>
            </w:r>
          </w:p>
        </w:tc>
      </w:tr>
      <w:tr>
        <w:tc>
          <w:tcPr>
            <w:tcW w:type="dxa" w:w="3326"/>
          </w:tcPr>
          <w:p>
            <w:pPr>
              <w:bidi/>
              <w:spacing w:before="0" w:after="40"/>
            </w:pPr>
            <w:r>
              <w:rPr>
                <w:rtl/>
              </w:rPr>
              <w:t>הַר</w:t>
            </w:r>
          </w:p>
        </w:tc>
        <w:tc>
          <w:tcPr>
            <w:tcW w:type="dxa" w:w="3326"/>
          </w:tcPr>
          <w:p>
            <w:pPr>
              <w:bidi/>
              <w:spacing w:before="0" w:after="40"/>
            </w:pPr>
            <w:r>
              <w:rPr>
                <w:rtl/>
              </w:rPr>
              <w:t>גָּבוֹהַּ, עִם מִדְרוֹנוֹת</w:t>
            </w:r>
          </w:p>
        </w:tc>
        <w:tc>
          <w:tcPr>
            <w:tcW w:type="dxa" w:w="3326"/>
          </w:tcPr>
          <w:p>
            <w:pPr>
              <w:bidi/>
              <w:spacing w:before="0" w:after="40"/>
            </w:pPr>
            <w:r>
              <w:rPr>
                <w:rtl/>
              </w:rPr>
              <w:t>הַר הַכַּרְמֶל, הַר תָּבוֹר</w:t>
            </w:r>
          </w:p>
        </w:tc>
      </w:tr>
      <w:tr>
        <w:tc>
          <w:tcPr>
            <w:tcW w:type="dxa" w:w="3326"/>
          </w:tcPr>
          <w:p>
            <w:pPr>
              <w:bidi/>
              <w:spacing w:before="0" w:after="40"/>
            </w:pPr>
            <w:r>
              <w:rPr>
                <w:rtl/>
              </w:rPr>
              <w:t>גִּבְעָה</w:t>
            </w:r>
          </w:p>
        </w:tc>
        <w:tc>
          <w:tcPr>
            <w:tcW w:type="dxa" w:w="3326"/>
          </w:tcPr>
          <w:p>
            <w:pPr>
              <w:bidi/>
              <w:spacing w:before="0" w:after="40"/>
            </w:pPr>
            <w:r>
              <w:rPr>
                <w:rtl/>
              </w:rPr>
              <w:t>נְמוּכָה מַהֵר, מִדְרוֹנוֹת מְתוּנִים</w:t>
            </w:r>
          </w:p>
        </w:tc>
        <w:tc>
          <w:tcPr>
            <w:tcW w:type="dxa" w:w="3326"/>
          </w:tcPr>
          <w:p>
            <w:pPr>
              <w:bidi/>
              <w:spacing w:before="0" w:after="40"/>
            </w:pPr>
            <w:r>
              <w:rPr>
                <w:rtl/>
              </w:rPr>
              <w:t>גְּבָעוֹת רַבּוֹת בַּשְּׁפֵלָה</w:t>
            </w:r>
          </w:p>
        </w:tc>
      </w:tr>
      <w:tr>
        <w:tc>
          <w:tcPr>
            <w:tcW w:type="dxa" w:w="3326"/>
          </w:tcPr>
          <w:p>
            <w:pPr>
              <w:bidi/>
              <w:spacing w:before="0" w:after="40"/>
            </w:pPr>
            <w:r>
              <w:rPr>
                <w:rtl/>
              </w:rPr>
              <w:t>מִישׁוֹר</w:t>
            </w:r>
          </w:p>
        </w:tc>
        <w:tc>
          <w:tcPr>
            <w:tcW w:type="dxa" w:w="3326"/>
          </w:tcPr>
          <w:p>
            <w:pPr>
              <w:bidi/>
              <w:spacing w:before="0" w:after="40"/>
            </w:pPr>
            <w:r>
              <w:rPr>
                <w:rtl/>
              </w:rPr>
              <w:t>שֶׁטַח שָׁטוּחַ וְיָשָׁר</w:t>
            </w:r>
          </w:p>
        </w:tc>
        <w:tc>
          <w:tcPr>
            <w:tcW w:type="dxa" w:w="3326"/>
          </w:tcPr>
          <w:p>
            <w:pPr>
              <w:bidi/>
              <w:spacing w:before="0" w:after="40"/>
            </w:pPr>
            <w:r>
              <w:rPr>
                <w:rtl/>
              </w:rPr>
              <w:t>מִישׁוֹר הַחוֹף</w:t>
            </w:r>
          </w:p>
        </w:tc>
      </w:tr>
      <w:tr>
        <w:tc>
          <w:tcPr>
            <w:tcW w:type="dxa" w:w="3326"/>
          </w:tcPr>
          <w:p>
            <w:pPr>
              <w:bidi/>
              <w:spacing w:before="0" w:after="40"/>
            </w:pPr>
            <w:r>
              <w:rPr>
                <w:rtl/>
              </w:rPr>
              <w:t>עֵמֶק</w:t>
            </w:r>
          </w:p>
        </w:tc>
        <w:tc>
          <w:tcPr>
            <w:tcW w:type="dxa" w:w="3326"/>
          </w:tcPr>
          <w:p>
            <w:pPr>
              <w:bidi/>
              <w:spacing w:before="0" w:after="40"/>
            </w:pPr>
            <w:r>
              <w:rPr>
                <w:rtl/>
              </w:rPr>
              <w:t>שֶׁטַח נָמוּךְ בֵּין הָרִים</w:t>
            </w:r>
          </w:p>
        </w:tc>
        <w:tc>
          <w:tcPr>
            <w:tcW w:type="dxa" w:w="3326"/>
          </w:tcPr>
          <w:p>
            <w:pPr>
              <w:bidi/>
              <w:spacing w:before="0" w:after="40"/>
            </w:pPr>
            <w:r>
              <w:rPr>
                <w:rtl/>
              </w:rPr>
              <w:t>עֵמֶק יִזְרְעֶאל</w:t>
            </w:r>
          </w:p>
        </w:tc>
      </w:tr>
    </w:tbl>
    <w:p>
      <w:pPr>
        <w:bidi/>
        <w:spacing w:before="0" w:after="40"/>
      </w:pPr>
    </w:p>
    <w:p>
      <w:pPr>
        <w:bidi/>
        <w:spacing w:before="120" w:after="40"/>
      </w:pPr>
      <w:r>
        <w:rPr>
          <w:rFonts w:ascii="Tahoma" w:hAnsi="Tahoma" w:cs="Tahoma"/>
          <w:b/>
          <w:bCs/>
          <w:color w:val="0D7A7C"/>
          <w:sz w:val="28"/>
          <w:szCs w:val="28"/>
          <w:rtl/>
        </w:rPr>
        <w:t>◆ נְחָלִים</w:t>
      </w:r>
    </w:p>
    <w:p>
      <w:pPr>
        <w:bidi/>
        <w:spacing w:before="0" w:after="20"/>
      </w:pPr>
      <w:r>
        <w:rPr>
          <w:rtl/>
        </w:rPr>
        <w:t>1. מַיִם זוֹרְמִים מֵהַגָּבוֹהַּ אֶל הַנָּמוּךְ.</w:t>
      </w:r>
    </w:p>
    <w:p>
      <w:pPr>
        <w:bidi/>
        <w:spacing w:before="0" w:after="20"/>
      </w:pPr>
      <w:r>
        <w:rPr>
          <w:rtl/>
        </w:rPr>
        <w:t>2. נַחַל אֵיתָן – מַיִם זוֹרְמִים בּוֹ כָּל הַשָּׁנָה.</w:t>
      </w:r>
    </w:p>
    <w:p>
      <w:pPr>
        <w:bidi/>
        <w:spacing w:before="0" w:after="20"/>
      </w:pPr>
      <w:r>
        <w:rPr>
          <w:rtl/>
        </w:rPr>
        <w:t>3. נַחַל אַכְזָב – מַיִם זוֹרְמִים בּוֹ רַק אַחֲרֵי גְּשָׁמִים.</w:t>
      </w:r>
    </w:p>
    <w:p>
      <w:pPr>
        <w:bidi/>
        <w:spacing w:before="160" w:after="60"/>
      </w:pPr>
      <w:r>
        <w:rPr>
          <w:b/>
          <w:bCs/>
          <w:sz w:val="26"/>
          <w:szCs w:val="26"/>
          <w:rtl/>
        </w:rPr>
        <w:t>1. הַשְׁלִימוּ.</w:t>
      </w:r>
    </w:p>
    <w:p>
      <w:pPr>
        <w:bidi/>
        <w:spacing w:before="0" w:after="60"/>
      </w:pPr>
      <w:r>
        <w:rPr>
          <w:rtl/>
        </w:rPr>
        <w:t>א. הַר תָּבוֹר בּוֹלֵט בַּנּוֹף בִּגְלַל צוּרָתוֹ ה__________.</w:t>
      </w:r>
    </w:p>
    <w:p>
      <w:pPr>
        <w:bidi/>
        <w:spacing w:before="0" w:after="60"/>
      </w:pPr>
      <w:r>
        <w:rPr>
          <w:rtl/>
        </w:rPr>
        <w:t>ב. מִישׁוֹר ה__________ נִמְשָׁךְ לְאֹרֶךְ הַיָּם הַתִּיכוֹן.</w:t>
      </w:r>
    </w:p>
    <w:p>
      <w:pPr>
        <w:bidi/>
        <w:spacing w:before="0" w:after="60"/>
      </w:pPr>
      <w:r>
        <w:rPr>
          <w:rtl/>
        </w:rPr>
        <w:t>ג. בְּנַחַל __________ זוֹרְמִים מַיִם כָּל הַשָּׁנָה.</w:t>
      </w:r>
    </w:p>
    <w:p>
      <w:pPr>
        <w:bidi/>
        <w:spacing w:before="160" w:after="60"/>
      </w:pPr>
      <w:r>
        <w:rPr>
          <w:b/>
          <w:bCs/>
          <w:sz w:val="26"/>
          <w:szCs w:val="26"/>
          <w:rtl/>
        </w:rPr>
        <w:t>2. הַתְאִימוּ כָּל מֻשָּׂג לַהֶסְבֵּר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מִדְרוֹן</w:t>
            </w:r>
          </w:p>
        </w:tc>
        <w:tc>
          <w:tcPr>
            <w:tcW w:type="dxa" w:w="4989"/>
          </w:tcPr>
          <w:p>
            <w:pPr>
              <w:bidi/>
              <w:spacing w:before="0" w:after="40"/>
            </w:pPr>
            <w:r>
              <w:rPr>
                <w:rtl/>
              </w:rPr>
              <w:t>[   ] זוֹרְמִים בּוֹ מַיִם רַק אַחֲרֵי גְּשָׁמִים</w:t>
            </w:r>
          </w:p>
        </w:tc>
      </w:tr>
      <w:tr>
        <w:tc>
          <w:tcPr>
            <w:tcW w:type="dxa" w:w="4989"/>
          </w:tcPr>
          <w:p>
            <w:pPr>
              <w:bidi/>
              <w:spacing w:before="0" w:after="40"/>
            </w:pPr>
            <w:r>
              <w:rPr>
                <w:rtl/>
              </w:rPr>
              <w:t>2. פִּסְגָּה</w:t>
            </w:r>
          </w:p>
        </w:tc>
        <w:tc>
          <w:tcPr>
            <w:tcW w:type="dxa" w:w="4989"/>
          </w:tcPr>
          <w:p>
            <w:pPr>
              <w:bidi/>
              <w:spacing w:before="0" w:after="40"/>
            </w:pPr>
            <w:r>
              <w:rPr>
                <w:rtl/>
              </w:rPr>
              <w:t>[   ] שֶׁטַח נָמוּךְ בֵּין הָרִים</w:t>
            </w:r>
          </w:p>
        </w:tc>
      </w:tr>
      <w:tr>
        <w:tc>
          <w:tcPr>
            <w:tcW w:type="dxa" w:w="4989"/>
          </w:tcPr>
          <w:p>
            <w:pPr>
              <w:bidi/>
              <w:spacing w:before="0" w:after="40"/>
            </w:pPr>
            <w:r>
              <w:rPr>
                <w:rtl/>
              </w:rPr>
              <w:t>3. נַחַל אֵיתָן</w:t>
            </w:r>
          </w:p>
        </w:tc>
        <w:tc>
          <w:tcPr>
            <w:tcW w:type="dxa" w:w="4989"/>
          </w:tcPr>
          <w:p>
            <w:pPr>
              <w:bidi/>
              <w:spacing w:before="0" w:after="40"/>
            </w:pPr>
            <w:r>
              <w:rPr>
                <w:rtl/>
              </w:rPr>
              <w:t>[   ] הַנְּקֻדָּה הַגְּבוֹהָה בְּיוֹתֵר בָּהָר</w:t>
            </w:r>
          </w:p>
        </w:tc>
      </w:tr>
      <w:tr>
        <w:tc>
          <w:tcPr>
            <w:tcW w:type="dxa" w:w="4989"/>
          </w:tcPr>
          <w:p>
            <w:pPr>
              <w:bidi/>
              <w:spacing w:before="0" w:after="40"/>
            </w:pPr>
            <w:r>
              <w:rPr>
                <w:rtl/>
              </w:rPr>
              <w:t>4. נַחַל אַכְזָב</w:t>
            </w:r>
          </w:p>
        </w:tc>
        <w:tc>
          <w:tcPr>
            <w:tcW w:type="dxa" w:w="4989"/>
          </w:tcPr>
          <w:p>
            <w:pPr>
              <w:bidi/>
              <w:spacing w:before="0" w:after="40"/>
            </w:pPr>
            <w:r>
              <w:rPr>
                <w:rtl/>
              </w:rPr>
              <w:t>[   ] הַצַּד הַמְּשֻׁפָּע שֶׁל הַר</w:t>
            </w:r>
          </w:p>
        </w:tc>
      </w:tr>
      <w:tr>
        <w:tc>
          <w:tcPr>
            <w:tcW w:type="dxa" w:w="4989"/>
          </w:tcPr>
          <w:p>
            <w:pPr>
              <w:bidi/>
              <w:spacing w:before="0" w:after="40"/>
            </w:pPr>
            <w:r>
              <w:rPr>
                <w:rtl/>
              </w:rPr>
              <w:t>5. עֵמֶק</w:t>
            </w:r>
          </w:p>
        </w:tc>
        <w:tc>
          <w:tcPr>
            <w:tcW w:type="dxa" w:w="4989"/>
          </w:tcPr>
          <w:p>
            <w:pPr>
              <w:bidi/>
              <w:spacing w:before="0" w:after="40"/>
            </w:pPr>
            <w:r>
              <w:rPr>
                <w:rtl/>
              </w:rPr>
              <w:t>[   ] זוֹרְמִים בּוֹ מַיִם כָּל הַשָּׁנָה</w:t>
            </w:r>
          </w:p>
        </w:tc>
      </w:tr>
    </w:tbl>
    <w:p>
      <w:pPr>
        <w:bidi/>
        <w:spacing w:before="0" w:after="40"/>
      </w:pPr>
    </w:p>
    <w:p>
      <w:pPr>
        <w:bidi/>
        <w:spacing w:before="160" w:after="60"/>
      </w:pPr>
      <w:r>
        <w:rPr>
          <w:b/>
          <w:bCs/>
          <w:sz w:val="26"/>
          <w:szCs w:val="26"/>
          <w:rtl/>
        </w:rPr>
        <w:t>3. מַיְּנוּ: מָה יָצַר הַטֶּבַע וּמָה יָצְרוּ בְּנֵי הָאָדָם?</w:t>
      </w:r>
    </w:p>
    <w:p>
      <w:pPr>
        <w:bidi/>
        <w:spacing w:before="0" w:after="80"/>
      </w:pPr>
      <w:r>
        <w:rPr>
          <w:color w:val="0D7A7C"/>
          <w:sz w:val="24"/>
          <w:szCs w:val="24"/>
          <w:rtl/>
        </w:rPr>
        <w:t>הַמִּלִּים: מַעְיָן  |  בְּרֵכָה  |  חֹרֶשׁ  |  פַּארְק  |  מְעָרָה  |  מִנְהָרָה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נוֹצַר בִּידֵי הַטֶּבַע</w:t>
            </w:r>
          </w:p>
        </w:tc>
        <w:tc>
          <w:tcPr>
            <w:tcW w:type="dxa" w:w="4989"/>
            <w:shd w:val="clear" w:color="auto" w:fill="0d7a7c"/>
          </w:tcPr>
          <w:p>
            <w:pPr>
              <w:bidi/>
              <w:spacing w:before="0" w:after="40"/>
            </w:pPr>
            <w:r>
              <w:rPr>
                <w:b/>
                <w:bCs/>
                <w:color w:val="FFFFFF"/>
                <w:rtl/>
              </w:rPr>
              <w:t>נוֹצַר בִּידֵי בְּנֵי הָאָדָם</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4.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עֵמֶק יִזְרְעֶאל מֻקָּף הָרִים.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הַר הַכַּרְמֶל הוּא תּוֹפָעָה אֱנוֹשִׁית.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פִּסְגָּה הִיא הַמָּקוֹם הַנָּמוּךְ בְּיוֹתֵר בָּהָר.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בַּנֶּגֶב רֹב הַנְּחָלִים הֵם נַחֲלֵי אַכְזָב.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צוּרַת נוֹף</w:t>
            </w:r>
          </w:p>
        </w:tc>
        <w:tc>
          <w:tcPr>
            <w:tcW w:type="dxa" w:w="3326"/>
            <w:shd w:val="clear" w:color="auto" w:fill="0d7a7c"/>
          </w:tcPr>
          <w:p>
            <w:pPr>
              <w:bidi/>
              <w:spacing w:before="0" w:after="40"/>
            </w:pPr>
            <w:r>
              <w:rPr>
                <w:b/>
                <w:bCs/>
                <w:color w:val="FFFFFF"/>
                <w:rtl/>
              </w:rPr>
              <w:t>גָּבוֹהַּ, נָמוּךְ אוֹ שָׁטוּחַ?</w:t>
            </w:r>
          </w:p>
        </w:tc>
        <w:tc>
          <w:tcPr>
            <w:tcW w:type="dxa" w:w="3326"/>
            <w:shd w:val="clear" w:color="auto" w:fill="0d7a7c"/>
          </w:tcPr>
          <w:p>
            <w:pPr>
              <w:bidi/>
              <w:spacing w:before="0" w:after="40"/>
            </w:pPr>
            <w:r>
              <w:rPr>
                <w:b/>
                <w:bCs/>
                <w:color w:val="FFFFFF"/>
                <w:rtl/>
              </w:rPr>
              <w:t>מָה נוֹחַ לַעֲשׂוֹת שָׁם?</w:t>
            </w:r>
          </w:p>
        </w:tc>
      </w:tr>
      <w:tr>
        <w:tc>
          <w:tcPr>
            <w:tcW w:type="dxa" w:w="3326"/>
          </w:tcPr>
          <w:p>
            <w:pPr>
              <w:bidi/>
              <w:spacing w:before="0" w:after="40"/>
            </w:pPr>
            <w:r>
              <w:rPr>
                <w:rtl/>
              </w:rPr>
              <w:t>פִּסְגַּת הַר</w:t>
            </w:r>
          </w:p>
        </w:tc>
        <w:tc>
          <w:tcPr>
            <w:tcW w:type="dxa" w:w="3326"/>
          </w:tcPr>
          <w:p>
            <w:pPr>
              <w:bidi/>
              <w:spacing w:before="0" w:after="40"/>
            </w:pPr>
            <w:r>
              <w:rPr>
                <w:rtl/>
              </w:rPr>
            </w:r>
          </w:p>
        </w:tc>
        <w:tc>
          <w:tcPr>
            <w:tcW w:type="dxa" w:w="3326"/>
          </w:tcPr>
          <w:p>
            <w:pPr>
              <w:bidi/>
              <w:spacing w:before="0" w:after="40"/>
            </w:pPr>
            <w:r>
              <w:rPr>
                <w:rtl/>
              </w:rPr>
              <w:t>לִצְפּוֹת לַמֶּרְחָק</w:t>
            </w:r>
          </w:p>
        </w:tc>
      </w:tr>
      <w:tr>
        <w:tc>
          <w:tcPr>
            <w:tcW w:type="dxa" w:w="3326"/>
          </w:tcPr>
          <w:p>
            <w:pPr>
              <w:bidi/>
              <w:spacing w:before="0" w:after="40"/>
            </w:pPr>
            <w:r>
              <w:rPr>
                <w:rtl/>
              </w:rPr>
              <w:t>מִישׁוֹר</w:t>
            </w:r>
          </w:p>
        </w:tc>
        <w:tc>
          <w:tcPr>
            <w:tcW w:type="dxa" w:w="3326"/>
          </w:tcPr>
          <w:p>
            <w:pPr>
              <w:bidi/>
              <w:spacing w:before="0" w:after="40"/>
            </w:pPr>
            <w:r>
              <w:rPr>
                <w:rtl/>
              </w:rPr>
              <w:t>שָׁטוּחַ</w:t>
            </w:r>
          </w:p>
        </w:tc>
        <w:tc>
          <w:tcPr>
            <w:tcW w:type="dxa" w:w="3326"/>
          </w:tcPr>
          <w:p>
            <w:pPr>
              <w:bidi/>
              <w:spacing w:before="0" w:after="40"/>
            </w:pPr>
            <w:r>
              <w:rPr>
                <w:rtl/>
              </w:rPr>
            </w:r>
          </w:p>
        </w:tc>
      </w:tr>
      <w:tr>
        <w:tc>
          <w:tcPr>
            <w:tcW w:type="dxa" w:w="3326"/>
          </w:tcPr>
          <w:p>
            <w:pPr>
              <w:bidi/>
              <w:spacing w:before="0" w:after="40"/>
            </w:pPr>
            <w:r>
              <w:rPr>
                <w:rtl/>
              </w:rPr>
              <w:t>עֵמֶק</w:t>
            </w:r>
          </w:p>
        </w:tc>
        <w:tc>
          <w:tcPr>
            <w:tcW w:type="dxa" w:w="3326"/>
          </w:tcPr>
          <w:p>
            <w:pPr>
              <w:bidi/>
              <w:spacing w:before="0" w:after="40"/>
            </w:pPr>
            <w:r>
              <w:rPr>
                <w:rtl/>
              </w:rPr>
            </w:r>
          </w:p>
        </w:tc>
        <w:tc>
          <w:tcPr>
            <w:tcW w:type="dxa" w:w="3326"/>
          </w:tcPr>
          <w:p>
            <w:pPr>
              <w:bidi/>
              <w:spacing w:before="0" w:after="40"/>
            </w:pPr>
            <w:r>
              <w:rPr>
                <w:rtl/>
              </w:rPr>
              <w:t>לְגַדֵּל שָׂדוֹת</w:t>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תָּמָר עוֹמֶדֶת עַל פִּסְגַּת הַר וְשׁוֹפֶכֶת מַיִם מִבַּקְבּוּק. לְאָן יִזְרְמוּ הַמַּיִם?</w:t>
      </w:r>
    </w:p>
    <w:p>
      <w:pPr>
        <w:bidi/>
        <w:spacing w:before="0" w:after="80"/>
      </w:pPr>
      <w:r>
        <w:rPr>
          <w:rtl/>
        </w:rPr>
        <w:t xml:space="preserve">   ○ לְמַעְלָה      ○ לְמַטָּה, אֶל הָעֵמֶק      ○ הֵם לֹא יִזְרְמוּ</w:t>
      </w:r>
    </w:p>
    <w:p>
      <w:pPr>
        <w:bidi/>
        <w:spacing w:before="0" w:after="20"/>
      </w:pPr>
      <w:r>
        <w:rPr>
          <w:rtl/>
        </w:rPr>
        <w:t>ב. אֵיזוֹ מֵהֶן הִיא תּוֹפָעָה טִבְעִית?</w:t>
      </w:r>
    </w:p>
    <w:p>
      <w:pPr>
        <w:bidi/>
        <w:spacing w:before="0" w:after="80"/>
      </w:pPr>
      <w:r>
        <w:rPr>
          <w:rtl/>
        </w:rPr>
        <w:t xml:space="preserve">   ○ גֶּשֶׁר      ○ תַּחֲנַת אוֹטוֹבּוּס      ○ גִּבְעָה</w:t>
      </w:r>
    </w:p>
    <w:p>
      <w:pPr>
        <w:bidi/>
        <w:spacing w:before="120" w:after="40"/>
      </w:pPr>
      <w:r>
        <w:rPr>
          <w:rFonts w:ascii="Tahoma" w:hAnsi="Tahoma" w:cs="Tahoma"/>
          <w:b/>
          <w:bCs/>
          <w:color w:val="0D7A7C"/>
          <w:sz w:val="30"/>
          <w:szCs w:val="30"/>
          <w:rtl/>
        </w:rPr>
        <w:t>הַיִּשּׁוּב שֶׁל סָאמֶר</w:t>
      </w:r>
    </w:p>
    <w:p>
      <w:pPr>
        <w:bidi/>
        <w:spacing w:before="0" w:after="80"/>
      </w:pPr>
      <w:r>
        <w:rPr>
          <w:rtl/>
        </w:rPr>
        <w:t>סָאמֶר גָּר בִּכְפָר שֶׁבָּנוּי עַל גִּבְעָה בַּגָּלִיל. מֵהַגַּג שֶׁל הַבַּיִת הוּא רוֹאֶה הָרִים גְּבוֹהִים בַּצָּפוֹן. בֵּין הַגִּבְעָה שֶׁלּוֹ לְבֵין הֶהָרִים יֵשׁ עֵמֶק יָרֹק, וּבוֹ מַטָּעֵי זֵיתִים וְשָׂדוֹת.</w:t>
      </w:r>
    </w:p>
    <w:p>
      <w:pPr>
        <w:bidi/>
        <w:spacing w:before="0" w:after="80"/>
      </w:pPr>
      <w:r>
        <w:rPr>
          <w:rtl/>
        </w:rPr>
        <w:t>בַּחֹרֶף, אַחֲרֵי הַגֶּשֶׁם, זוֹרֵם בְּעֵמֶק נַחַל קָטָן. בְּקַיִץ הַנַּחַל מִתְיַבֵּשׁ, וְהַיְּלָדִים מְשַׂחֲקִים בֵּין הָאֲבָנִים שֶׁבֶּעָרוּץ. סַבָּא שֶׁל סָאמֶר מְסַפֵּר שֶׁפַּעַם שֶׁתָּלוּ אֶת הַמַּטָּעִים דַּוְקָא בָּעֵמֶק, כִּי שָׁם הָאֲדָמָה טוֹבָה וְיֵשׁ יוֹתֵר מַיִם.</w:t>
      </w:r>
    </w:p>
    <w:p>
      <w:pPr>
        <w:bidi/>
        <w:spacing w:before="160" w:after="60"/>
      </w:pPr>
      <w:r>
        <w:rPr>
          <w:b/>
          <w:bCs/>
          <w:sz w:val="26"/>
          <w:szCs w:val="26"/>
          <w:rtl/>
        </w:rPr>
        <w:t>7. לְפִי הַקֶּטַע «הַיִּשּׁוּב שֶׁל סָאמֶר», הַשְׁלִימוּ.</w:t>
      </w:r>
    </w:p>
    <w:p>
      <w:pPr>
        <w:bidi/>
        <w:spacing w:before="0" w:after="60"/>
      </w:pPr>
      <w:r>
        <w:rPr>
          <w:rtl/>
        </w:rPr>
        <w:t>א. הַכְּפָר שֶׁל סָאמֶר בָּנוּי עַל __________.</w:t>
      </w:r>
    </w:p>
    <w:p>
      <w:pPr>
        <w:bidi/>
        <w:spacing w:before="0" w:after="60"/>
      </w:pPr>
      <w:r>
        <w:rPr>
          <w:rtl/>
        </w:rPr>
        <w:t>ב. בַּצָּפוֹן רוֹאֶה סָאמֶר __________ גְּבוֹהִים.</w:t>
      </w:r>
    </w:p>
    <w:p>
      <w:pPr>
        <w:bidi/>
        <w:spacing w:before="0" w:after="60"/>
      </w:pPr>
      <w:r>
        <w:rPr>
          <w:rtl/>
        </w:rPr>
        <w:t>ג. בָּעֵמֶק יֵשׁ מַטָּעֵי __________ וְשָׂדוֹת.</w:t>
      </w:r>
    </w:p>
    <w:p>
      <w:pPr>
        <w:bidi/>
        <w:spacing w:before="160" w:after="60"/>
      </w:pPr>
      <w:r>
        <w:rPr>
          <w:b/>
          <w:bCs/>
          <w:sz w:val="26"/>
          <w:szCs w:val="26"/>
          <w:rtl/>
        </w:rPr>
        <w:t>8. לְפִי הַקֶּטַע, אֵיזֶה סוּג נַחַל זוֹרֵם בָּעֵמֶק? הַסְבִּירוּ אֵיךְ יְדַעְתֶּם.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כִּתְבוּ לְיַד כָּל מָקוֹם אִם הוּא גָּבוֹהַּ אוֹ נָמוּךְ.</w:t>
      </w:r>
    </w:p>
    <w:p>
      <w:pPr>
        <w:bidi/>
        <w:spacing w:before="0" w:after="100"/>
      </w:pPr>
      <w:r>
        <w:rPr>
          <w:rtl/>
        </w:rPr>
        <w:t>א. פִּסְגַּת הַכַּרְמֶל</w:t>
      </w:r>
    </w:p>
    <w:p>
      <w:pPr>
        <w:bidi/>
        <w:spacing w:before="0" w:after="100"/>
      </w:pPr>
      <w:r>
        <w:rPr>
          <w:rtl/>
        </w:rPr>
        <w:t>ב. עֵמֶק יִזְרְעֶאל</w:t>
      </w:r>
    </w:p>
    <w:p>
      <w:pPr>
        <w:bidi/>
        <w:spacing w:before="0" w:after="100"/>
      </w:pPr>
      <w:r>
        <w:rPr>
          <w:rtl/>
        </w:rPr>
        <w:t>ג. חוֹף הַיָּם</w:t>
      </w:r>
    </w:p>
    <w:p>
      <w:pPr>
        <w:bidi/>
        <w:spacing w:before="0" w:after="100"/>
      </w:pPr>
      <w:r>
        <w:rPr>
          <w:rtl/>
        </w:rPr>
        <w:t>ד. רֹאשׁ הַגִּבְעָה</w:t>
      </w:r>
    </w:p>
    <w:p>
      <w:pPr>
        <w:bidi/>
        <w:spacing w:before="160" w:after="60"/>
      </w:pPr>
      <w:r>
        <w:rPr>
          <w:b/>
          <w:bCs/>
          <w:sz w:val="26"/>
          <w:szCs w:val="26"/>
          <w:rtl/>
        </w:rPr>
        <w:t>10. שַׂרְטְטוּ מַפָּה פְּשׁוּטָה שֶׁל יִשּׁוּב דִּמְיוֹנִי: הָרִים בַּצָּפוֹן, עֵמֶק בָּאֶמְצַע וְנַחַל שֶׁזּוֹרֵם מַעֲרָבָה אֶל הַיָּם. הוֹסִיפוּ מִקְרָא וְחֵץ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הַסְבִּירוּ מַדּוּעַ אֲנָשִׁים בָּנוּ בֶּעָבָר יִשּׁוּבִים רַבִּים עַל גְּבָעוֹת.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כִּתְבוּ שְׁנֵי מִשְׁפָּטִים: בְּאֶחָד תָּאֲרוּ מִישׁוֹר, וּבַשֵּׁנִי תָּאֲרוּ הַר.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בְּעִיר דִּמְיוֹנִית בּוֹנִים שְׁכוּנָה חֲדָשָׁה לְיַד נַחַל. מָה עָלוּל לִקְרוֹת לְבָתִּים שֶׁנִּבְנִים מַמָּשׁ בַּעֲרוּץ הַנַּחַל בַּחֹרֶף? מָה כְּדַאי לַעֲשׂוֹת?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0D7A7C"/>
          <w:sz w:val="26"/>
          <w:szCs w:val="26"/>
          <w:rtl/>
        </w:rPr>
        <w:t>14. גִּזְרוּ אֶת הַכַּרְטִיסִים, וְהַדְבִּיקוּ כָּל כַּרְטִיס בְּעַמּוּדָה הַמַּתְאִימָה: תּוֹפָעָה טִבְעִית אוֹ תּוֹפָעָה אֱנוֹשִׁית. (גִּזְרוּ מֵעַמּוּד 50)</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pPr>
            <w:r>
              <w:rPr>
                <w:b/>
                <w:bCs/>
                <w:sz w:val="25"/>
                <w:szCs w:val="25"/>
                <w:rtl/>
              </w:rPr>
              <w:t>תּוֹפָעָה טִבְעִית</w:t>
            </w:r>
          </w:p>
        </w:tc>
        <w:tc>
          <w:tcPr>
            <w:tcW w:type="dxa" w:w="4932"/>
            <w:tcBorders>
              <w:top w:val="single" w:sz="8" w:color="C9CFDB" w:space="0"/>
              <w:left w:val="single" w:sz="8" w:color="C9CFDB" w:space="0"/>
              <w:bottom w:val="single" w:sz="8" w:color="C9CFDB" w:space="0"/>
              <w:right w:val="single" w:sz="8" w:color="C9CFDB" w:space="0"/>
            </w:tcBorders>
            <w:gridSpan w:val="2"/>
            <w:shd w:val="clear" w:color="auto" w:fill="F1F4F9"/>
            <w:vAlign w:val="center"/>
          </w:tcPr>
          <w:p>
            <w:pPr>
              <w:bidi/>
              <w:spacing w:before="40" w:after="40"/>
            </w:pPr>
            <w:r>
              <w:rPr>
                <w:b/>
                <w:bCs/>
                <w:sz w:val="25"/>
                <w:szCs w:val="25"/>
                <w:rtl/>
              </w:rPr>
              <w:t>תּוֹפָעָה אֱנוֹשִׁית</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bl>
    <w:p>
      <w:pPr>
        <w:bidi/>
        <w:spacing w:before="0" w:after="40"/>
      </w:pPr>
    </w:p>
    <w:p>
      <w:pPr>
        <w:bidi/>
        <w:spacing w:before="160" w:after="60"/>
      </w:pPr>
      <w:r>
        <w:rPr>
          <w:b/>
          <w:bCs/>
          <w:color w:val="0D7A7C"/>
          <w:sz w:val="26"/>
          <w:szCs w:val="26"/>
          <w:rtl/>
        </w:rPr>
        <w:t>15. מִתְחוּ קַו מִכָּל צוּרַת נוֹף אֶל הַהֶסְבֵּר שֶׁלָּהּ.</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pPr>
            <w:r>
              <w:rPr>
                <w:sz w:val="25"/>
                <w:szCs w:val="25"/>
                <w:rtl/>
              </w:rPr>
              <w:t>1. הַר</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א. שֶׁטַח גָּבוֹהַּ מְאוֹד מִן הַסְּבִיבָה</w:t>
            </w:r>
          </w:p>
        </w:tc>
      </w:tr>
      <w:tr>
        <w:tc>
          <w:tcPr>
            <w:tcW w:type="dxa" w:w="3515"/>
            <w:vAlign w:val="center"/>
          </w:tcPr>
          <w:p>
            <w:pPr>
              <w:bidi/>
              <w:spacing w:before="80" w:after="80"/>
            </w:pPr>
            <w:r>
              <w:rPr>
                <w:sz w:val="25"/>
                <w:szCs w:val="25"/>
                <w:rtl/>
              </w:rPr>
              <w:t>2. גִּבְעָה</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ב. שֶׁטַח שָׁטוּחַ וְיָשָׁר</w:t>
            </w:r>
          </w:p>
        </w:tc>
      </w:tr>
      <w:tr>
        <w:tc>
          <w:tcPr>
            <w:tcW w:type="dxa" w:w="3515"/>
            <w:vAlign w:val="center"/>
          </w:tcPr>
          <w:p>
            <w:pPr>
              <w:bidi/>
              <w:spacing w:before="80" w:after="80"/>
            </w:pPr>
            <w:r>
              <w:rPr>
                <w:sz w:val="25"/>
                <w:szCs w:val="25"/>
                <w:rtl/>
              </w:rPr>
              <w:t>3. מִישׁוֹר</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ג. מַיִם שֶׁזּוֹרְמִים בֶּעָרוּץ</w:t>
            </w:r>
          </w:p>
        </w:tc>
      </w:tr>
      <w:tr>
        <w:tc>
          <w:tcPr>
            <w:tcW w:type="dxa" w:w="3515"/>
            <w:vAlign w:val="center"/>
          </w:tcPr>
          <w:p>
            <w:pPr>
              <w:bidi/>
              <w:spacing w:before="80" w:after="80"/>
            </w:pPr>
            <w:r>
              <w:rPr>
                <w:sz w:val="25"/>
                <w:szCs w:val="25"/>
                <w:rtl/>
              </w:rPr>
              <w:t>4. עֵמֶק</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ד. שֶׁטַח נָמוּךְ בֵּין הָרִים</w:t>
            </w:r>
          </w:p>
        </w:tc>
      </w:tr>
      <w:tr>
        <w:tc>
          <w:tcPr>
            <w:tcW w:type="dxa" w:w="3515"/>
            <w:vAlign w:val="center"/>
          </w:tcPr>
          <w:p>
            <w:pPr>
              <w:bidi/>
              <w:spacing w:before="80" w:after="80"/>
            </w:pPr>
            <w:r>
              <w:rPr>
                <w:sz w:val="25"/>
                <w:szCs w:val="25"/>
                <w:rtl/>
              </w:rPr>
              <w:t>5. נַחַל</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ה. שֶׁטַח מֻגְבָּהּ, נָמוּךְ מַהֵר</w:t>
            </w:r>
          </w:p>
        </w:tc>
      </w:tr>
    </w:tbl>
    <w:p>
      <w:pPr>
        <w:bidi/>
        <w:spacing w:before="0" w:after="40"/>
      </w:pPr>
    </w:p>
    <w:p>
      <w:pPr>
        <w:bidi/>
        <w:spacing w:before="0" w:after="80"/>
      </w:pPr>
      <w:r>
        <w:br w:type="page"/>
      </w:r>
    </w:p>
    <w:p>
      <w:pPr>
        <w:bidi/>
        <w:spacing w:before="0" w:after="120"/>
      </w:pPr>
      <w:r>
        <w:rPr>
          <w:rFonts w:ascii="Arial" w:hAnsi="Arial" w:cs="Arial"/>
          <w:color w:val="5B6476"/>
          <w:sz w:val="20"/>
          <w:szCs w:val="20"/>
          <w:rtl/>
        </w:rPr>
        <w:t>מוֹלֶדֶת, חֶבְרָה וְאֶזְרָחוּת · כִּתָּה ג'   |   פֶּרֶק 3</w:t>
      </w:r>
    </w:p>
    <w:p>
      <w:pPr>
        <w:bidi/>
        <w:spacing w:before="0" w:after="120"/>
      </w:pPr>
      <w:r>
        <w:rPr>
          <w:rFonts w:ascii="Tahoma" w:hAnsi="Tahoma" w:cs="Tahoma"/>
          <w:b/>
          <w:bCs/>
          <w:color w:val="0D7A7C"/>
          <w:sz w:val="44"/>
          <w:szCs w:val="44"/>
          <w:rtl/>
        </w:rPr>
        <w:t>פֶּרֶק 3: תּוֹפָעוֹת אֱנוֹשִׁיּוֹת וְשִׁמּוּשִׁי קַרְקַע: מְגוּרִים, מִסְחָר, תַּעֲשִׂיָּה, שֵׁרוּתִים וּשְׁטָחִים פְּתוּחִים</w:t>
      </w:r>
    </w:p>
    <w:p>
      <w:pPr>
        <w:bidi/>
        <w:spacing w:before="0" w:after="80"/>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geo_g3_t03.jpg"/>
                    <pic:cNvPicPr/>
                  </pic:nvPicPr>
                  <pic:blipFill>
                    <a:blip r:embed="rId14"/>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0D7A7C"/>
          <w:sz w:val="28"/>
          <w:szCs w:val="28"/>
          <w:rtl/>
        </w:rPr>
        <w:t>◆ תּוֹפָעָה אֱנוֹשִׁית</w:t>
      </w:r>
    </w:p>
    <w:p>
      <w:pPr>
        <w:bidi/>
        <w:spacing w:before="0" w:after="40"/>
      </w:pPr>
      <w:r>
        <w:rPr>
          <w:rtl/>
        </w:rPr>
        <w:t>דָּבָר שֶׁבְּנֵי הָאָדָם בָּנוּ אוֹ יָצְרוּ: בַּיִת, כְּבִישׁ, חֲנוּת, מִפְעָל.</w:t>
      </w:r>
    </w:p>
    <w:p>
      <w:pPr>
        <w:bidi/>
        <w:spacing w:before="120" w:after="40"/>
      </w:pPr>
      <w:r>
        <w:rPr>
          <w:rFonts w:ascii="Tahoma" w:hAnsi="Tahoma" w:cs="Tahoma"/>
          <w:b/>
          <w:bCs/>
          <w:color w:val="0D7A7C"/>
          <w:sz w:val="28"/>
          <w:szCs w:val="28"/>
          <w:rtl/>
        </w:rPr>
        <w:t>◆ חֲמֵשֶׁת שִׁמּוּשֵׁי הַקַּרְקַע</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שִׁמּוּשׁ קַרְקַע</w:t>
            </w:r>
          </w:p>
        </w:tc>
        <w:tc>
          <w:tcPr>
            <w:tcW w:type="dxa" w:w="3326"/>
            <w:shd w:val="clear" w:color="auto" w:fill="0d7a7c"/>
          </w:tcPr>
          <w:p>
            <w:pPr>
              <w:bidi/>
              <w:spacing w:before="0" w:after="40"/>
            </w:pPr>
            <w:r>
              <w:rPr>
                <w:b/>
                <w:bCs/>
                <w:color w:val="FFFFFF"/>
                <w:rtl/>
              </w:rPr>
              <w:t>מָה עוֹשִׂים שָׁם?</w:t>
            </w:r>
          </w:p>
        </w:tc>
        <w:tc>
          <w:tcPr>
            <w:tcW w:type="dxa" w:w="3326"/>
            <w:shd w:val="clear" w:color="auto" w:fill="0d7a7c"/>
          </w:tcPr>
          <w:p>
            <w:pPr>
              <w:bidi/>
              <w:spacing w:before="0" w:after="40"/>
            </w:pPr>
            <w:r>
              <w:rPr>
                <w:b/>
                <w:bCs/>
                <w:color w:val="FFFFFF"/>
                <w:rtl/>
              </w:rPr>
              <w:t>דֻּגְמָה</w:t>
            </w:r>
          </w:p>
        </w:tc>
      </w:tr>
      <w:tr>
        <w:tc>
          <w:tcPr>
            <w:tcW w:type="dxa" w:w="3326"/>
          </w:tcPr>
          <w:p>
            <w:pPr>
              <w:bidi/>
              <w:spacing w:before="0" w:after="40"/>
            </w:pPr>
            <w:r>
              <w:rPr>
                <w:rtl/>
              </w:rPr>
              <w:t>מְגוּרִים</w:t>
            </w:r>
          </w:p>
        </w:tc>
        <w:tc>
          <w:tcPr>
            <w:tcW w:type="dxa" w:w="3326"/>
          </w:tcPr>
          <w:p>
            <w:pPr>
              <w:bidi/>
              <w:spacing w:before="0" w:after="40"/>
            </w:pPr>
            <w:r>
              <w:rPr>
                <w:rtl/>
              </w:rPr>
              <w:t>גָּרִים</w:t>
            </w:r>
          </w:p>
        </w:tc>
        <w:tc>
          <w:tcPr>
            <w:tcW w:type="dxa" w:w="3326"/>
          </w:tcPr>
          <w:p>
            <w:pPr>
              <w:bidi/>
              <w:spacing w:before="0" w:after="40"/>
            </w:pPr>
            <w:r>
              <w:rPr>
                <w:rtl/>
              </w:rPr>
              <w:t>שְׁכוּנָה, בִּנְיַן דִּירוֹת</w:t>
            </w:r>
          </w:p>
        </w:tc>
      </w:tr>
      <w:tr>
        <w:tc>
          <w:tcPr>
            <w:tcW w:type="dxa" w:w="3326"/>
          </w:tcPr>
          <w:p>
            <w:pPr>
              <w:bidi/>
              <w:spacing w:before="0" w:after="40"/>
            </w:pPr>
            <w:r>
              <w:rPr>
                <w:rtl/>
              </w:rPr>
              <w:t>מִסְחָר</w:t>
            </w:r>
          </w:p>
        </w:tc>
        <w:tc>
          <w:tcPr>
            <w:tcW w:type="dxa" w:w="3326"/>
          </w:tcPr>
          <w:p>
            <w:pPr>
              <w:bidi/>
              <w:spacing w:before="0" w:after="40"/>
            </w:pPr>
            <w:r>
              <w:rPr>
                <w:rtl/>
              </w:rPr>
              <w:t>קוֹנִים וּמוֹכְרִים</w:t>
            </w:r>
          </w:p>
        </w:tc>
        <w:tc>
          <w:tcPr>
            <w:tcW w:type="dxa" w:w="3326"/>
          </w:tcPr>
          <w:p>
            <w:pPr>
              <w:bidi/>
              <w:spacing w:before="0" w:after="40"/>
            </w:pPr>
            <w:r>
              <w:rPr>
                <w:rtl/>
              </w:rPr>
              <w:t>מַרְכּוֹל, קַנְיוֹן, שׁוּק</w:t>
            </w:r>
          </w:p>
        </w:tc>
      </w:tr>
      <w:tr>
        <w:tc>
          <w:tcPr>
            <w:tcW w:type="dxa" w:w="3326"/>
          </w:tcPr>
          <w:p>
            <w:pPr>
              <w:bidi/>
              <w:spacing w:before="0" w:after="40"/>
            </w:pPr>
            <w:r>
              <w:rPr>
                <w:rtl/>
              </w:rPr>
              <w:t>תַּעֲשִׂיָּה</w:t>
            </w:r>
          </w:p>
        </w:tc>
        <w:tc>
          <w:tcPr>
            <w:tcW w:type="dxa" w:w="3326"/>
          </w:tcPr>
          <w:p>
            <w:pPr>
              <w:bidi/>
              <w:spacing w:before="0" w:after="40"/>
            </w:pPr>
            <w:r>
              <w:rPr>
                <w:rtl/>
              </w:rPr>
              <w:t>מְיַצְּרִים</w:t>
            </w:r>
          </w:p>
        </w:tc>
        <w:tc>
          <w:tcPr>
            <w:tcW w:type="dxa" w:w="3326"/>
          </w:tcPr>
          <w:p>
            <w:pPr>
              <w:bidi/>
              <w:spacing w:before="0" w:after="40"/>
            </w:pPr>
            <w:r>
              <w:rPr>
                <w:rtl/>
              </w:rPr>
              <w:t>מִפְעָל, בֵּית מְלָאכָה</w:t>
            </w:r>
          </w:p>
        </w:tc>
      </w:tr>
      <w:tr>
        <w:tc>
          <w:tcPr>
            <w:tcW w:type="dxa" w:w="3326"/>
          </w:tcPr>
          <w:p>
            <w:pPr>
              <w:bidi/>
              <w:spacing w:before="0" w:after="40"/>
            </w:pPr>
            <w:r>
              <w:rPr>
                <w:rtl/>
              </w:rPr>
              <w:t>שֵׁרוּתִים</w:t>
            </w:r>
          </w:p>
        </w:tc>
        <w:tc>
          <w:tcPr>
            <w:tcW w:type="dxa" w:w="3326"/>
          </w:tcPr>
          <w:p>
            <w:pPr>
              <w:bidi/>
              <w:spacing w:before="0" w:after="40"/>
            </w:pPr>
            <w:r>
              <w:rPr>
                <w:rtl/>
              </w:rPr>
              <w:t>מְקַבְּלִים שֵׁרוּת</w:t>
            </w:r>
          </w:p>
        </w:tc>
        <w:tc>
          <w:tcPr>
            <w:tcW w:type="dxa" w:w="3326"/>
          </w:tcPr>
          <w:p>
            <w:pPr>
              <w:bidi/>
              <w:spacing w:before="0" w:after="40"/>
            </w:pPr>
            <w:r>
              <w:rPr>
                <w:rtl/>
              </w:rPr>
              <w:t>בֵּית סֵפֶר, מִרְפָּאָה, סִפְרִיָּה</w:t>
            </w:r>
          </w:p>
        </w:tc>
      </w:tr>
      <w:tr>
        <w:tc>
          <w:tcPr>
            <w:tcW w:type="dxa" w:w="3326"/>
          </w:tcPr>
          <w:p>
            <w:pPr>
              <w:bidi/>
              <w:spacing w:before="0" w:after="40"/>
            </w:pPr>
            <w:r>
              <w:rPr>
                <w:rtl/>
              </w:rPr>
              <w:t>שֶׁטַח פָּתוּחַ</w:t>
            </w:r>
          </w:p>
        </w:tc>
        <w:tc>
          <w:tcPr>
            <w:tcW w:type="dxa" w:w="3326"/>
          </w:tcPr>
          <w:p>
            <w:pPr>
              <w:bidi/>
              <w:spacing w:before="0" w:after="40"/>
            </w:pPr>
            <w:r>
              <w:rPr>
                <w:rtl/>
              </w:rPr>
              <w:t>נָחִים וְנֶהֱנִים מֵהַטֶּבַע</w:t>
            </w:r>
          </w:p>
        </w:tc>
        <w:tc>
          <w:tcPr>
            <w:tcW w:type="dxa" w:w="3326"/>
          </w:tcPr>
          <w:p>
            <w:pPr>
              <w:bidi/>
              <w:spacing w:before="0" w:after="40"/>
            </w:pPr>
            <w:r>
              <w:rPr>
                <w:rtl/>
              </w:rPr>
              <w:t>פַּארְק, גִּנָּה, שָׂדֶה</w:t>
            </w:r>
          </w:p>
        </w:tc>
      </w:tr>
    </w:tbl>
    <w:p>
      <w:pPr>
        <w:bidi/>
        <w:spacing w:before="0" w:after="40"/>
      </w:pPr>
    </w:p>
    <w:p>
      <w:pPr>
        <w:bidi/>
        <w:spacing w:before="120" w:after="40"/>
      </w:pPr>
      <w:r>
        <w:rPr>
          <w:rFonts w:ascii="Tahoma" w:hAnsi="Tahoma" w:cs="Tahoma"/>
          <w:b/>
          <w:bCs/>
          <w:color w:val="0D7A7C"/>
          <w:sz w:val="28"/>
          <w:szCs w:val="28"/>
          <w:rtl/>
        </w:rPr>
        <w:t>◆ אֵיפֹה מְמַקְּמִים?</w:t>
      </w:r>
    </w:p>
    <w:p>
      <w:pPr>
        <w:bidi/>
        <w:spacing w:before="0" w:after="20"/>
      </w:pPr>
      <w:r>
        <w:rPr>
          <w:rtl/>
        </w:rPr>
        <w:t>1. תַּעֲשִׂיָּה – רָחוֹק מֵהַבָּתִּים, לְיַד כְּבִישׁ רָאשִׁי.</w:t>
      </w:r>
    </w:p>
    <w:p>
      <w:pPr>
        <w:bidi/>
        <w:spacing w:before="0" w:after="20"/>
      </w:pPr>
      <w:r>
        <w:rPr>
          <w:rtl/>
        </w:rPr>
        <w:t>2. מִסְחָר – בְּמָקוֹם שֶׁקַּל לְהַגִּיעַ אֵלָיו.</w:t>
      </w:r>
    </w:p>
    <w:p>
      <w:pPr>
        <w:bidi/>
        <w:spacing w:before="0" w:after="20"/>
      </w:pPr>
      <w:r>
        <w:rPr>
          <w:rtl/>
        </w:rPr>
        <w:t>3. גִּנּוֹת וְשֵׁרוּתִים – קָרוֹב לַתּוֹשָׁבִים.</w:t>
      </w:r>
    </w:p>
    <w:p>
      <w:pPr>
        <w:bidi/>
        <w:spacing w:before="160" w:after="60"/>
      </w:pPr>
      <w:r>
        <w:rPr>
          <w:b/>
          <w:bCs/>
          <w:sz w:val="26"/>
          <w:szCs w:val="26"/>
          <w:rtl/>
        </w:rPr>
        <w:t>1. הַשְׁלִימוּ.</w:t>
      </w:r>
    </w:p>
    <w:p>
      <w:pPr>
        <w:bidi/>
        <w:spacing w:before="0" w:after="60"/>
      </w:pPr>
      <w:r>
        <w:rPr>
          <w:rtl/>
        </w:rPr>
        <w:t>א. דָּבָר שֶׁבְּנֵי הָאָדָם בָּנוּ נִקְרָא תּוֹפָעָה __________.</w:t>
      </w:r>
    </w:p>
    <w:p>
      <w:pPr>
        <w:bidi/>
        <w:spacing w:before="0" w:after="60"/>
      </w:pPr>
      <w:r>
        <w:rPr>
          <w:rtl/>
        </w:rPr>
        <w:t>ב. מָה שֶׁעוֹשִׂים בְּחֵלֶק מְסֻיָּם שֶׁל הַיִּשּׁוּב נִקְרָא שִׁמּוּשׁ __________.</w:t>
      </w:r>
    </w:p>
    <w:p>
      <w:pPr>
        <w:bidi/>
        <w:spacing w:before="0" w:after="60"/>
      </w:pPr>
      <w:r>
        <w:rPr>
          <w:rtl/>
        </w:rPr>
        <w:t>ג. בַּשֶּׁטַח __________ אֵין בִּנְיָנִים.</w:t>
      </w:r>
    </w:p>
    <w:p>
      <w:pPr>
        <w:bidi/>
        <w:spacing w:before="160" w:after="60"/>
      </w:pPr>
      <w:r>
        <w:rPr>
          <w:b/>
          <w:bCs/>
          <w:sz w:val="26"/>
          <w:szCs w:val="26"/>
          <w:rtl/>
        </w:rPr>
        <w:t>2. הַתְאִימוּ כָּל מָקוֹם לְשִׁמּוּשׁ הַקַּרְקַע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קַנְיוֹן</w:t>
            </w:r>
          </w:p>
        </w:tc>
        <w:tc>
          <w:tcPr>
            <w:tcW w:type="dxa" w:w="4989"/>
          </w:tcPr>
          <w:p>
            <w:pPr>
              <w:bidi/>
              <w:spacing w:before="0" w:after="40"/>
            </w:pPr>
            <w:r>
              <w:rPr>
                <w:rtl/>
              </w:rPr>
              <w:t>[   ] מְגוּרִים</w:t>
            </w:r>
          </w:p>
        </w:tc>
      </w:tr>
      <w:tr>
        <w:tc>
          <w:tcPr>
            <w:tcW w:type="dxa" w:w="4989"/>
          </w:tcPr>
          <w:p>
            <w:pPr>
              <w:bidi/>
              <w:spacing w:before="0" w:after="40"/>
            </w:pPr>
            <w:r>
              <w:rPr>
                <w:rtl/>
              </w:rPr>
              <w:t>2. בֵּית מְלָאכָה לְנַגָּרוּת</w:t>
            </w:r>
          </w:p>
        </w:tc>
        <w:tc>
          <w:tcPr>
            <w:tcW w:type="dxa" w:w="4989"/>
          </w:tcPr>
          <w:p>
            <w:pPr>
              <w:bidi/>
              <w:spacing w:before="0" w:after="40"/>
            </w:pPr>
            <w:r>
              <w:rPr>
                <w:rtl/>
              </w:rPr>
              <w:t>[   ] שֵׁרוּתִים</w:t>
            </w:r>
          </w:p>
        </w:tc>
      </w:tr>
      <w:tr>
        <w:tc>
          <w:tcPr>
            <w:tcW w:type="dxa" w:w="4989"/>
          </w:tcPr>
          <w:p>
            <w:pPr>
              <w:bidi/>
              <w:spacing w:before="0" w:after="40"/>
            </w:pPr>
            <w:r>
              <w:rPr>
                <w:rtl/>
              </w:rPr>
              <w:t>3. תַּחֲנַת כִּבּוּי אֵשׁ</w:t>
            </w:r>
          </w:p>
        </w:tc>
        <w:tc>
          <w:tcPr>
            <w:tcW w:type="dxa" w:w="4989"/>
          </w:tcPr>
          <w:p>
            <w:pPr>
              <w:bidi/>
              <w:spacing w:before="0" w:after="40"/>
            </w:pPr>
            <w:r>
              <w:rPr>
                <w:rtl/>
              </w:rPr>
              <w:t>[   ] תַּעֲשִׂיָּה</w:t>
            </w:r>
          </w:p>
        </w:tc>
      </w:tr>
      <w:tr>
        <w:tc>
          <w:tcPr>
            <w:tcW w:type="dxa" w:w="4989"/>
          </w:tcPr>
          <w:p>
            <w:pPr>
              <w:bidi/>
              <w:spacing w:before="0" w:after="40"/>
            </w:pPr>
            <w:r>
              <w:rPr>
                <w:rtl/>
              </w:rPr>
              <w:t>4. שְׂדֵה חִטָּה</w:t>
            </w:r>
          </w:p>
        </w:tc>
        <w:tc>
          <w:tcPr>
            <w:tcW w:type="dxa" w:w="4989"/>
          </w:tcPr>
          <w:p>
            <w:pPr>
              <w:bidi/>
              <w:spacing w:before="0" w:after="40"/>
            </w:pPr>
            <w:r>
              <w:rPr>
                <w:rtl/>
              </w:rPr>
              <w:t>[   ] שֶׁטַח פָּתוּחַ</w:t>
            </w:r>
          </w:p>
        </w:tc>
      </w:tr>
      <w:tr>
        <w:tc>
          <w:tcPr>
            <w:tcW w:type="dxa" w:w="4989"/>
          </w:tcPr>
          <w:p>
            <w:pPr>
              <w:bidi/>
              <w:spacing w:before="0" w:after="40"/>
            </w:pPr>
            <w:r>
              <w:rPr>
                <w:rtl/>
              </w:rPr>
              <w:t>5. בַּיִת פְּרָטִי</w:t>
            </w:r>
          </w:p>
        </w:tc>
        <w:tc>
          <w:tcPr>
            <w:tcW w:type="dxa" w:w="4989"/>
          </w:tcPr>
          <w:p>
            <w:pPr>
              <w:bidi/>
              <w:spacing w:before="0" w:after="40"/>
            </w:pPr>
            <w:r>
              <w:rPr>
                <w:rtl/>
              </w:rPr>
              <w:t>[   ] מִסְחָר</w:t>
            </w:r>
          </w:p>
        </w:tc>
      </w:tr>
    </w:tbl>
    <w:p>
      <w:pPr>
        <w:bidi/>
        <w:spacing w:before="0" w:after="40"/>
      </w:pPr>
    </w:p>
    <w:p>
      <w:pPr>
        <w:bidi/>
        <w:spacing w:before="160" w:after="60"/>
      </w:pPr>
      <w:r>
        <w:rPr>
          <w:b/>
          <w:bCs/>
          <w:sz w:val="26"/>
          <w:szCs w:val="26"/>
          <w:rtl/>
        </w:rPr>
        <w:t>3.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שׁוּק הוּא שִׁמּוּשׁ קַרְקַע שֶׁל מִסְחָר.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תַּחֲנַת מִשְׁטָרָה הִיא שִׁמּוּשׁ קַרְקַע שֶׁל תַּעֲשִׂיָּה.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גִּבְעָה הִיא תּוֹפָעָה אֱנוֹשִׁית.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בְּיִשּׁוּב אֶחָד יְכוֹלִים לִהְיוֹת כָּל חֲמֵשֶׁת שִׁמּוּשֵׁי הַקַּרְקַע.</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מַיְּנוּ: תּוֹפָעָה טִבְעִית אוֹ תּוֹפָעָה אֱנוֹשִׁית?</w:t>
      </w:r>
    </w:p>
    <w:p>
      <w:pPr>
        <w:bidi/>
        <w:spacing w:before="0" w:after="80"/>
      </w:pPr>
      <w:r>
        <w:rPr>
          <w:color w:val="0D7A7C"/>
          <w:sz w:val="24"/>
          <w:szCs w:val="24"/>
          <w:rtl/>
        </w:rPr>
        <w:t>הַמִּלִּים: מִגְרַשׁ כַּדּוּרֶגֶל  |  מַעְיָן  |  קַנְיוֹן  |  מְעָרָה  |  תַּחֲנַת רַכֶּבֶת  |  חוֹף 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תּוֹפָעָה טִבְעִית</w:t>
            </w:r>
          </w:p>
        </w:tc>
        <w:tc>
          <w:tcPr>
            <w:tcW w:type="dxa" w:w="4989"/>
            <w:shd w:val="clear" w:color="auto" w:fill="0d7a7c"/>
          </w:tcPr>
          <w:p>
            <w:pPr>
              <w:bidi/>
              <w:spacing w:before="0" w:after="40"/>
            </w:pPr>
            <w:r>
              <w:rPr>
                <w:b/>
                <w:bCs/>
                <w:color w:val="FFFFFF"/>
                <w:rtl/>
              </w:rPr>
              <w:t>תּוֹפָעָה אֱנוֹשִׁית</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בִּכְפָר דִּמְיוֹנִי סָפְרוּ אֶת הַמְּקוֹמוֹת. הַשְׁלִימוּ אֶת שִׁמּוּשׁ הַקַּרְקַע.</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מָקוֹם</w:t>
            </w:r>
          </w:p>
        </w:tc>
        <w:tc>
          <w:tcPr>
            <w:tcW w:type="dxa" w:w="3326"/>
            <w:shd w:val="clear" w:color="auto" w:fill="0d7a7c"/>
          </w:tcPr>
          <w:p>
            <w:pPr>
              <w:bidi/>
              <w:spacing w:before="0" w:after="40"/>
            </w:pPr>
            <w:r>
              <w:rPr>
                <w:b/>
                <w:bCs/>
                <w:color w:val="FFFFFF"/>
                <w:rtl/>
              </w:rPr>
              <w:t>כַּמָּה יֵשׁ בַּכְּפָר?</w:t>
            </w:r>
          </w:p>
        </w:tc>
        <w:tc>
          <w:tcPr>
            <w:tcW w:type="dxa" w:w="3326"/>
            <w:shd w:val="clear" w:color="auto" w:fill="0d7a7c"/>
          </w:tcPr>
          <w:p>
            <w:pPr>
              <w:bidi/>
              <w:spacing w:before="0" w:after="40"/>
            </w:pPr>
            <w:r>
              <w:rPr>
                <w:b/>
                <w:bCs/>
                <w:color w:val="FFFFFF"/>
                <w:rtl/>
              </w:rPr>
              <w:t>שִׁמּוּשׁ הַקַּרְקַע</w:t>
            </w:r>
          </w:p>
        </w:tc>
      </w:tr>
      <w:tr>
        <w:tc>
          <w:tcPr>
            <w:tcW w:type="dxa" w:w="3326"/>
          </w:tcPr>
          <w:p>
            <w:pPr>
              <w:bidi/>
              <w:spacing w:before="0" w:after="40"/>
            </w:pPr>
            <w:r>
              <w:rPr>
                <w:rtl/>
              </w:rPr>
              <w:t>חֲנוּיוֹת</w:t>
            </w:r>
          </w:p>
        </w:tc>
        <w:tc>
          <w:tcPr>
            <w:tcW w:type="dxa" w:w="3326"/>
          </w:tcPr>
          <w:p>
            <w:pPr>
              <w:bidi/>
              <w:spacing w:before="0" w:after="40"/>
            </w:pPr>
            <w:r>
              <w:rPr>
                <w:rtl/>
              </w:rPr>
              <w:t>6</w:t>
            </w:r>
          </w:p>
        </w:tc>
        <w:tc>
          <w:tcPr>
            <w:tcW w:type="dxa" w:w="3326"/>
          </w:tcPr>
          <w:p>
            <w:pPr>
              <w:bidi/>
              <w:spacing w:before="0" w:after="40"/>
            </w:pPr>
            <w:r>
              <w:rPr>
                <w:rtl/>
              </w:rPr>
            </w:r>
          </w:p>
        </w:tc>
      </w:tr>
      <w:tr>
        <w:tc>
          <w:tcPr>
            <w:tcW w:type="dxa" w:w="3326"/>
          </w:tcPr>
          <w:p>
            <w:pPr>
              <w:bidi/>
              <w:spacing w:before="0" w:after="40"/>
            </w:pPr>
            <w:r>
              <w:rPr>
                <w:rtl/>
              </w:rPr>
              <w:t>בָּתֵּי סֵפֶר</w:t>
            </w:r>
          </w:p>
        </w:tc>
        <w:tc>
          <w:tcPr>
            <w:tcW w:type="dxa" w:w="3326"/>
          </w:tcPr>
          <w:p>
            <w:pPr>
              <w:bidi/>
              <w:spacing w:before="0" w:after="40"/>
            </w:pPr>
            <w:r>
              <w:rPr>
                <w:rtl/>
              </w:rPr>
              <w:t>2</w:t>
            </w:r>
          </w:p>
        </w:tc>
        <w:tc>
          <w:tcPr>
            <w:tcW w:type="dxa" w:w="3326"/>
          </w:tcPr>
          <w:p>
            <w:pPr>
              <w:bidi/>
              <w:spacing w:before="0" w:after="40"/>
            </w:pPr>
            <w:r>
              <w:rPr>
                <w:rtl/>
              </w:rPr>
            </w:r>
          </w:p>
        </w:tc>
      </w:tr>
      <w:tr>
        <w:tc>
          <w:tcPr>
            <w:tcW w:type="dxa" w:w="3326"/>
          </w:tcPr>
          <w:p>
            <w:pPr>
              <w:bidi/>
              <w:spacing w:before="0" w:after="40"/>
            </w:pPr>
            <w:r>
              <w:rPr>
                <w:rtl/>
              </w:rPr>
              <w:t>מִפְעָלִים</w:t>
            </w:r>
          </w:p>
        </w:tc>
        <w:tc>
          <w:tcPr>
            <w:tcW w:type="dxa" w:w="3326"/>
          </w:tcPr>
          <w:p>
            <w:pPr>
              <w:bidi/>
              <w:spacing w:before="0" w:after="40"/>
            </w:pPr>
            <w:r>
              <w:rPr>
                <w:rtl/>
              </w:rPr>
              <w:t>1</w:t>
            </w:r>
          </w:p>
        </w:tc>
        <w:tc>
          <w:tcPr>
            <w:tcW w:type="dxa" w:w="3326"/>
          </w:tcPr>
          <w:p>
            <w:pPr>
              <w:bidi/>
              <w:spacing w:before="0" w:after="40"/>
            </w:pPr>
            <w:r>
              <w:rPr>
                <w:rtl/>
              </w:rPr>
            </w:r>
          </w:p>
        </w:tc>
      </w:tr>
      <w:tr>
        <w:tc>
          <w:tcPr>
            <w:tcW w:type="dxa" w:w="3326"/>
          </w:tcPr>
          <w:p>
            <w:pPr>
              <w:bidi/>
              <w:spacing w:before="0" w:after="40"/>
            </w:pPr>
            <w:r>
              <w:rPr>
                <w:rtl/>
              </w:rPr>
              <w:t>גִּנּוֹת</w:t>
            </w:r>
          </w:p>
        </w:tc>
        <w:tc>
          <w:tcPr>
            <w:tcW w:type="dxa" w:w="3326"/>
          </w:tcPr>
          <w:p>
            <w:pPr>
              <w:bidi/>
              <w:spacing w:before="0" w:after="40"/>
            </w:pPr>
            <w:r>
              <w:rPr>
                <w:rtl/>
              </w:rPr>
              <w:t>4</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6. לְפִי הַטַּבְלָה, בַּחֲרוּ אֶת הַתְּשׁוּבָה הַנְּכוֹנָה.</w:t>
      </w:r>
    </w:p>
    <w:p>
      <w:pPr>
        <w:bidi/>
        <w:spacing w:before="0" w:after="20"/>
      </w:pPr>
      <w:r>
        <w:rPr>
          <w:rtl/>
        </w:rPr>
        <w:t>א. בְּאֵיזֶה שִׁמּוּשׁ קַרְקַע יֵשׁ בַּכְּפָר הֲכִי הַרְבֵּה מְקוֹמוֹת?</w:t>
      </w:r>
    </w:p>
    <w:p>
      <w:pPr>
        <w:bidi/>
        <w:spacing w:before="0" w:after="80"/>
      </w:pPr>
      <w:r>
        <w:rPr>
          <w:rtl/>
        </w:rPr>
        <w:t xml:space="preserve">   ○ שֵׁרוּתִים      ○ מִסְחָר      ○ תַּעֲשִׂיָּה</w:t>
      </w:r>
    </w:p>
    <w:p>
      <w:pPr>
        <w:bidi/>
        <w:spacing w:before="0" w:after="20"/>
      </w:pPr>
      <w:r>
        <w:rPr>
          <w:rtl/>
        </w:rPr>
        <w:t>ב. כַּמָּה גִּנּוֹת יֵשׁ בַּכְּפָר?</w:t>
      </w:r>
    </w:p>
    <w:p>
      <w:pPr>
        <w:bidi/>
        <w:spacing w:before="0" w:after="80"/>
      </w:pPr>
      <w:r>
        <w:rPr>
          <w:rtl/>
        </w:rPr>
        <w:t xml:space="preserve">   ○ 2      ○ 6      ○ 4</w:t>
      </w:r>
    </w:p>
    <w:p>
      <w:pPr>
        <w:bidi/>
        <w:spacing w:before="120" w:after="40"/>
      </w:pPr>
      <w:r>
        <w:rPr>
          <w:rFonts w:ascii="Tahoma" w:hAnsi="Tahoma" w:cs="Tahoma"/>
          <w:b/>
          <w:bCs/>
          <w:color w:val="0D7A7C"/>
          <w:sz w:val="30"/>
          <w:szCs w:val="30"/>
          <w:rtl/>
        </w:rPr>
        <w:t>יוֹם עֲבוֹדָה שֶׁל אַבָּא שֶׁל אֲרִיאֵל</w:t>
      </w:r>
    </w:p>
    <w:p>
      <w:pPr>
        <w:bidi/>
        <w:spacing w:before="0" w:after="80"/>
      </w:pPr>
      <w:r>
        <w:rPr>
          <w:rtl/>
        </w:rPr>
        <w:t>אַבָּא שֶׁל אֲרִיאֵל יוֹצֵא מֵהַבַּיִת בְּשֶׁבַע בַּבֹּקֶר. הוּא נוֹסֵעַ בְּאוֹטוֹבּוּס אֶל אֵזוֹר הַתַּעֲשִׂיָּה שֶׁבִּקְצֵה הָעִיר, וְשָׁם הוּא עוֹבֵד בְּמִפְעָל לַאֲרִיזוֹת קַרְטוֹן. בַּצָּהֳרַיִם הוּא אוֹכֵל בְּמִסְעָדָה קְטַנָּה לְיַד הַמִּפְעָל.</w:t>
      </w:r>
    </w:p>
    <w:p>
      <w:pPr>
        <w:bidi/>
        <w:spacing w:before="0" w:after="80"/>
      </w:pPr>
      <w:r>
        <w:rPr>
          <w:rtl/>
        </w:rPr>
        <w:t>אַחֲרֵי הָעֲבוֹדָה אַבָּא עוֹצֵר בַּמֶּרְכָּז הַמִּסְחָרִי וְקוֹנֶה יְרָקוֹת וְלֶחֶם. בַּדֶּרֶךְ הַבַּיְתָה הוּא אוֹסֵף אֶת אֲרִיאֵל מָחוֹג סְפּוֹרְט בַּמַּתְנָ"ס. בָּעֶרֶב הֵם הוֹלְכִים יַחַד לַגִּנָּה הַצִּבּוּרִית שֶׁלְּיַד הַבַּיִת.</w:t>
      </w:r>
    </w:p>
    <w:p>
      <w:pPr>
        <w:bidi/>
        <w:spacing w:before="160" w:after="60"/>
      </w:pPr>
      <w:r>
        <w:rPr>
          <w:b/>
          <w:bCs/>
          <w:sz w:val="26"/>
          <w:szCs w:val="26"/>
          <w:rtl/>
        </w:rPr>
        <w:t>7. לְפִי הַקֶּטַע, הַשְׁלִימוּ אֶת שִׁמּוּשׁ הַקַּרְקַע שֶׁל כָּל מָקוֹם.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מָקוֹם</w:t>
            </w:r>
          </w:p>
        </w:tc>
        <w:tc>
          <w:tcPr>
            <w:tcW w:type="dxa" w:w="4989"/>
            <w:shd w:val="clear" w:color="auto" w:fill="0d7a7c"/>
          </w:tcPr>
          <w:p>
            <w:pPr>
              <w:bidi/>
              <w:spacing w:before="0" w:after="40"/>
            </w:pPr>
            <w:r>
              <w:rPr>
                <w:b/>
                <w:bCs/>
                <w:color w:val="FFFFFF"/>
                <w:rtl/>
              </w:rPr>
              <w:t>שִׁמּוּשׁ הַקַּרְקַע</w:t>
            </w:r>
          </w:p>
        </w:tc>
      </w:tr>
      <w:tr>
        <w:tc>
          <w:tcPr>
            <w:tcW w:type="dxa" w:w="4989"/>
          </w:tcPr>
          <w:p>
            <w:pPr>
              <w:bidi/>
              <w:spacing w:before="0" w:after="40"/>
            </w:pPr>
            <w:r>
              <w:rPr>
                <w:rtl/>
              </w:rPr>
              <w:t>הַבַּיִת</w:t>
            </w:r>
          </w:p>
        </w:tc>
        <w:tc>
          <w:tcPr>
            <w:tcW w:type="dxa" w:w="4989"/>
          </w:tcPr>
          <w:p>
            <w:pPr>
              <w:bidi/>
              <w:spacing w:before="0" w:after="40"/>
            </w:pPr>
            <w:r>
              <w:rPr>
                <w:rtl/>
              </w:rPr>
            </w:r>
          </w:p>
        </w:tc>
      </w:tr>
      <w:tr>
        <w:tc>
          <w:tcPr>
            <w:tcW w:type="dxa" w:w="4989"/>
          </w:tcPr>
          <w:p>
            <w:pPr>
              <w:bidi/>
              <w:spacing w:before="0" w:after="40"/>
            </w:pPr>
            <w:r>
              <w:rPr>
                <w:rtl/>
              </w:rPr>
              <w:t>הַמִּפְעָל</w:t>
            </w:r>
          </w:p>
        </w:tc>
        <w:tc>
          <w:tcPr>
            <w:tcW w:type="dxa" w:w="4989"/>
          </w:tcPr>
          <w:p>
            <w:pPr>
              <w:bidi/>
              <w:spacing w:before="0" w:after="40"/>
            </w:pPr>
            <w:r>
              <w:rPr>
                <w:rtl/>
              </w:rPr>
            </w:r>
          </w:p>
        </w:tc>
      </w:tr>
      <w:tr>
        <w:tc>
          <w:tcPr>
            <w:tcW w:type="dxa" w:w="4989"/>
          </w:tcPr>
          <w:p>
            <w:pPr>
              <w:bidi/>
              <w:spacing w:before="0" w:after="40"/>
            </w:pPr>
            <w:r>
              <w:rPr>
                <w:rtl/>
              </w:rPr>
              <w:t>הַמֶּרְכָּז הַמִּסְחָרִי</w:t>
            </w:r>
          </w:p>
        </w:tc>
        <w:tc>
          <w:tcPr>
            <w:tcW w:type="dxa" w:w="4989"/>
          </w:tcPr>
          <w:p>
            <w:pPr>
              <w:bidi/>
              <w:spacing w:before="0" w:after="40"/>
            </w:pPr>
            <w:r>
              <w:rPr>
                <w:rtl/>
              </w:rPr>
            </w:r>
          </w:p>
        </w:tc>
      </w:tr>
      <w:tr>
        <w:tc>
          <w:tcPr>
            <w:tcW w:type="dxa" w:w="4989"/>
          </w:tcPr>
          <w:p>
            <w:pPr>
              <w:bidi/>
              <w:spacing w:before="0" w:after="40"/>
            </w:pPr>
            <w:r>
              <w:rPr>
                <w:rtl/>
              </w:rPr>
              <w:t>הַמַּתְנָ"ס</w:t>
            </w:r>
          </w:p>
        </w:tc>
        <w:tc>
          <w:tcPr>
            <w:tcW w:type="dxa" w:w="4989"/>
          </w:tcPr>
          <w:p>
            <w:pPr>
              <w:bidi/>
              <w:spacing w:before="0" w:after="40"/>
            </w:pPr>
            <w:r>
              <w:rPr>
                <w:rtl/>
              </w:rPr>
            </w:r>
          </w:p>
        </w:tc>
      </w:tr>
      <w:tr>
        <w:tc>
          <w:tcPr>
            <w:tcW w:type="dxa" w:w="4989"/>
          </w:tcPr>
          <w:p>
            <w:pPr>
              <w:bidi/>
              <w:spacing w:before="0" w:after="40"/>
            </w:pPr>
            <w:r>
              <w:rPr>
                <w:rtl/>
              </w:rPr>
              <w:t>הַגִּנָּה הַצִּבּוּרִית</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8. לְפִי הַקֶּטַע, מַדּוּעַ אַבָּא שֶׁל אֲרִיאֵל נוֹסֵעַ בָּאוֹטוֹבּוּס וְלֹא הוֹלֵךְ בָּרֶגֶל לָעֲבוֹדָה?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כִּתְבוּ לְיַד כָּל מִשְׁפָּט אִם מְדֻבָּר בְּתוֹפָעָה טִבְעִית אוֹ בְּתוֹפָעָה אֱנוֹשִׁית.</w:t>
      </w:r>
    </w:p>
    <w:p>
      <w:pPr>
        <w:bidi/>
        <w:spacing w:before="0" w:after="100"/>
      </w:pPr>
      <w:r>
        <w:rPr>
          <w:rtl/>
        </w:rPr>
        <w:t>א. הָעִירִיָּה סָלְלָה שְׁבִיל אוֹפַנַּיִם.</w:t>
      </w:r>
    </w:p>
    <w:p>
      <w:pPr>
        <w:bidi/>
        <w:spacing w:before="0" w:after="100"/>
      </w:pPr>
      <w:r>
        <w:rPr>
          <w:rtl/>
        </w:rPr>
        <w:t>ב. בַּחֹרֶף זָרְמוּ מַיִם בַּנַּחַל.</w:t>
      </w:r>
    </w:p>
    <w:p>
      <w:pPr>
        <w:bidi/>
        <w:spacing w:before="0" w:after="100"/>
      </w:pPr>
      <w:r>
        <w:rPr>
          <w:rtl/>
        </w:rPr>
        <w:t>ג. נִבְנָה גֶּשֶׁר מֵעַל הַנַּחַל.</w:t>
      </w:r>
    </w:p>
    <w:p>
      <w:pPr>
        <w:bidi/>
        <w:spacing w:before="0" w:after="100"/>
      </w:pPr>
      <w:r>
        <w:rPr>
          <w:rtl/>
        </w:rPr>
        <w:t>ד. עַל הַגִּבְעָה צוֹמְחִים עֲצֵי אַלּוֹן.</w:t>
      </w:r>
    </w:p>
    <w:p>
      <w:pPr>
        <w:bidi/>
        <w:spacing w:before="160" w:after="60"/>
      </w:pPr>
      <w:r>
        <w:rPr>
          <w:b/>
          <w:bCs/>
          <w:sz w:val="26"/>
          <w:szCs w:val="26"/>
          <w:rtl/>
        </w:rPr>
        <w:t>10. שַׂרְטְטוּ מַפָּה שֶׁל הָרְחוֹב שֶׁלָּכֶם אוֹ שֶׁל רְחוֹב דִּמְיוֹנִי. סַמְּנוּ לְפָחוֹת שְׁלוֹשָׁה שִׁמּוּשֵׁי קַרְקַע שׁוֹנִים וְהוֹסִיפוּ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הַסְבִּירוּ מַדּוּעַ מֶרְכָּז מִסְחָרִי נִבְנָה בְּדֶרֶךְ כְּלָל בְּמָקוֹם שֶׁקַּל לְהַגִּיעַ אֵלָיו.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אֵיזֶה שִׁמּוּשׁ קַרְקַע חָסֵר לְדַעְתְּכֶם בַּיִּשּׁוּב שֶׁלָּכֶם? הַסְבִּירוּ מַדּוּעַ הוּא חָשׁוּב.</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בְּעִיר דִּמְיוֹנִית יֵשׁ רַק בָּתִּים וּמִפְעָלִים, וְאֵין בָּהּ חֲנוּיוֹת, שֵׁרוּתִים וּשְׁטָחִים פְּתוּחִים. כִּתְבוּ שְׁתֵּי בְּעָיוֹת שֶׁיִּהְיוּ לַתּוֹשָׁבִים.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0D7A7C"/>
          <w:sz w:val="26"/>
          <w:szCs w:val="26"/>
          <w:rtl/>
        </w:rPr>
        <w:t>14. גִּזְרוּ אֶת הַכַּרְטִיסִים, וְהַדְבִּיקוּ כָּל מָקוֹם בְּשִׁמּוּשׁ הַקַּרְקַע הַמַּתְאִים לוֹ. (גִּזְרוּ מֵעַמּוּד 50)</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מְגוּרִים</w:t>
            </w:r>
          </w:p>
        </w:tc>
        <w:tc>
          <w:tcPr>
            <w:tcW w:type="dxa" w:w="2466"/>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מִסְחָר</w:t>
            </w:r>
          </w:p>
        </w:tc>
        <w:tc>
          <w:tcPr>
            <w:tcW w:type="dxa" w:w="2466"/>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תַּעֲשִׂיָּה</w:t>
            </w:r>
          </w:p>
        </w:tc>
        <w:tc>
          <w:tcPr>
            <w:tcW w:type="dxa" w:w="2466"/>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שֶׁטַח פָּתוּחַ</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bl>
    <w:p>
      <w:pPr>
        <w:bidi/>
        <w:spacing w:before="0" w:after="40"/>
      </w:pPr>
    </w:p>
    <w:p>
      <w:pPr>
        <w:bidi/>
        <w:spacing w:before="160" w:after="60"/>
      </w:pPr>
      <w:r>
        <w:rPr>
          <w:b/>
          <w:bCs/>
          <w:color w:val="0D7A7C"/>
          <w:sz w:val="26"/>
          <w:szCs w:val="26"/>
          <w:rtl/>
        </w:rPr>
        <w:t>15. קִרְאוּ אֶת בֵּאוּרֵי הַמִּלִּים.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pPr>
            <w:r>
              <w:rPr>
                <w:b/>
                <w:bCs/>
                <w:color w:val="8A5A00"/>
                <w:sz w:val="26"/>
                <w:szCs w:val="26"/>
                <w:rtl/>
              </w:rPr>
              <w:t>📖 בֵּאוּרֵי מִלִּים</w:t>
            </w:r>
          </w:p>
          <w:p>
            <w:pPr>
              <w:bidi/>
              <w:spacing w:before="0" w:after="40"/>
            </w:pPr>
            <w:r>
              <w:rPr>
                <w:b/>
                <w:bCs/>
                <w:sz w:val="24"/>
                <w:szCs w:val="24"/>
                <w:rtl/>
              </w:rPr>
              <w:t xml:space="preserve">שִׁמּוּשׁ קַרְקַע – </w:t>
            </w:r>
            <w:r>
              <w:rPr>
                <w:sz w:val="24"/>
                <w:szCs w:val="24"/>
                <w:rtl/>
              </w:rPr>
              <w:t>לְמָה מְשַׁמֵּשׁ שֶׁטַח מְסֻיָּם בַּיִּשּׁוּב</w:t>
            </w:r>
          </w:p>
          <w:p>
            <w:pPr>
              <w:bidi/>
              <w:spacing w:before="0" w:after="40"/>
            </w:pPr>
            <w:r>
              <w:rPr>
                <w:b/>
                <w:bCs/>
                <w:sz w:val="24"/>
                <w:szCs w:val="24"/>
                <w:rtl/>
              </w:rPr>
              <w:t xml:space="preserve">מְגוּרִים – </w:t>
            </w:r>
            <w:r>
              <w:rPr>
                <w:sz w:val="24"/>
                <w:szCs w:val="24"/>
                <w:rtl/>
              </w:rPr>
              <w:t>שֶׁטַח שֶׁל בָּתִּים שֶׁגָּרִים בָּהֶם</w:t>
            </w:r>
          </w:p>
          <w:p>
            <w:pPr>
              <w:bidi/>
              <w:spacing w:before="0" w:after="40"/>
            </w:pPr>
            <w:r>
              <w:rPr>
                <w:b/>
                <w:bCs/>
                <w:sz w:val="24"/>
                <w:szCs w:val="24"/>
                <w:rtl/>
              </w:rPr>
              <w:t xml:space="preserve">מִסְחָר – </w:t>
            </w:r>
            <w:r>
              <w:rPr>
                <w:sz w:val="24"/>
                <w:szCs w:val="24"/>
                <w:rtl/>
              </w:rPr>
              <w:t>שֶׁטַח שֶׁל חֲנוּיוֹת וּקְנִיּוֹת</w:t>
            </w:r>
          </w:p>
          <w:p>
            <w:pPr>
              <w:bidi/>
              <w:spacing w:before="0" w:after="40"/>
            </w:pPr>
            <w:r>
              <w:rPr>
                <w:b/>
                <w:bCs/>
                <w:sz w:val="24"/>
                <w:szCs w:val="24"/>
                <w:rtl/>
              </w:rPr>
              <w:t xml:space="preserve">תַּעֲשִׂיָּה – </w:t>
            </w:r>
            <w:r>
              <w:rPr>
                <w:sz w:val="24"/>
                <w:szCs w:val="24"/>
                <w:rtl/>
              </w:rPr>
              <w:t>שֶׁטַח שֶׁל מִפְעָלִים שֶׁמְּיַצְּרִים מוּצָרִים</w:t>
            </w:r>
          </w:p>
          <w:p>
            <w:pPr>
              <w:bidi/>
              <w:spacing w:before="0" w:after="40"/>
            </w:pPr>
            <w:r>
              <w:rPr>
                <w:b/>
                <w:bCs/>
                <w:sz w:val="24"/>
                <w:szCs w:val="24"/>
                <w:rtl/>
              </w:rPr>
              <w:t xml:space="preserve">שֶׁטַח פָּתוּחַ – </w:t>
            </w:r>
            <w:r>
              <w:rPr>
                <w:sz w:val="24"/>
                <w:szCs w:val="24"/>
                <w:rtl/>
              </w:rPr>
              <w:t>שֶׁטַח בְּלִי בִּנְיָנִים: פַּארְק, שָׂדֶה, חֹרֶשׁ</w:t>
            </w:r>
          </w:p>
        </w:tc>
      </w:tr>
    </w:tbl>
    <w:p>
      <w:pPr>
        <w:bidi/>
        <w:spacing w:before="0" w:after="40"/>
      </w:pPr>
    </w:p>
    <w:p>
      <w:pPr>
        <w:bidi/>
        <w:spacing w:before="0" w:after="40"/>
      </w:pPr>
      <w:r>
        <w:rPr>
          <w:b/>
          <w:bCs/>
          <w:sz w:val="25"/>
          <w:szCs w:val="25"/>
          <w:rtl/>
        </w:rPr>
        <w:t>✏️ בַּחֲרוּ שְׁתֵּי מִלִּים מִן הַבֵּאוּרִים, וְכִתְבוּ מִשְׁפָּט עִם כָּל אַחַת מֵהֶן.</w:t>
      </w:r>
    </w:p>
    <w:p>
      <w:pPr>
        <w:bidi/>
        <w:spacing w:before="0" w:after="120"/>
      </w:pPr>
      <w:r>
        <w:rPr>
          <w:color w:val="9AA3B5"/>
          <w:sz w:val="24"/>
          <w:szCs w:val="24"/>
          <w:rtl/>
        </w:rPr>
        <w:t>______________________________________________________________________</w:t>
      </w:r>
    </w:p>
    <w:p>
      <w:pPr>
        <w:bidi/>
        <w:spacing w:before="0" w:after="120"/>
      </w:pPr>
      <w:r>
        <w:rPr>
          <w:color w:val="9AA3B5"/>
          <w:sz w:val="24"/>
          <w:szCs w:val="24"/>
          <w:rtl/>
        </w:rPr>
        <w:t>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מוֹלֶדֶת, חֶבְרָה וְאֶזְרָחוּת · כִּתָּה ג'   |   פֶּרֶק 4</w:t>
      </w:r>
    </w:p>
    <w:p>
      <w:pPr>
        <w:bidi/>
        <w:spacing w:before="0" w:after="120"/>
      </w:pPr>
      <w:r>
        <w:rPr>
          <w:rFonts w:ascii="Tahoma" w:hAnsi="Tahoma" w:cs="Tahoma"/>
          <w:b/>
          <w:bCs/>
          <w:color w:val="0D7A7C"/>
          <w:sz w:val="44"/>
          <w:szCs w:val="44"/>
          <w:rtl/>
        </w:rPr>
        <w:t>פֶּרֶק 4: אִרְגּוּן הַמֶּרְחָב בַּיִּשּׁוּב: מִבְנֵי צִבּוּר, שֵׁרוּתֵי הָרָשׁוּת הַמְּקוֹמִית וּנְגִישׁוּת</w:t>
      </w:r>
    </w:p>
    <w:p>
      <w:pPr>
        <w:bidi/>
        <w:spacing w:before="0" w:after="80"/>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geo_g3_t04.jpg"/>
                    <pic:cNvPicPr/>
                  </pic:nvPicPr>
                  <pic:blipFill>
                    <a:blip r:embed="rId15"/>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0D7A7C"/>
          <w:sz w:val="28"/>
          <w:szCs w:val="28"/>
          <w:rtl/>
        </w:rPr>
        <w:t>◆ מִבְנֵי צִבּוּר</w:t>
      </w:r>
    </w:p>
    <w:p>
      <w:pPr>
        <w:bidi/>
        <w:spacing w:before="0" w:after="40"/>
      </w:pPr>
      <w:r>
        <w:rPr>
          <w:rtl/>
        </w:rPr>
        <w:t>בִּנְיָנִים שֶׁשַּׁיָּכִים לְכָל הַתּוֹשָׁבִים וְנוֹתְנִים שֵׁרוּת: בֵּית סֵפֶר, סִפְרִיָּה, מַתְנָ"ס, מִרְפָּאָה, בָּתֵּי תְּפִלָּה.</w:t>
      </w:r>
    </w:p>
    <w:p>
      <w:pPr>
        <w:bidi/>
        <w:spacing w:before="120" w:after="40"/>
      </w:pPr>
      <w:r>
        <w:rPr>
          <w:rFonts w:ascii="Tahoma" w:hAnsi="Tahoma" w:cs="Tahoma"/>
          <w:b/>
          <w:bCs/>
          <w:color w:val="0D7A7C"/>
          <w:sz w:val="28"/>
          <w:szCs w:val="28"/>
          <w:rtl/>
        </w:rPr>
        <w:t>◆ הָרָשׁוּת הַמְּקוֹמִית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מֻשָּׂג</w:t>
            </w:r>
          </w:p>
        </w:tc>
        <w:tc>
          <w:tcPr>
            <w:tcW w:type="dxa" w:w="4989"/>
            <w:shd w:val="clear" w:color="auto" w:fill="0d7a7c"/>
          </w:tcPr>
          <w:p>
            <w:pPr>
              <w:bidi/>
              <w:spacing w:before="0" w:after="40"/>
            </w:pPr>
            <w:r>
              <w:rPr>
                <w:b/>
                <w:bCs/>
                <w:color w:val="FFFFFF"/>
                <w:rtl/>
              </w:rPr>
              <w:t>פֵּרוּשׁ</w:t>
            </w:r>
          </w:p>
        </w:tc>
      </w:tr>
      <w:tr>
        <w:tc>
          <w:tcPr>
            <w:tcW w:type="dxa" w:w="4989"/>
          </w:tcPr>
          <w:p>
            <w:pPr>
              <w:bidi/>
              <w:spacing w:before="0" w:after="40"/>
            </w:pPr>
            <w:r>
              <w:rPr>
                <w:rtl/>
              </w:rPr>
              <w:t>עִירִיָּה / מוֹעָצָה</w:t>
            </w:r>
          </w:p>
        </w:tc>
        <w:tc>
          <w:tcPr>
            <w:tcW w:type="dxa" w:w="4989"/>
          </w:tcPr>
          <w:p>
            <w:pPr>
              <w:bidi/>
              <w:spacing w:before="0" w:after="40"/>
            </w:pPr>
            <w:r>
              <w:rPr>
                <w:rtl/>
              </w:rPr>
              <w:t>הַגּוּף שֶׁמְּנַהֵל אֶת הַיִּשּׁוּב</w:t>
            </w:r>
          </w:p>
        </w:tc>
      </w:tr>
      <w:tr>
        <w:tc>
          <w:tcPr>
            <w:tcW w:type="dxa" w:w="4989"/>
          </w:tcPr>
          <w:p>
            <w:pPr>
              <w:bidi/>
              <w:spacing w:before="0" w:after="40"/>
            </w:pPr>
            <w:r>
              <w:rPr>
                <w:rtl/>
              </w:rPr>
              <w:t>רֹאשׁ הָעִירִיָּה</w:t>
            </w:r>
          </w:p>
        </w:tc>
        <w:tc>
          <w:tcPr>
            <w:tcW w:type="dxa" w:w="4989"/>
          </w:tcPr>
          <w:p>
            <w:pPr>
              <w:bidi/>
              <w:spacing w:before="0" w:after="40"/>
            </w:pPr>
            <w:r>
              <w:rPr>
                <w:rtl/>
              </w:rPr>
              <w:t>עוֹמֵד בְּרֹאשׁ הָעִירִיָּה, נִבְחָר בַּבְּחִירוֹת</w:t>
            </w:r>
          </w:p>
        </w:tc>
      </w:tr>
      <w:tr>
        <w:tc>
          <w:tcPr>
            <w:tcW w:type="dxa" w:w="4989"/>
          </w:tcPr>
          <w:p>
            <w:pPr>
              <w:bidi/>
              <w:spacing w:before="0" w:after="40"/>
            </w:pPr>
            <w:r>
              <w:rPr>
                <w:rtl/>
              </w:rPr>
              <w:t>אַרְנוֹנָה</w:t>
            </w:r>
          </w:p>
        </w:tc>
        <w:tc>
          <w:tcPr>
            <w:tcW w:type="dxa" w:w="4989"/>
          </w:tcPr>
          <w:p>
            <w:pPr>
              <w:bidi/>
              <w:spacing w:before="0" w:after="40"/>
            </w:pPr>
            <w:r>
              <w:rPr>
                <w:rtl/>
              </w:rPr>
              <w:t>תַּשְׁלוּם שֶׁל הַתּוֹשָׁבִים לָרָשׁוּת</w:t>
            </w:r>
          </w:p>
        </w:tc>
      </w:tr>
      <w:tr>
        <w:tc>
          <w:tcPr>
            <w:tcW w:type="dxa" w:w="4989"/>
          </w:tcPr>
          <w:p>
            <w:pPr>
              <w:bidi/>
              <w:spacing w:before="0" w:after="40"/>
            </w:pPr>
            <w:r>
              <w:rPr>
                <w:rtl/>
              </w:rPr>
              <w:t>חֻקֵּי עֵזֶר</w:t>
            </w:r>
          </w:p>
        </w:tc>
        <w:tc>
          <w:tcPr>
            <w:tcW w:type="dxa" w:w="4989"/>
          </w:tcPr>
          <w:p>
            <w:pPr>
              <w:bidi/>
              <w:spacing w:before="0" w:after="40"/>
            </w:pPr>
            <w:r>
              <w:rPr>
                <w:rtl/>
              </w:rPr>
              <w:t>כְּלָלִים שֶׁל הָרָשׁוּת לְסֵדֶר וּלְנִקְיוֹן</w:t>
            </w:r>
          </w:p>
        </w:tc>
      </w:tr>
    </w:tbl>
    <w:p>
      <w:pPr>
        <w:bidi/>
        <w:spacing w:before="0" w:after="40"/>
      </w:pPr>
    </w:p>
    <w:p>
      <w:pPr>
        <w:bidi/>
        <w:spacing w:before="120" w:after="40"/>
      </w:pPr>
      <w:r>
        <w:rPr>
          <w:rFonts w:ascii="Tahoma" w:hAnsi="Tahoma" w:cs="Tahoma"/>
          <w:b/>
          <w:bCs/>
          <w:color w:val="0D7A7C"/>
          <w:sz w:val="28"/>
          <w:szCs w:val="28"/>
          <w:rtl/>
        </w:rPr>
        <w:t>◆ שֵׁרוּתִים שֶׁל הָרָשׁוּת</w:t>
      </w:r>
    </w:p>
    <w:p>
      <w:pPr>
        <w:bidi/>
        <w:spacing w:before="0" w:after="20"/>
      </w:pPr>
      <w:r>
        <w:rPr>
          <w:rtl/>
        </w:rPr>
        <w:t>1. פִּנּוּי אַשְׁפָּה וְנִקְיוֹן רְחוֹבוֹת.</w:t>
      </w:r>
    </w:p>
    <w:p>
      <w:pPr>
        <w:bidi/>
        <w:spacing w:before="0" w:after="20"/>
      </w:pPr>
      <w:r>
        <w:rPr>
          <w:rtl/>
        </w:rPr>
        <w:t>2. גִּנּוֹת, תְּאוּרָה וּמִדְרְכוֹת.</w:t>
      </w:r>
    </w:p>
    <w:p>
      <w:pPr>
        <w:bidi/>
        <w:spacing w:before="0" w:after="20"/>
      </w:pPr>
      <w:r>
        <w:rPr>
          <w:rtl/>
        </w:rPr>
        <w:t>3. בָּתֵּי סֵפֶר, גַּנֵּי יְלָדִים וּמַתְנָ"סִים.</w:t>
      </w:r>
    </w:p>
    <w:p>
      <w:pPr>
        <w:bidi/>
        <w:spacing w:before="120" w:after="40"/>
      </w:pPr>
      <w:r>
        <w:rPr>
          <w:rFonts w:ascii="Tahoma" w:hAnsi="Tahoma" w:cs="Tahoma"/>
          <w:b/>
          <w:bCs/>
          <w:color w:val="0D7A7C"/>
          <w:sz w:val="28"/>
          <w:szCs w:val="28"/>
          <w:rtl/>
        </w:rPr>
        <w:t>◆ נְגִישׁוּת</w:t>
      </w:r>
    </w:p>
    <w:p>
      <w:pPr>
        <w:bidi/>
        <w:spacing w:before="0" w:after="40"/>
      </w:pPr>
      <w:r>
        <w:rPr>
          <w:rtl/>
        </w:rPr>
        <w:t>כָּל אָדָם יָכוֹל לְהַגִּיעַ לַמָּקוֹם וּלְהִשְׁתַּמֵּשׁ בּוֹ: רַמְפָּה, מַעֲלִית, מִדְרָכָה מֻנְמֶכֶת, שֶׁלֶט בִּכְתַב בְּרַיְל.</w:t>
      </w:r>
    </w:p>
    <w:p>
      <w:pPr>
        <w:bidi/>
        <w:spacing w:before="160" w:after="60"/>
      </w:pPr>
      <w:r>
        <w:rPr>
          <w:b/>
          <w:bCs/>
          <w:sz w:val="26"/>
          <w:szCs w:val="26"/>
          <w:rtl/>
        </w:rPr>
        <w:t>1. הַשְׁלִימוּ.</w:t>
      </w:r>
    </w:p>
    <w:p>
      <w:pPr>
        <w:bidi/>
        <w:spacing w:before="0" w:after="60"/>
      </w:pPr>
      <w:r>
        <w:rPr>
          <w:rtl/>
        </w:rPr>
        <w:t>א. בְּעִיר הָרָשׁוּת הַמְּקוֹמִית נִקְרֵאת __________.</w:t>
      </w:r>
    </w:p>
    <w:p>
      <w:pPr>
        <w:bidi/>
        <w:spacing w:before="0" w:after="60"/>
      </w:pPr>
      <w:r>
        <w:rPr>
          <w:rtl/>
        </w:rPr>
        <w:t>ב. אֶת רֹאשׁ הָעִירִיָּה בּוֹחֲרִים ה__________ שֶׁל הָעִיר.</w:t>
      </w:r>
    </w:p>
    <w:p>
      <w:pPr>
        <w:bidi/>
        <w:spacing w:before="0" w:after="60"/>
      </w:pPr>
      <w:r>
        <w:rPr>
          <w:rtl/>
        </w:rPr>
        <w:t>ג. מִדְרָכָה __________ עוֹזֶרֶת לַחֲצוֹת כְּבִישׁ עִם כִּסֵּא גַּלְגַּלִּים.</w:t>
      </w:r>
    </w:p>
    <w:p>
      <w:pPr>
        <w:bidi/>
        <w:spacing w:before="160" w:after="60"/>
      </w:pPr>
      <w:r>
        <w:rPr>
          <w:b/>
          <w:bCs/>
          <w:sz w:val="26"/>
          <w:szCs w:val="26"/>
          <w:rtl/>
        </w:rPr>
        <w:t>2. הַתְאִימוּ כָּל מֻשָּׂג לַהֶסְבֵּר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אַרְנוֹנָה</w:t>
            </w:r>
          </w:p>
        </w:tc>
        <w:tc>
          <w:tcPr>
            <w:tcW w:type="dxa" w:w="4989"/>
          </w:tcPr>
          <w:p>
            <w:pPr>
              <w:bidi/>
              <w:spacing w:before="0" w:after="40"/>
            </w:pPr>
            <w:r>
              <w:rPr>
                <w:rtl/>
              </w:rPr>
              <w:t>[   ] בִּנְיָן שֶׁנּוֹתֵן שֵׁרוּת לְכָל הַתּוֹשָׁבִים</w:t>
            </w:r>
          </w:p>
        </w:tc>
      </w:tr>
      <w:tr>
        <w:tc>
          <w:tcPr>
            <w:tcW w:type="dxa" w:w="4989"/>
          </w:tcPr>
          <w:p>
            <w:pPr>
              <w:bidi/>
              <w:spacing w:before="0" w:after="40"/>
            </w:pPr>
            <w:r>
              <w:rPr>
                <w:rtl/>
              </w:rPr>
              <w:t>2. חֻקֵּי עֵזֶר</w:t>
            </w:r>
          </w:p>
        </w:tc>
        <w:tc>
          <w:tcPr>
            <w:tcW w:type="dxa" w:w="4989"/>
          </w:tcPr>
          <w:p>
            <w:pPr>
              <w:bidi/>
              <w:spacing w:before="0" w:after="40"/>
            </w:pPr>
            <w:r>
              <w:rPr>
                <w:rtl/>
              </w:rPr>
              <w:t>[   ] כְּלָלִים שֶׁל הָרָשׁוּת הַמְּקוֹמִית</w:t>
            </w:r>
          </w:p>
        </w:tc>
      </w:tr>
      <w:tr>
        <w:tc>
          <w:tcPr>
            <w:tcW w:type="dxa" w:w="4989"/>
          </w:tcPr>
          <w:p>
            <w:pPr>
              <w:bidi/>
              <w:spacing w:before="0" w:after="40"/>
            </w:pPr>
            <w:r>
              <w:rPr>
                <w:rtl/>
              </w:rPr>
              <w:t>3. מִבְנֵה צִבּוּר</w:t>
            </w:r>
          </w:p>
        </w:tc>
        <w:tc>
          <w:tcPr>
            <w:tcW w:type="dxa" w:w="4989"/>
          </w:tcPr>
          <w:p>
            <w:pPr>
              <w:bidi/>
              <w:spacing w:before="0" w:after="40"/>
            </w:pPr>
            <w:r>
              <w:rPr>
                <w:rtl/>
              </w:rPr>
              <w:t>[   ] הָרָשׁוּת הַמְּנַהֶלֶת יִשּׁוּב קָטָן</w:t>
            </w:r>
          </w:p>
        </w:tc>
      </w:tr>
      <w:tr>
        <w:tc>
          <w:tcPr>
            <w:tcW w:type="dxa" w:w="4989"/>
          </w:tcPr>
          <w:p>
            <w:pPr>
              <w:bidi/>
              <w:spacing w:before="0" w:after="40"/>
            </w:pPr>
            <w:r>
              <w:rPr>
                <w:rtl/>
              </w:rPr>
              <w:t>4. נְגִישׁוּת</w:t>
            </w:r>
          </w:p>
        </w:tc>
        <w:tc>
          <w:tcPr>
            <w:tcW w:type="dxa" w:w="4989"/>
          </w:tcPr>
          <w:p>
            <w:pPr>
              <w:bidi/>
              <w:spacing w:before="0" w:after="40"/>
            </w:pPr>
            <w:r>
              <w:rPr>
                <w:rtl/>
              </w:rPr>
              <w:t>[   ] כָּל אָדָם יָכוֹל לְהַגִּיעַ וּלְהִשְׁתַּמֵּשׁ</w:t>
            </w:r>
          </w:p>
        </w:tc>
      </w:tr>
      <w:tr>
        <w:tc>
          <w:tcPr>
            <w:tcW w:type="dxa" w:w="4989"/>
          </w:tcPr>
          <w:p>
            <w:pPr>
              <w:bidi/>
              <w:spacing w:before="0" w:after="40"/>
            </w:pPr>
            <w:r>
              <w:rPr>
                <w:rtl/>
              </w:rPr>
              <w:t>5. מוֹעָצָה מְקוֹמִית</w:t>
            </w:r>
          </w:p>
        </w:tc>
        <w:tc>
          <w:tcPr>
            <w:tcW w:type="dxa" w:w="4989"/>
          </w:tcPr>
          <w:p>
            <w:pPr>
              <w:bidi/>
              <w:spacing w:before="0" w:after="40"/>
            </w:pPr>
            <w:r>
              <w:rPr>
                <w:rtl/>
              </w:rPr>
              <w:t>[   ] תַּשְׁלוּם לָרָשׁוּת הַמְּקוֹמִית עַל הַבַּיִת אוֹ הָעֵסֶק</w:t>
            </w:r>
          </w:p>
        </w:tc>
      </w:tr>
    </w:tbl>
    <w:p>
      <w:pPr>
        <w:bidi/>
        <w:spacing w:before="0" w:after="40"/>
      </w:pPr>
    </w:p>
    <w:p>
      <w:pPr>
        <w:bidi/>
        <w:spacing w:before="160" w:after="60"/>
      </w:pPr>
      <w:r>
        <w:rPr>
          <w:b/>
          <w:bCs/>
          <w:sz w:val="26"/>
          <w:szCs w:val="26"/>
          <w:rtl/>
        </w:rPr>
        <w:t>3.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בֵּית כְּנֶסֶת, מִסְגָּד וּכְנֵסִיָּה הֵם מִבְנֵי צִבּוּר.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הָרָשׁוּת הַמְּקוֹמִית מַפְנָה אֶת הָאַשְׁפָּה מֵהָרְחוֹבוֹת.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חֻקֵּי עֵזֶר נִקְבָּעִים בִּידֵי בַּעֲלֵי הַחֲנוּיוֹת.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מַעֲלִית בַּבִּנְיָן עוֹזֶרֶת רַק לַאֲנָשִׁים צְעִירִים.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מַיְּנוּ: עֶזְרָה בַּנְּגִישׁוּת אוֹ לֹא קָשׁוּר לִנְגִישׁוּת?</w:t>
      </w:r>
    </w:p>
    <w:p>
      <w:pPr>
        <w:bidi/>
        <w:spacing w:before="0" w:after="80"/>
      </w:pPr>
      <w:r>
        <w:rPr>
          <w:color w:val="0D7A7C"/>
          <w:sz w:val="24"/>
          <w:szCs w:val="24"/>
          <w:rtl/>
        </w:rPr>
        <w:t>הַמִּלִּים: רַמְפָּה  |  מַעֲלִית  |  שֶׁלֶט בִּכְתַב בְּרַיְל  |  פֶּסֶל בַּכִּכָּר  |  מִדְרָכָה מֻנְמֶכֶת  |  מִזְרָקָה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עוֹזֵר בַּנְּגִישׁוּת</w:t>
            </w:r>
          </w:p>
        </w:tc>
        <w:tc>
          <w:tcPr>
            <w:tcW w:type="dxa" w:w="4989"/>
            <w:shd w:val="clear" w:color="auto" w:fill="0d7a7c"/>
          </w:tcPr>
          <w:p>
            <w:pPr>
              <w:bidi/>
              <w:spacing w:before="0" w:after="40"/>
            </w:pPr>
            <w:r>
              <w:rPr>
                <w:b/>
                <w:bCs/>
                <w:color w:val="FFFFFF"/>
                <w:rtl/>
              </w:rPr>
              <w:t>לֹא קָשׁוּר לִנְגִישׁוּת</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בַּחֲרוּ אֶת הַתְּשׁוּבָה הַנְּכוֹנָה.</w:t>
      </w:r>
    </w:p>
    <w:p>
      <w:pPr>
        <w:bidi/>
        <w:spacing w:before="0" w:after="20"/>
      </w:pPr>
      <w:r>
        <w:rPr>
          <w:rtl/>
        </w:rPr>
        <w:t>א. מִי מְתַקֵּן פָּנַס רְחוֹב שָׁבוּר?</w:t>
      </w:r>
    </w:p>
    <w:p>
      <w:pPr>
        <w:bidi/>
        <w:spacing w:before="0" w:after="80"/>
      </w:pPr>
      <w:r>
        <w:rPr>
          <w:rtl/>
        </w:rPr>
        <w:t xml:space="preserve">   ○ הַמִּשְׁטָרָה      ○ הָרָשׁוּת הַמְּקוֹמִית      ○ בֵּית הַסֵּפֶר</w:t>
      </w:r>
    </w:p>
    <w:p>
      <w:pPr>
        <w:bidi/>
        <w:spacing w:before="0" w:after="20"/>
      </w:pPr>
      <w:r>
        <w:rPr>
          <w:rtl/>
        </w:rPr>
        <w:t>ב. אֵיזֶה מֵהֶם הוּא חֹק עֵזֶר?</w:t>
      </w:r>
    </w:p>
    <w:p>
      <w:pPr>
        <w:bidi/>
        <w:spacing w:before="0" w:after="80"/>
      </w:pPr>
      <w:r>
        <w:rPr>
          <w:rtl/>
        </w:rPr>
        <w:t xml:space="preserve">   ○ אָסוּר לְהַשְׁלִיךְ פְּסֹלֶת בָּרְחוֹב      ○ צָרִיךְ לֶאֱכֹל אֲרוּחַת בֹּקֶר      ○ מֻתָּר לְשַׂחֵק בַּהַפְסָקָה</w:t>
      </w:r>
    </w:p>
    <w:p>
      <w:pPr>
        <w:bidi/>
        <w:spacing w:before="160" w:after="60"/>
      </w:pPr>
      <w:r>
        <w:rPr>
          <w:b/>
          <w:bCs/>
          <w:sz w:val="26"/>
          <w:szCs w:val="26"/>
          <w:rtl/>
        </w:rPr>
        <w:t>6. בִּכְפָר דִּמְיוֹנִי מָדְדוּ כַּמָּה דַּקּוֹת הוֹלְכִים מֵהַשְּׁכוּנָה לְכָל מִבְנֵה צִבּוּר. הַשְׁלִימוּ: קָרוֹב אוֹ רָחוֹק?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מִבְנֵה צִבּוּר</w:t>
            </w:r>
          </w:p>
        </w:tc>
        <w:tc>
          <w:tcPr>
            <w:tcW w:type="dxa" w:w="3326"/>
            <w:shd w:val="clear" w:color="auto" w:fill="0d7a7c"/>
          </w:tcPr>
          <w:p>
            <w:pPr>
              <w:bidi/>
              <w:spacing w:before="0" w:after="40"/>
            </w:pPr>
            <w:r>
              <w:rPr>
                <w:b/>
                <w:bCs/>
                <w:color w:val="FFFFFF"/>
                <w:rtl/>
              </w:rPr>
              <w:t>דַּקּוֹת הֲלִיכָה</w:t>
            </w:r>
          </w:p>
        </w:tc>
        <w:tc>
          <w:tcPr>
            <w:tcW w:type="dxa" w:w="3326"/>
            <w:shd w:val="clear" w:color="auto" w:fill="0d7a7c"/>
          </w:tcPr>
          <w:p>
            <w:pPr>
              <w:bidi/>
              <w:spacing w:before="0" w:after="40"/>
            </w:pPr>
            <w:r>
              <w:rPr>
                <w:b/>
                <w:bCs/>
                <w:color w:val="FFFFFF"/>
                <w:rtl/>
              </w:rPr>
              <w:t>קָרוֹב אוֹ רָחוֹק?</w:t>
            </w:r>
          </w:p>
        </w:tc>
      </w:tr>
      <w:tr>
        <w:tc>
          <w:tcPr>
            <w:tcW w:type="dxa" w:w="3326"/>
          </w:tcPr>
          <w:p>
            <w:pPr>
              <w:bidi/>
              <w:spacing w:before="0" w:after="40"/>
            </w:pPr>
            <w:r>
              <w:rPr>
                <w:rtl/>
              </w:rPr>
              <w:t>גַּן הַיְּלָדִים</w:t>
            </w:r>
          </w:p>
        </w:tc>
        <w:tc>
          <w:tcPr>
            <w:tcW w:type="dxa" w:w="3326"/>
          </w:tcPr>
          <w:p>
            <w:pPr>
              <w:bidi/>
              <w:spacing w:before="0" w:after="40"/>
            </w:pPr>
            <w:r>
              <w:rPr>
                <w:rtl/>
              </w:rPr>
              <w:t>5</w:t>
            </w:r>
          </w:p>
        </w:tc>
        <w:tc>
          <w:tcPr>
            <w:tcW w:type="dxa" w:w="3326"/>
          </w:tcPr>
          <w:p>
            <w:pPr>
              <w:bidi/>
              <w:spacing w:before="0" w:after="40"/>
            </w:pPr>
            <w:r>
              <w:rPr>
                <w:rtl/>
              </w:rPr>
            </w:r>
          </w:p>
        </w:tc>
      </w:tr>
      <w:tr>
        <w:tc>
          <w:tcPr>
            <w:tcW w:type="dxa" w:w="3326"/>
          </w:tcPr>
          <w:p>
            <w:pPr>
              <w:bidi/>
              <w:spacing w:before="0" w:after="40"/>
            </w:pPr>
            <w:r>
              <w:rPr>
                <w:rtl/>
              </w:rPr>
              <w:t>הַמִּרְפָּאָה</w:t>
            </w:r>
          </w:p>
        </w:tc>
        <w:tc>
          <w:tcPr>
            <w:tcW w:type="dxa" w:w="3326"/>
          </w:tcPr>
          <w:p>
            <w:pPr>
              <w:bidi/>
              <w:spacing w:before="0" w:after="40"/>
            </w:pPr>
            <w:r>
              <w:rPr>
                <w:rtl/>
              </w:rPr>
              <w:t>30</w:t>
            </w:r>
          </w:p>
        </w:tc>
        <w:tc>
          <w:tcPr>
            <w:tcW w:type="dxa" w:w="3326"/>
          </w:tcPr>
          <w:p>
            <w:pPr>
              <w:bidi/>
              <w:spacing w:before="0" w:after="40"/>
            </w:pPr>
            <w:r>
              <w:rPr>
                <w:rtl/>
              </w:rPr>
            </w:r>
          </w:p>
        </w:tc>
      </w:tr>
      <w:tr>
        <w:tc>
          <w:tcPr>
            <w:tcW w:type="dxa" w:w="3326"/>
          </w:tcPr>
          <w:p>
            <w:pPr>
              <w:bidi/>
              <w:spacing w:before="0" w:after="40"/>
            </w:pPr>
            <w:r>
              <w:rPr>
                <w:rtl/>
              </w:rPr>
              <w:t>הַסִּפְרִיָּה</w:t>
            </w:r>
          </w:p>
        </w:tc>
        <w:tc>
          <w:tcPr>
            <w:tcW w:type="dxa" w:w="3326"/>
          </w:tcPr>
          <w:p>
            <w:pPr>
              <w:bidi/>
              <w:spacing w:before="0" w:after="40"/>
            </w:pPr>
            <w:r>
              <w:rPr>
                <w:rtl/>
              </w:rPr>
              <w:t>10</w:t>
            </w:r>
          </w:p>
        </w:tc>
        <w:tc>
          <w:tcPr>
            <w:tcW w:type="dxa" w:w="3326"/>
          </w:tcPr>
          <w:p>
            <w:pPr>
              <w:bidi/>
              <w:spacing w:before="0" w:after="40"/>
            </w:pPr>
            <w:r>
              <w:rPr>
                <w:rtl/>
              </w:rPr>
            </w:r>
          </w:p>
        </w:tc>
      </w:tr>
      <w:tr>
        <w:tc>
          <w:tcPr>
            <w:tcW w:type="dxa" w:w="3326"/>
          </w:tcPr>
          <w:p>
            <w:pPr>
              <w:bidi/>
              <w:spacing w:before="0" w:after="40"/>
            </w:pPr>
            <w:r>
              <w:rPr>
                <w:rtl/>
              </w:rPr>
              <w:t>בְּרֵכַת הַשְּׂחִיָּה</w:t>
            </w:r>
          </w:p>
        </w:tc>
        <w:tc>
          <w:tcPr>
            <w:tcW w:type="dxa" w:w="3326"/>
          </w:tcPr>
          <w:p>
            <w:pPr>
              <w:bidi/>
              <w:spacing w:before="0" w:after="40"/>
            </w:pPr>
            <w:r>
              <w:rPr>
                <w:rtl/>
              </w:rPr>
              <w:t>45</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7. לְפִי הַטַּבְלָה, אֵיזֶה מִבְנֵה צִבּוּר הֲכִי חָשׁוּב לַקְּרָב לַשְּׁכוּנָה?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Tahoma" w:hAnsi="Tahoma" w:cs="Tahoma"/>
          <w:b/>
          <w:bCs/>
          <w:color w:val="0D7A7C"/>
          <w:sz w:val="30"/>
          <w:szCs w:val="30"/>
          <w:rtl/>
        </w:rPr>
        <w:t>בִּקּוּר בַּמַּתְנָ"ס</w:t>
      </w:r>
    </w:p>
    <w:p>
      <w:pPr>
        <w:bidi/>
        <w:spacing w:before="0" w:after="80"/>
      </w:pPr>
      <w:r>
        <w:rPr>
          <w:rtl/>
        </w:rPr>
        <w:t>מִיכַל וְסָבְתָא שֶׁלָּהּ הָלְכוּ לַמַּתְנָ"ס הֶחָדָשׁ. סָבְתָא הוֹלֶכֶת בְּעֶזְרַת הֲלִיכוֹן, וְלָכֵן הִיא שְׂמֵחָה לִרְאוֹת רַמְפָּה רְחָבָה לְיַד הַכְּנִיסָה. בְּתוֹךְ הַבִּנְיָן הָיְתָה מַעֲלִית, וּלְיָדָהּ שֶׁלֶט עִם כְּתַב בְּרַיְל.</w:t>
      </w:r>
    </w:p>
    <w:p>
      <w:pPr>
        <w:bidi/>
        <w:spacing w:before="0" w:after="80"/>
      </w:pPr>
      <w:r>
        <w:rPr>
          <w:rtl/>
        </w:rPr>
        <w:t>בַּקּוֹמָה הַשְּׁנִיָּה הָיְתָה סִפְרִיָּה קְטַנָּה, וּבַקּוֹמָה הָרִאשׁוֹנָה – חוּגֵי צִיּוּר וְשַׁחְמָט. עַל לוּחַ הַמּוֹדָעוֹת רָאֲתָה מִיכַל שֶׁהַמַּתְנָ"ס נִבְנָה בְּעֶזְרַת כַּסְפֵּי הָאַרְנוֹנָה שֶׁל הַתּוֹשָׁבִים. «זֶה מָקוֹם שֶׁכֻּלָּם יְכוֹלִים לְהַגִּיעַ אֵלָיו», אָמְרָה סָבְתָא בְּחִיּוּךְ.</w:t>
      </w:r>
    </w:p>
    <w:p>
      <w:pPr>
        <w:bidi/>
        <w:spacing w:before="160" w:after="60"/>
      </w:pPr>
      <w:r>
        <w:rPr>
          <w:b/>
          <w:bCs/>
          <w:sz w:val="26"/>
          <w:szCs w:val="26"/>
          <w:rtl/>
        </w:rPr>
        <w:t>8. לְפִי הַקֶּטַע «בִּקּוּר בַּמַּתְנָ"ס», הַשְׁלִימוּ.</w:t>
      </w:r>
    </w:p>
    <w:p>
      <w:pPr>
        <w:bidi/>
        <w:spacing w:before="0" w:after="60"/>
      </w:pPr>
      <w:r>
        <w:rPr>
          <w:rtl/>
        </w:rPr>
        <w:t>א. סָבְתָא הוֹלֶכֶת בְּעֶזְרַת __________.</w:t>
      </w:r>
    </w:p>
    <w:p>
      <w:pPr>
        <w:bidi/>
        <w:spacing w:before="0" w:after="60"/>
      </w:pPr>
      <w:r>
        <w:rPr>
          <w:rtl/>
        </w:rPr>
        <w:t>ב. לְיַד הַכְּנִיסָה הָיְתָה __________ רְחָבָה.</w:t>
      </w:r>
    </w:p>
    <w:p>
      <w:pPr>
        <w:bidi/>
        <w:spacing w:before="0" w:after="60"/>
      </w:pPr>
      <w:r>
        <w:rPr>
          <w:rtl/>
        </w:rPr>
        <w:t>ג. לְיַד הַמַּעֲלִית הָיָה שֶׁלֶט עִם כָּתַב __________.</w:t>
      </w:r>
    </w:p>
    <w:p>
      <w:pPr>
        <w:bidi/>
        <w:spacing w:before="0" w:after="60"/>
      </w:pPr>
      <w:r>
        <w:rPr>
          <w:rtl/>
        </w:rPr>
        <w:t>ד. הַמַּתְנָ"ס נִבְנָה בְּעֶזְרַת כַּסְפֵּי ה__________.</w:t>
      </w:r>
    </w:p>
    <w:p>
      <w:pPr>
        <w:bidi/>
        <w:spacing w:before="160" w:after="60"/>
      </w:pPr>
      <w:r>
        <w:rPr>
          <w:b/>
          <w:bCs/>
          <w:sz w:val="26"/>
          <w:szCs w:val="26"/>
          <w:rtl/>
        </w:rPr>
        <w:t>9. לְפִי הַקֶּטַע, כִּתְבוּ שְׁנֵי דְּבָרִים שֶׁהָפְכוּ אֶת הַמַּתְנָ"ס לְנָגִישׁ.</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שַׂרְטְטוּ אֶת הַכְּנִיסָה לְבִנְיָן צִבּוּרִי נָגִישׁ: מַדְרֵגוֹת, רַמְפָּה וּמַעֲקֶה. 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כִּתְבוּ שְׁנֵי שֵׁרוּתִים שֶׁהָרָשׁוּת הַמְּקוֹמִית נוֹתֶנֶת לַתּוֹשָׁבִים בַּיִּשּׁוּב שֶׁלָּכֶם.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הַסְבִּירוּ מַדּוּעַ הַתּוֹשָׁבִים מְשַׁלְּמִים אַרְנוֹנָה.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כִּתְבוּ מִכְתָּב קָצָר לְרֹאשׁ הָעִירִיָּה שֶׁלָּכֶם: בְּעָיָה אַחַת שֶׁמְּצָאתֶם בַּיִּשּׁוּב וְהַצָּעָה לְפִתְרוֹן.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0D7A7C"/>
          <w:sz w:val="26"/>
          <w:szCs w:val="26"/>
          <w:rtl/>
        </w:rPr>
        <w:t>14. גִּזְרוּ אֶת הַכַּרְטִיסִים, וְהַדְבִּיקוּ לְיַד כָּל צֹרֶךְ אֶת מִבְנֵה הַצִּבּוּר שֶׁעוֹנֶה עָלָיו. (גִּזְרוּ מֵעַמּוּד 51)</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pPr>
            <w:r>
              <w:rPr>
                <w:b/>
                <w:bCs/>
                <w:sz w:val="25"/>
                <w:szCs w:val="25"/>
                <w:rtl/>
              </w:rPr>
              <w:t>1.</w:t>
            </w:r>
          </w:p>
        </w:tc>
        <w:tc>
          <w:tcPr>
            <w:tcW w:type="dxa" w:w="7257"/>
            <w:vAlign w:val="center"/>
          </w:tcPr>
          <w:p>
            <w:pPr>
              <w:bidi/>
              <w:spacing w:before="0" w:after="0"/>
            </w:pPr>
            <w:r>
              <w:rPr>
                <w:sz w:val="25"/>
                <w:szCs w:val="25"/>
                <w:rtl/>
              </w:rPr>
              <w:t>רוֹצִים לִשְׁאֹל סֵפֶר</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2.</w:t>
            </w:r>
          </w:p>
        </w:tc>
        <w:tc>
          <w:tcPr>
            <w:tcW w:type="dxa" w:w="7257"/>
            <w:vAlign w:val="center"/>
          </w:tcPr>
          <w:p>
            <w:pPr>
              <w:bidi/>
              <w:spacing w:before="0" w:after="0"/>
            </w:pPr>
            <w:r>
              <w:rPr>
                <w:sz w:val="25"/>
                <w:szCs w:val="25"/>
                <w:rtl/>
              </w:rPr>
              <w:t>צָרִיךְ טִפּוּל רְפוּאִי</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3.</w:t>
            </w:r>
          </w:p>
        </w:tc>
        <w:tc>
          <w:tcPr>
            <w:tcW w:type="dxa" w:w="7257"/>
            <w:vAlign w:val="center"/>
          </w:tcPr>
          <w:p>
            <w:pPr>
              <w:bidi/>
              <w:spacing w:before="0" w:after="0"/>
            </w:pPr>
            <w:r>
              <w:rPr>
                <w:sz w:val="25"/>
                <w:szCs w:val="25"/>
                <w:rtl/>
              </w:rPr>
              <w:t>רוֹצִים לְשַׂחֵק כַּדּוּרְסַל</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4.</w:t>
            </w:r>
          </w:p>
        </w:tc>
        <w:tc>
          <w:tcPr>
            <w:tcW w:type="dxa" w:w="7257"/>
            <w:vAlign w:val="center"/>
          </w:tcPr>
          <w:p>
            <w:pPr>
              <w:bidi/>
              <w:spacing w:before="0" w:after="0"/>
            </w:pPr>
            <w:r>
              <w:rPr>
                <w:sz w:val="25"/>
                <w:szCs w:val="25"/>
                <w:rtl/>
              </w:rPr>
              <w:t>יְלָדִים לוֹמְדִים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5.</w:t>
            </w:r>
          </w:p>
        </w:tc>
        <w:tc>
          <w:tcPr>
            <w:tcW w:type="dxa" w:w="7257"/>
            <w:vAlign w:val="center"/>
          </w:tcPr>
          <w:p>
            <w:pPr>
              <w:bidi/>
              <w:spacing w:before="0" w:after="0"/>
            </w:pPr>
            <w:r>
              <w:rPr>
                <w:sz w:val="25"/>
                <w:szCs w:val="25"/>
                <w:rtl/>
              </w:rPr>
              <w:t>שׁוֹלְחִים מִכְתָּב</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bl>
    <w:p>
      <w:pPr>
        <w:bidi/>
        <w:spacing w:before="0" w:after="40"/>
      </w:pPr>
    </w:p>
    <w:p>
      <w:pPr>
        <w:bidi/>
        <w:spacing w:before="160" w:after="60"/>
      </w:pPr>
      <w:r>
        <w:rPr>
          <w:b/>
          <w:bCs/>
          <w:color w:val="0D7A7C"/>
          <w:sz w:val="26"/>
          <w:szCs w:val="26"/>
          <w:rtl/>
        </w:rPr>
        <w:t>15. מִתְחוּ קַו מִכָּל שֵׁרוּת שֶׁל הָרָשׁוּת הַמְּקוֹמִית אֶל מָה שֶׁהוּא עוֹשֶׂה.</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pPr>
            <w:r>
              <w:rPr>
                <w:sz w:val="25"/>
                <w:szCs w:val="25"/>
                <w:rtl/>
              </w:rPr>
              <w:t>1. פִּנּוּי אַשְׁפָּה</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א. מְאִירָה אֶת הַדֶּרֶךְ בַּלַּיְלָה</w:t>
            </w:r>
          </w:p>
        </w:tc>
      </w:tr>
      <w:tr>
        <w:tc>
          <w:tcPr>
            <w:tcW w:type="dxa" w:w="3515"/>
            <w:vAlign w:val="center"/>
          </w:tcPr>
          <w:p>
            <w:pPr>
              <w:bidi/>
              <w:spacing w:before="80" w:after="80"/>
            </w:pPr>
            <w:r>
              <w:rPr>
                <w:sz w:val="25"/>
                <w:szCs w:val="25"/>
                <w:rtl/>
              </w:rPr>
              <w:t>2. תְּאוּרַת רְחוֹב</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ב. שׁוֹמֵר עַל רְחוֹבוֹת נְקִיִּים</w:t>
            </w:r>
          </w:p>
        </w:tc>
      </w:tr>
      <w:tr>
        <w:tc>
          <w:tcPr>
            <w:tcW w:type="dxa" w:w="3515"/>
            <w:vAlign w:val="center"/>
          </w:tcPr>
          <w:p>
            <w:pPr>
              <w:bidi/>
              <w:spacing w:before="80" w:after="80"/>
            </w:pPr>
            <w:r>
              <w:rPr>
                <w:sz w:val="25"/>
                <w:szCs w:val="25"/>
                <w:rtl/>
              </w:rPr>
              <w:t>3. כֶּבֶשׂ (רַמְפָּה) וּמַעֲלִית</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ג. נְגִישׁוּת לְכִסֵּא גַּלְגַּלִּים</w:t>
            </w:r>
          </w:p>
        </w:tc>
      </w:tr>
      <w:tr>
        <w:tc>
          <w:tcPr>
            <w:tcW w:type="dxa" w:w="3515"/>
            <w:vAlign w:val="center"/>
          </w:tcPr>
          <w:p>
            <w:pPr>
              <w:bidi/>
              <w:spacing w:before="80" w:after="80"/>
            </w:pPr>
            <w:r>
              <w:rPr>
                <w:sz w:val="25"/>
                <w:szCs w:val="25"/>
                <w:rtl/>
              </w:rPr>
              <w:t>4. גִּנּוּן</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ד. שׁוֹתֵל וּמַשְׁקֶה עֵצִים בַּגַּנִּים</w:t>
            </w:r>
          </w:p>
        </w:tc>
      </w:tr>
    </w:tbl>
    <w:p>
      <w:pPr>
        <w:bidi/>
        <w:spacing w:before="0" w:after="40"/>
      </w:pPr>
    </w:p>
    <w:p>
      <w:pPr>
        <w:bidi/>
        <w:spacing w:before="0" w:after="80"/>
      </w:pPr>
      <w:r>
        <w:br w:type="page"/>
      </w:r>
    </w:p>
    <w:p>
      <w:pPr>
        <w:bidi/>
        <w:spacing w:before="0" w:after="120"/>
      </w:pPr>
      <w:r>
        <w:rPr>
          <w:rFonts w:ascii="Arial" w:hAnsi="Arial" w:cs="Arial"/>
          <w:color w:val="5B6476"/>
          <w:sz w:val="20"/>
          <w:szCs w:val="20"/>
          <w:rtl/>
        </w:rPr>
        <w:t>מוֹלֶדֶת, חֶבְרָה וְאֶזְרָחוּת · כִּתָּה ג'   |   פֶּרֶק 5</w:t>
      </w:r>
    </w:p>
    <w:p>
      <w:pPr>
        <w:bidi/>
        <w:spacing w:before="0" w:after="120"/>
      </w:pPr>
      <w:r>
        <w:rPr>
          <w:rFonts w:ascii="Tahoma" w:hAnsi="Tahoma" w:cs="Tahoma"/>
          <w:b/>
          <w:bCs/>
          <w:color w:val="0D7A7C"/>
          <w:sz w:val="44"/>
          <w:szCs w:val="44"/>
          <w:rtl/>
        </w:rPr>
        <w:t>פֶּרֶק 5: שִׁנּוּיִים בַּיִּשּׁוּב וּבַמֶּרְחָב: תִּכְנוּן, פִּתּוּחַ וְשִׁמּוּר</w:t>
      </w:r>
    </w:p>
    <w:p>
      <w:pPr>
        <w:bidi/>
        <w:spacing w:before="0" w:after="80"/>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geo_g3_t05.jpg"/>
                    <pic:cNvPicPr/>
                  </pic:nvPicPr>
                  <pic:blipFill>
                    <a:blip r:embed="rId16"/>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0D7A7C"/>
          <w:sz w:val="28"/>
          <w:szCs w:val="28"/>
          <w:rtl/>
        </w:rPr>
        <w:t>◆ סוּגֵי שִׁנּוּיִים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סוּג הַשִּׁנּוּי</w:t>
            </w:r>
          </w:p>
        </w:tc>
        <w:tc>
          <w:tcPr>
            <w:tcW w:type="dxa" w:w="3326"/>
            <w:shd w:val="clear" w:color="auto" w:fill="0d7a7c"/>
          </w:tcPr>
          <w:p>
            <w:pPr>
              <w:bidi/>
              <w:spacing w:before="0" w:after="40"/>
            </w:pPr>
            <w:r>
              <w:rPr>
                <w:b/>
                <w:bCs/>
                <w:color w:val="FFFFFF"/>
                <w:rtl/>
              </w:rPr>
              <w:t>מָה הוּא?</w:t>
            </w:r>
          </w:p>
        </w:tc>
        <w:tc>
          <w:tcPr>
            <w:tcW w:type="dxa" w:w="3326"/>
            <w:shd w:val="clear" w:color="auto" w:fill="0d7a7c"/>
          </w:tcPr>
          <w:p>
            <w:pPr>
              <w:bidi/>
              <w:spacing w:before="0" w:after="40"/>
            </w:pPr>
            <w:r>
              <w:rPr>
                <w:b/>
                <w:bCs/>
                <w:color w:val="FFFFFF"/>
                <w:rtl/>
              </w:rPr>
              <w:t>דֻּגְמָה</w:t>
            </w:r>
          </w:p>
        </w:tc>
      </w:tr>
      <w:tr>
        <w:tc>
          <w:tcPr>
            <w:tcW w:type="dxa" w:w="3326"/>
          </w:tcPr>
          <w:p>
            <w:pPr>
              <w:bidi/>
              <w:spacing w:before="0" w:after="40"/>
            </w:pPr>
            <w:r>
              <w:rPr>
                <w:rtl/>
              </w:rPr>
              <w:t>טְוָח קָצָר</w:t>
            </w:r>
          </w:p>
        </w:tc>
        <w:tc>
          <w:tcPr>
            <w:tcW w:type="dxa" w:w="3326"/>
          </w:tcPr>
          <w:p>
            <w:pPr>
              <w:bidi/>
              <w:spacing w:before="0" w:after="40"/>
            </w:pPr>
            <w:r>
              <w:rPr>
                <w:rtl/>
              </w:rPr>
              <w:t>נִמְשַׁךְ זְמַן קָצָר</w:t>
            </w:r>
          </w:p>
        </w:tc>
        <w:tc>
          <w:tcPr>
            <w:tcW w:type="dxa" w:w="3326"/>
          </w:tcPr>
          <w:p>
            <w:pPr>
              <w:bidi/>
              <w:spacing w:before="0" w:after="40"/>
            </w:pPr>
            <w:r>
              <w:rPr>
                <w:rtl/>
              </w:rPr>
              <w:t>עֲבוֹדוֹת בַּכְּבִישׁ, יְרִיד חָדְשִׁי</w:t>
            </w:r>
          </w:p>
        </w:tc>
      </w:tr>
      <w:tr>
        <w:tc>
          <w:tcPr>
            <w:tcW w:type="dxa" w:w="3326"/>
          </w:tcPr>
          <w:p>
            <w:pPr>
              <w:bidi/>
              <w:spacing w:before="0" w:after="40"/>
            </w:pPr>
            <w:r>
              <w:rPr>
                <w:rtl/>
              </w:rPr>
              <w:t>טְוָח אָרֹךְ</w:t>
            </w:r>
          </w:p>
        </w:tc>
        <w:tc>
          <w:tcPr>
            <w:tcW w:type="dxa" w:w="3326"/>
          </w:tcPr>
          <w:p>
            <w:pPr>
              <w:bidi/>
              <w:spacing w:before="0" w:after="40"/>
            </w:pPr>
            <w:r>
              <w:rPr>
                <w:rtl/>
              </w:rPr>
              <w:t>נִשְׁאַר שָׁנִים רַבּוֹת</w:t>
            </w:r>
          </w:p>
        </w:tc>
        <w:tc>
          <w:tcPr>
            <w:tcW w:type="dxa" w:w="3326"/>
          </w:tcPr>
          <w:p>
            <w:pPr>
              <w:bidi/>
              <w:spacing w:before="0" w:after="40"/>
            </w:pPr>
            <w:r>
              <w:rPr>
                <w:rtl/>
              </w:rPr>
              <w:t>שְׁכוּנָה חֲדָשָׁה, גֶּשֶׁר</w:t>
            </w:r>
          </w:p>
        </w:tc>
      </w:tr>
    </w:tbl>
    <w:p>
      <w:pPr>
        <w:bidi/>
        <w:spacing w:before="0" w:after="40"/>
      </w:pPr>
    </w:p>
    <w:p>
      <w:pPr>
        <w:bidi/>
        <w:spacing w:before="120" w:after="40"/>
      </w:pPr>
      <w:r>
        <w:rPr>
          <w:rFonts w:ascii="Tahoma" w:hAnsi="Tahoma" w:cs="Tahoma"/>
          <w:b/>
          <w:bCs/>
          <w:color w:val="0D7A7C"/>
          <w:sz w:val="28"/>
          <w:szCs w:val="28"/>
          <w:rtl/>
        </w:rPr>
        <w:t>◆ שְׁלוֹשָׁה מֻשָּׂגִים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מֻשָּׂג</w:t>
            </w:r>
          </w:p>
        </w:tc>
        <w:tc>
          <w:tcPr>
            <w:tcW w:type="dxa" w:w="4989"/>
            <w:shd w:val="clear" w:color="auto" w:fill="0d7a7c"/>
          </w:tcPr>
          <w:p>
            <w:pPr>
              <w:bidi/>
              <w:spacing w:before="0" w:after="40"/>
            </w:pPr>
            <w:r>
              <w:rPr>
                <w:b/>
                <w:bCs/>
                <w:color w:val="FFFFFF"/>
                <w:rtl/>
              </w:rPr>
              <w:t>פֵּרוּשׁ</w:t>
            </w:r>
          </w:p>
        </w:tc>
      </w:tr>
      <w:tr>
        <w:tc>
          <w:tcPr>
            <w:tcW w:type="dxa" w:w="4989"/>
          </w:tcPr>
          <w:p>
            <w:pPr>
              <w:bidi/>
              <w:spacing w:before="0" w:after="40"/>
            </w:pPr>
            <w:r>
              <w:rPr>
                <w:rtl/>
              </w:rPr>
              <w:t>תִּכְנוּן</w:t>
            </w:r>
          </w:p>
        </w:tc>
        <w:tc>
          <w:tcPr>
            <w:tcW w:type="dxa" w:w="4989"/>
          </w:tcPr>
          <w:p>
            <w:pPr>
              <w:bidi/>
              <w:spacing w:before="0" w:after="40"/>
            </w:pPr>
            <w:r>
              <w:rPr>
                <w:rtl/>
              </w:rPr>
              <w:t>מַחְלִיטִים מֵרֹאשׁ מָה יִבְנוּ וְאֵיפֹה</w:t>
            </w:r>
          </w:p>
        </w:tc>
      </w:tr>
      <w:tr>
        <w:tc>
          <w:tcPr>
            <w:tcW w:type="dxa" w:w="4989"/>
          </w:tcPr>
          <w:p>
            <w:pPr>
              <w:bidi/>
              <w:spacing w:before="0" w:after="40"/>
            </w:pPr>
            <w:r>
              <w:rPr>
                <w:rtl/>
              </w:rPr>
              <w:t>פִּתּוּחַ</w:t>
            </w:r>
          </w:p>
        </w:tc>
        <w:tc>
          <w:tcPr>
            <w:tcW w:type="dxa" w:w="4989"/>
          </w:tcPr>
          <w:p>
            <w:pPr>
              <w:bidi/>
              <w:spacing w:before="0" w:after="40"/>
            </w:pPr>
            <w:r>
              <w:rPr>
                <w:rtl/>
              </w:rPr>
              <w:t>בּוֹנִים דְּבָרִים חֲדָשִׁים</w:t>
            </w:r>
          </w:p>
        </w:tc>
      </w:tr>
      <w:tr>
        <w:tc>
          <w:tcPr>
            <w:tcW w:type="dxa" w:w="4989"/>
          </w:tcPr>
          <w:p>
            <w:pPr>
              <w:bidi/>
              <w:spacing w:before="0" w:after="40"/>
            </w:pPr>
            <w:r>
              <w:rPr>
                <w:rtl/>
              </w:rPr>
              <w:t>שִׁמּוּר</w:t>
            </w:r>
          </w:p>
        </w:tc>
        <w:tc>
          <w:tcPr>
            <w:tcW w:type="dxa" w:w="4989"/>
          </w:tcPr>
          <w:p>
            <w:pPr>
              <w:bidi/>
              <w:spacing w:before="0" w:after="40"/>
            </w:pPr>
            <w:r>
              <w:rPr>
                <w:rtl/>
              </w:rPr>
              <w:t>שׁוֹמְרִים עַל מְקוֹמוֹת חֲשׁוּבִים</w:t>
            </w:r>
          </w:p>
        </w:tc>
      </w:tr>
    </w:tbl>
    <w:p>
      <w:pPr>
        <w:bidi/>
        <w:spacing w:before="0" w:after="40"/>
      </w:pPr>
    </w:p>
    <w:p>
      <w:pPr>
        <w:bidi/>
        <w:spacing w:before="120" w:after="40"/>
      </w:pPr>
      <w:r>
        <w:rPr>
          <w:rFonts w:ascii="Tahoma" w:hAnsi="Tahoma" w:cs="Tahoma"/>
          <w:b/>
          <w:bCs/>
          <w:color w:val="0D7A7C"/>
          <w:sz w:val="28"/>
          <w:szCs w:val="28"/>
          <w:rtl/>
        </w:rPr>
        <w:t>◆ פִּתּוּחַ מוּל שִׁמּוּר</w:t>
      </w:r>
    </w:p>
    <w:p>
      <w:pPr>
        <w:bidi/>
        <w:spacing w:before="0" w:after="20"/>
      </w:pPr>
      <w:r>
        <w:rPr>
          <w:rtl/>
        </w:rPr>
        <w:t>1. פִּתּוּחַ נוֹתֵן בָּתִּים, עֲבוֹדָה וְשֵׁרוּתִים.</w:t>
      </w:r>
    </w:p>
    <w:p>
      <w:pPr>
        <w:bidi/>
        <w:spacing w:before="0" w:after="20"/>
      </w:pPr>
      <w:r>
        <w:rPr>
          <w:rtl/>
        </w:rPr>
        <w:t>2. פִּתּוּחַ עָלוּל לִתְפֹּס שְׁטָחִים פְּתוּחִים.</w:t>
      </w:r>
    </w:p>
    <w:p>
      <w:pPr>
        <w:bidi/>
        <w:spacing w:before="0" w:after="20"/>
      </w:pPr>
      <w:r>
        <w:rPr>
          <w:rtl/>
        </w:rPr>
        <w:t>3. שִׁמּוּר שׁוֹמֵר עַל הַהִיסְטוֹרְיָה וְעַל הַטֶּבַע.</w:t>
      </w:r>
    </w:p>
    <w:p>
      <w:pPr>
        <w:bidi/>
        <w:spacing w:before="0" w:after="20"/>
      </w:pPr>
      <w:r>
        <w:rPr>
          <w:rtl/>
        </w:rPr>
        <w:t>4. צָרִיךְ לִמְצֹא אִזּוּן בֵּין הַשְּׁנַיִם.</w:t>
      </w:r>
    </w:p>
    <w:p>
      <w:pPr>
        <w:bidi/>
        <w:spacing w:before="160" w:after="60"/>
      </w:pPr>
      <w:r>
        <w:rPr>
          <w:b/>
          <w:bCs/>
          <w:sz w:val="26"/>
          <w:szCs w:val="26"/>
          <w:rtl/>
        </w:rPr>
        <w:t>1. הַשְׁלִימוּ.</w:t>
      </w:r>
    </w:p>
    <w:p>
      <w:pPr>
        <w:bidi/>
        <w:spacing w:before="0" w:after="60"/>
      </w:pPr>
      <w:r>
        <w:rPr>
          <w:rtl/>
        </w:rPr>
        <w:t>א. שְׁמִירָה עַל אֲתָר הִיסְטוֹרִי נִקְרֵאת __________.</w:t>
      </w:r>
    </w:p>
    <w:p>
      <w:pPr>
        <w:bidi/>
        <w:spacing w:before="0" w:after="60"/>
      </w:pPr>
      <w:r>
        <w:rPr>
          <w:rtl/>
        </w:rPr>
        <w:t>ב. מְתַכְנְנֵי __________ מַחֲלִיטִים אֵיפֹה יִבְנוּ בָּתִּים, כְּבִישִׁים וְגִנּוֹת.</w:t>
      </w:r>
    </w:p>
    <w:p>
      <w:pPr>
        <w:bidi/>
        <w:spacing w:before="0" w:after="60"/>
      </w:pPr>
      <w:r>
        <w:rPr>
          <w:rtl/>
        </w:rPr>
        <w:t>ג. שִׁנּוּי שֶׁנִּמְשַׁךְ זְמַן קָצָר הוּא שִׁנּוּי לִטְוָח __________.</w:t>
      </w:r>
    </w:p>
    <w:p>
      <w:pPr>
        <w:bidi/>
        <w:spacing w:before="160" w:after="60"/>
      </w:pPr>
      <w:r>
        <w:rPr>
          <w:b/>
          <w:bCs/>
          <w:sz w:val="26"/>
          <w:szCs w:val="26"/>
          <w:rtl/>
        </w:rPr>
        <w:t>2. הַתְאִימוּ כָּל שִׁנּוּי לְסוּג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שׁוּק אִכָּרִים פַּעַם בְּשָׁבוּעַ</w:t>
            </w:r>
          </w:p>
        </w:tc>
        <w:tc>
          <w:tcPr>
            <w:tcW w:type="dxa" w:w="4989"/>
          </w:tcPr>
          <w:p>
            <w:pPr>
              <w:bidi/>
              <w:spacing w:before="0" w:after="40"/>
            </w:pPr>
            <w:r>
              <w:rPr>
                <w:rtl/>
              </w:rPr>
              <w:t>[   ] טְוָח אָרֹךְ</w:t>
            </w:r>
          </w:p>
        </w:tc>
      </w:tr>
      <w:tr>
        <w:tc>
          <w:tcPr>
            <w:tcW w:type="dxa" w:w="4989"/>
          </w:tcPr>
          <w:p>
            <w:pPr>
              <w:bidi/>
              <w:spacing w:before="0" w:after="40"/>
            </w:pPr>
            <w:r>
              <w:rPr>
                <w:rtl/>
              </w:rPr>
              <w:t>2. תַּחֲנַת רַכֶּבֶת חֲדָשָׁה</w:t>
            </w:r>
          </w:p>
        </w:tc>
        <w:tc>
          <w:tcPr>
            <w:tcW w:type="dxa" w:w="4989"/>
          </w:tcPr>
          <w:p>
            <w:pPr>
              <w:bidi/>
              <w:spacing w:before="0" w:after="40"/>
            </w:pPr>
            <w:r>
              <w:rPr>
                <w:rtl/>
              </w:rPr>
              <w:t>[   ] טְוָח אָרֹךְ</w:t>
            </w:r>
          </w:p>
        </w:tc>
      </w:tr>
      <w:tr>
        <w:tc>
          <w:tcPr>
            <w:tcW w:type="dxa" w:w="4989"/>
          </w:tcPr>
          <w:p>
            <w:pPr>
              <w:bidi/>
              <w:spacing w:before="0" w:after="40"/>
            </w:pPr>
            <w:r>
              <w:rPr>
                <w:rtl/>
              </w:rPr>
              <w:t>3. בָּמָה לַחֲגִיגוֹת יוֹם הָעַצְמָאוּת</w:t>
            </w:r>
          </w:p>
        </w:tc>
        <w:tc>
          <w:tcPr>
            <w:tcW w:type="dxa" w:w="4989"/>
          </w:tcPr>
          <w:p>
            <w:pPr>
              <w:bidi/>
              <w:spacing w:before="0" w:after="40"/>
            </w:pPr>
            <w:r>
              <w:rPr>
                <w:rtl/>
              </w:rPr>
              <w:t>[   ] טְוָח קָצָר</w:t>
            </w:r>
          </w:p>
        </w:tc>
      </w:tr>
      <w:tr>
        <w:tc>
          <w:tcPr>
            <w:tcW w:type="dxa" w:w="4989"/>
          </w:tcPr>
          <w:p>
            <w:pPr>
              <w:bidi/>
              <w:spacing w:before="0" w:after="40"/>
            </w:pPr>
            <w:r>
              <w:rPr>
                <w:rtl/>
              </w:rPr>
              <w:t>4. פַּארְק חָדָשׁ בַּשְּׁכוּנָה</w:t>
            </w:r>
          </w:p>
        </w:tc>
        <w:tc>
          <w:tcPr>
            <w:tcW w:type="dxa" w:w="4989"/>
          </w:tcPr>
          <w:p>
            <w:pPr>
              <w:bidi/>
              <w:spacing w:before="0" w:after="40"/>
            </w:pPr>
            <w:r>
              <w:rPr>
                <w:rtl/>
              </w:rPr>
              <w:t>[   ] טְוָח קָצָר</w:t>
            </w:r>
          </w:p>
        </w:tc>
      </w:tr>
    </w:tbl>
    <w:p>
      <w:pPr>
        <w:bidi/>
        <w:spacing w:before="0" w:after="40"/>
      </w:pPr>
    </w:p>
    <w:p>
      <w:pPr>
        <w:bidi/>
        <w:spacing w:before="160" w:after="60"/>
      </w:pPr>
      <w:r>
        <w:rPr>
          <w:b/>
          <w:bCs/>
          <w:sz w:val="26"/>
          <w:szCs w:val="26"/>
          <w:rtl/>
        </w:rPr>
        <w:t>3.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מְתַכְנְנִים בֵּית סֵפֶר בְּכָל שְׁכוּנָה חֲדָשָׁה כְּדֵי שֶׁהַיְּלָדִים יִלְמְדוּ קָרוֹב לַבַּיִת.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כָּל פִּתּוּחַ טוֹב תָּמִיד לְכֻלָּם.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מוּזֵאוֹן בְּבִנְיָן יָשָׁן הוּא דֻּגְמָה לְשִׁמּוּר.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שִׁנּוּי לִטְוָח אָרֹךְ נֶעֱלַם אַחֲרֵי יוֹם אֶחָד.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מַיְּנוּ: פִּתּוּחַ אוֹ שִׁמּוּר?</w:t>
      </w:r>
    </w:p>
    <w:p>
      <w:pPr>
        <w:bidi/>
        <w:spacing w:before="0" w:after="80"/>
      </w:pPr>
      <w:r>
        <w:rPr>
          <w:color w:val="0D7A7C"/>
          <w:sz w:val="24"/>
          <w:szCs w:val="24"/>
          <w:rtl/>
        </w:rPr>
        <w:t>הַמִּלִּים: בְּנִיַּת קַנְיוֹן  |  שְׁמִירָה עַל מַעְיָן  |  סְלִילַת כְּבִישׁ  |  שִׁפּוּץ בַּיִת יָשָׁן בְּצוּרָתוֹ הַמְּקוֹרִית  |  בְּנִיַּת מִגְדָּל  |  שְׁמִירָה עַל חֻרְשָׁה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פִּתּוּחַ</w:t>
            </w:r>
          </w:p>
        </w:tc>
        <w:tc>
          <w:tcPr>
            <w:tcW w:type="dxa" w:w="4989"/>
            <w:shd w:val="clear" w:color="auto" w:fill="0d7a7c"/>
          </w:tcPr>
          <w:p>
            <w:pPr>
              <w:bidi/>
              <w:spacing w:before="0" w:after="40"/>
            </w:pPr>
            <w:r>
              <w:rPr>
                <w:b/>
                <w:bCs/>
                <w:color w:val="FFFFFF"/>
                <w:rtl/>
              </w:rPr>
              <w:t>שִׁמּוּר</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בְּיִשּׁוּב דִּמְיוֹנִי סָפְרוּ אֶת הַתּוֹשָׁבִים לְאֹרֶךְ הַשָּׁנִים. הַשְׁלִימוּ: גָּדַל אוֹ קָטָן?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שָׁנָה</w:t>
            </w:r>
          </w:p>
        </w:tc>
        <w:tc>
          <w:tcPr>
            <w:tcW w:type="dxa" w:w="3326"/>
            <w:shd w:val="clear" w:color="auto" w:fill="0d7a7c"/>
          </w:tcPr>
          <w:p>
            <w:pPr>
              <w:bidi/>
              <w:spacing w:before="0" w:after="40"/>
            </w:pPr>
            <w:r>
              <w:rPr>
                <w:b/>
                <w:bCs/>
                <w:color w:val="FFFFFF"/>
                <w:rtl/>
              </w:rPr>
              <w:t>מִסְפַּר הַתּוֹשָׁבִים</w:t>
            </w:r>
          </w:p>
        </w:tc>
        <w:tc>
          <w:tcPr>
            <w:tcW w:type="dxa" w:w="3326"/>
            <w:shd w:val="clear" w:color="auto" w:fill="0d7a7c"/>
          </w:tcPr>
          <w:p>
            <w:pPr>
              <w:bidi/>
              <w:spacing w:before="0" w:after="40"/>
            </w:pPr>
            <w:r>
              <w:rPr>
                <w:b/>
                <w:bCs/>
                <w:color w:val="FFFFFF"/>
                <w:rtl/>
              </w:rPr>
              <w:t>גָּדַל אוֹ קָטָן מֵהַשָּׁנָה הַקּוֹדֶמֶת?</w:t>
            </w:r>
          </w:p>
        </w:tc>
      </w:tr>
      <w:tr>
        <w:tc>
          <w:tcPr>
            <w:tcW w:type="dxa" w:w="3326"/>
          </w:tcPr>
          <w:p>
            <w:pPr>
              <w:bidi/>
              <w:spacing w:before="0" w:after="40"/>
            </w:pPr>
            <w:r>
              <w:rPr>
                <w:rtl/>
              </w:rPr>
              <w:t>לִפְנֵי 30 שָׁנָה</w:t>
            </w:r>
          </w:p>
        </w:tc>
        <w:tc>
          <w:tcPr>
            <w:tcW w:type="dxa" w:w="3326"/>
          </w:tcPr>
          <w:p>
            <w:pPr>
              <w:bidi/>
              <w:spacing w:before="0" w:after="40"/>
            </w:pPr>
            <w:r>
              <w:rPr>
                <w:rtl/>
              </w:rPr>
              <w:t>2,000</w:t>
            </w:r>
          </w:p>
        </w:tc>
        <w:tc>
          <w:tcPr>
            <w:tcW w:type="dxa" w:w="3326"/>
          </w:tcPr>
          <w:p>
            <w:pPr>
              <w:bidi/>
              <w:spacing w:before="0" w:after="40"/>
            </w:pPr>
            <w:r>
              <w:rPr>
                <w:rtl/>
              </w:rPr>
              <w:t>—</w:t>
            </w:r>
          </w:p>
        </w:tc>
      </w:tr>
      <w:tr>
        <w:tc>
          <w:tcPr>
            <w:tcW w:type="dxa" w:w="3326"/>
          </w:tcPr>
          <w:p>
            <w:pPr>
              <w:bidi/>
              <w:spacing w:before="0" w:after="40"/>
            </w:pPr>
            <w:r>
              <w:rPr>
                <w:rtl/>
              </w:rPr>
              <w:t>לִפְנֵי 20 שָׁנָה</w:t>
            </w:r>
          </w:p>
        </w:tc>
        <w:tc>
          <w:tcPr>
            <w:tcW w:type="dxa" w:w="3326"/>
          </w:tcPr>
          <w:p>
            <w:pPr>
              <w:bidi/>
              <w:spacing w:before="0" w:after="40"/>
            </w:pPr>
            <w:r>
              <w:rPr>
                <w:rtl/>
              </w:rPr>
              <w:t>5,000</w:t>
            </w:r>
          </w:p>
        </w:tc>
        <w:tc>
          <w:tcPr>
            <w:tcW w:type="dxa" w:w="3326"/>
          </w:tcPr>
          <w:p>
            <w:pPr>
              <w:bidi/>
              <w:spacing w:before="0" w:after="40"/>
            </w:pPr>
            <w:r>
              <w:rPr>
                <w:rtl/>
              </w:rPr>
            </w:r>
          </w:p>
        </w:tc>
      </w:tr>
      <w:tr>
        <w:tc>
          <w:tcPr>
            <w:tcW w:type="dxa" w:w="3326"/>
          </w:tcPr>
          <w:p>
            <w:pPr>
              <w:bidi/>
              <w:spacing w:before="0" w:after="40"/>
            </w:pPr>
            <w:r>
              <w:rPr>
                <w:rtl/>
              </w:rPr>
              <w:t>לִפְנֵי 10 שָׁנָה</w:t>
            </w:r>
          </w:p>
        </w:tc>
        <w:tc>
          <w:tcPr>
            <w:tcW w:type="dxa" w:w="3326"/>
          </w:tcPr>
          <w:p>
            <w:pPr>
              <w:bidi/>
              <w:spacing w:before="0" w:after="40"/>
            </w:pPr>
            <w:r>
              <w:rPr>
                <w:rtl/>
              </w:rPr>
              <w:t>9,000</w:t>
            </w:r>
          </w:p>
        </w:tc>
        <w:tc>
          <w:tcPr>
            <w:tcW w:type="dxa" w:w="3326"/>
          </w:tcPr>
          <w:p>
            <w:pPr>
              <w:bidi/>
              <w:spacing w:before="0" w:after="40"/>
            </w:pPr>
            <w:r>
              <w:rPr>
                <w:rtl/>
              </w:rPr>
            </w:r>
          </w:p>
        </w:tc>
      </w:tr>
      <w:tr>
        <w:tc>
          <w:tcPr>
            <w:tcW w:type="dxa" w:w="3326"/>
          </w:tcPr>
          <w:p>
            <w:pPr>
              <w:bidi/>
              <w:spacing w:before="0" w:after="40"/>
            </w:pPr>
            <w:r>
              <w:rPr>
                <w:rtl/>
              </w:rPr>
              <w:t>הַיּוֹם</w:t>
            </w:r>
          </w:p>
        </w:tc>
        <w:tc>
          <w:tcPr>
            <w:tcW w:type="dxa" w:w="3326"/>
          </w:tcPr>
          <w:p>
            <w:pPr>
              <w:bidi/>
              <w:spacing w:before="0" w:after="40"/>
            </w:pPr>
            <w:r>
              <w:rPr>
                <w:rtl/>
              </w:rPr>
              <w:t>15,000</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6. לְפִי הַטַּבְלָה, מִסְפַּר הַתּוֹשָׁבִים גָּדַל. מָה הַיִּשּׁוּב צָרִיךְ לִבְנוֹת בִּגְלַל זֶה? כִּתְבוּ שְׁנֵי דְּבָרִים.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Tahoma" w:hAnsi="Tahoma" w:cs="Tahoma"/>
          <w:b/>
          <w:bCs/>
          <w:color w:val="0D7A7C"/>
          <w:sz w:val="30"/>
          <w:szCs w:val="30"/>
          <w:rtl/>
        </w:rPr>
        <w:t>הַבַּיִת שֶׁל הַמְּיַסְּדִים</w:t>
      </w:r>
    </w:p>
    <w:p>
      <w:pPr>
        <w:bidi/>
        <w:spacing w:before="0" w:after="80"/>
      </w:pPr>
      <w:r>
        <w:rPr>
          <w:rtl/>
        </w:rPr>
        <w:t>בַּיִּשּׁוּב שֶׁל עֹמֶר יֵשׁ בֵּית אֶבֶן קָטָן, שֶׁבּוֹ גָּרוּ הַמִּשְׁפָּחוֹת הָרִאשׁוֹנוֹת שֶׁהֵקִימוּ אֶת הַיִּשּׁוּב. בְּמֶשֶׁךְ שָׁנִים אִישׁ לֹא גָּר בּוֹ, וְהַבַּיִת הִתְחִיל לְהִתְפּוֹרֵר.</w:t>
      </w:r>
    </w:p>
    <w:p>
      <w:pPr>
        <w:bidi/>
        <w:spacing w:before="0" w:after="80"/>
      </w:pPr>
      <w:r>
        <w:rPr>
          <w:rtl/>
        </w:rPr>
        <w:t>לִפְנֵי שְׁנָתַיִם הֶחֱלִיטָה הַמּוֹעָצָה לְשַׁפֵּץ אֶת הַבַּיִת וְלִשְׁמֹר עַל צוּרָתוֹ הַיְּשָׁנָה. הַיּוֹם יֵשׁ בּוֹ תְּצוּגָה שֶׁל כְּלֵי עֲבוֹדָה, תְּמוּנוֹת יְשָׁנוֹת וְסִפּוּרִים שֶׁל הַמְּיַסְּדִים. יַלְדֵי בֵּית הַסֵּפֶר מַגִּיעִים אֵלָיו בְּסִיּוּרִים, וְלוֹמְדִים אֵיךְ נִרְאֶה הַיִּשּׁוּב בְּיָמָיו הָרִאשׁוֹנִים.</w:t>
      </w:r>
    </w:p>
    <w:p>
      <w:pPr>
        <w:bidi/>
        <w:spacing w:before="160" w:after="60"/>
      </w:pPr>
      <w:r>
        <w:rPr>
          <w:b/>
          <w:bCs/>
          <w:sz w:val="26"/>
          <w:szCs w:val="26"/>
          <w:rtl/>
        </w:rPr>
        <w:t>7. לְפִי הַקֶּטַע «הַבַּיִת שֶׁל הַמְּיַסְּדִים», בַּחֲרוּ אֶת הַתְּשׁוּבָה הַנְּכוֹנָה.</w:t>
      </w:r>
    </w:p>
    <w:p>
      <w:pPr>
        <w:bidi/>
        <w:spacing w:before="0" w:after="20"/>
      </w:pPr>
      <w:r>
        <w:rPr>
          <w:rtl/>
        </w:rPr>
        <w:t>א. מִי גָּר פַּעַם בְּבֵית הָאֶבֶן?</w:t>
      </w:r>
    </w:p>
    <w:p>
      <w:pPr>
        <w:bidi/>
        <w:spacing w:before="0" w:after="80"/>
      </w:pPr>
      <w:r>
        <w:rPr>
          <w:rtl/>
        </w:rPr>
        <w:t xml:space="preserve">   ○ הַמִּשְׁפָּחוֹת הָרִאשׁוֹנוֹת בַּיִּשּׁוּב      ○ רֹאשׁ הַמּוֹעָצָה      ○ הַמּוֹרִים</w:t>
      </w:r>
    </w:p>
    <w:p>
      <w:pPr>
        <w:bidi/>
        <w:spacing w:before="0" w:after="20"/>
      </w:pPr>
      <w:r>
        <w:rPr>
          <w:rtl/>
        </w:rPr>
        <w:t>ב. מָה הֶחֱלִיטָה הַמּוֹעָצָה לַעֲשׂוֹת בַּבַּיִת?</w:t>
      </w:r>
    </w:p>
    <w:p>
      <w:pPr>
        <w:bidi/>
        <w:spacing w:before="0" w:after="80"/>
      </w:pPr>
      <w:r>
        <w:rPr>
          <w:rtl/>
        </w:rPr>
        <w:t xml:space="preserve">   ○ לַהֲרֹס אוֹתוֹ      ○ לְשַׁפֵּץ אוֹתוֹ וְלִשְׁמֹר עַל צוּרָתוֹ      ○ לִמְכֹּר אוֹתוֹ</w:t>
      </w:r>
    </w:p>
    <w:p>
      <w:pPr>
        <w:bidi/>
        <w:spacing w:before="160" w:after="60"/>
      </w:pPr>
      <w:r>
        <w:rPr>
          <w:b/>
          <w:bCs/>
          <w:sz w:val="26"/>
          <w:szCs w:val="26"/>
          <w:rtl/>
        </w:rPr>
        <w:t>8. לְפִי הַקֶּטַע, הַאִם הַמּוֹעָצָה בָּחֲרָה בְּפִתּוּחַ אוֹ בְּשִׁמּוּר? הַסְבִּירוּ, וְכִתְבוּ מָה מַרְוִיחִים הַתַּלְמִידִים.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כִּתְבוּ לְיַד כָּל מִשְׁפָּט: שִׁנּוּי לִטְוָח קָצָר אוֹ לִטְוָח אָרֹךְ.</w:t>
      </w:r>
    </w:p>
    <w:p>
      <w:pPr>
        <w:bidi/>
        <w:spacing w:before="0" w:after="100"/>
      </w:pPr>
      <w:r>
        <w:rPr>
          <w:rtl/>
        </w:rPr>
        <w:t>א. בַּחֲנֻכָּה הִצִּיבוּ חֲנֻכִּיָּה גְּדוֹלָה בַּכִּכָּר.</w:t>
      </w:r>
    </w:p>
    <w:p>
      <w:pPr>
        <w:bidi/>
        <w:spacing w:before="0" w:after="100"/>
      </w:pPr>
      <w:r>
        <w:rPr>
          <w:rtl/>
        </w:rPr>
        <w:t>ב. נִבְנָה גֶּשֶׁר מֵעַל הַנַּחַל.</w:t>
      </w:r>
    </w:p>
    <w:p>
      <w:pPr>
        <w:bidi/>
        <w:spacing w:before="0" w:after="100"/>
      </w:pPr>
      <w:r>
        <w:rPr>
          <w:rtl/>
        </w:rPr>
        <w:t>ג. בַּשָּׁבוּעַ הַסֵּפֶר הֻצְּבוּ דּוּכָנִים בָּרְחוֹב.</w:t>
      </w:r>
    </w:p>
    <w:p>
      <w:pPr>
        <w:bidi/>
        <w:spacing w:before="0" w:after="100"/>
      </w:pPr>
      <w:r>
        <w:rPr>
          <w:rtl/>
        </w:rPr>
        <w:t>ד. נִפְתַּח בֵּית סֵפֶר חָדָשׁ בַּשְּׁכוּנָה.</w:t>
      </w:r>
    </w:p>
    <w:p>
      <w:pPr>
        <w:bidi/>
        <w:spacing w:before="160" w:after="60"/>
      </w:pPr>
      <w:r>
        <w:rPr>
          <w:b/>
          <w:bCs/>
          <w:sz w:val="26"/>
          <w:szCs w:val="26"/>
          <w:rtl/>
        </w:rPr>
        <w:t>10. שַׂרְטְטוּ תָּכְנִית לִשְׁכוּנָה חֲדָשָׁה בְּיִשּׁוּב דִּמְיוֹנִי: בָּתִּים, בֵּית סֵפֶר, גִּנָּה וּכְבִישׁ. שִׁמְרוּ בָּהּ עַל עֵץ יָשָׁן אוֹ עַל מַעְיָן, וְהוֹסִיפוּ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הַסְבִּירוּ מַדּוּעַ חָשׁוּב לְתַכְנֵן לִפְנֵי שֶׁבּוֹנִים שְׁכוּנָה חֲדָשָׁה.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אֵיזֶה מָקוֹם בַּיִּשּׁוּב שֶׁלָּכֶם כְּדַאי לְשַׁמֵּר לְדַעְתְּכֶם? הַסְבִּירוּ מַדּוּעַ.</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יוֹאָב אוֹמֵר: «עָדִיף לֹא לִבְנוֹת שׁוּם דָּבָר חָדָשׁ, כְּדֵי לִשְׁמֹר עַל הַטֶּבַע». מִיכַל אוֹמֶרֶת: «צָרִיךְ לִבְנוֹת, כִּי יֵשׁ עוֹד וָעוֹד תּוֹשָׁבִים». הַצִּיעוּ פִּתְרוֹן שֶׁמַּאֲזַן בֵּין שְׁתֵּי הַדֵּעוֹת.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0D7A7C"/>
          <w:sz w:val="26"/>
          <w:szCs w:val="26"/>
          <w:rtl/>
        </w:rPr>
        <w:t>14. גִּזְרוּ אֶת הַכַּרְטִיסִים, וְהַדְבִּיקוּ לְפִי הַסֵּדֶר: אֵיךְ מִשְׁתַּנֶּה שֶׁטַח בַּיִּשּׁוּב מִשֶּׁתִּכְנוּן וְעַד שִׁמּוּשׁ. (גִּזְרוּ מֵעַמּוּד 51)</w:t>
      </w:r>
    </w:p>
    <w:tbl>
      <w:tblPr>
        <w:tblW w:type="auto" w:w="0"/>
        <w:tblLook w:firstColumn="1" w:firstRow="1" w:lastColumn="0" w:lastRow="0" w:noHBand="0" w:noVBand="1" w:val="04A0"/>
        <w:bidiVisual/>
        <w:tblLayout w:type="fixed"/>
      </w:tblPr>
      <w:tblGrid>
        <w:gridCol w:w="2494"/>
        <w:gridCol w:w="2494"/>
        <w:gridCol w:w="2494"/>
        <w:gridCol w:w="2494"/>
      </w:tblGrid>
      <w:tr>
        <w:trPr>
          <w:trHeight w:val="1417"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1</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2</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3</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4</w:t>
            </w:r>
          </w:p>
        </w:tc>
      </w:tr>
    </w:tbl>
    <w:p>
      <w:pPr>
        <w:bidi/>
        <w:spacing w:before="0" w:after="40"/>
      </w:pPr>
    </w:p>
    <w:p>
      <w:pPr>
        <w:bidi/>
        <w:spacing w:before="160" w:after="60"/>
      </w:pPr>
      <w:r>
        <w:rPr>
          <w:b/>
          <w:bCs/>
          <w:color w:val="0D7A7C"/>
          <w:sz w:val="26"/>
          <w:szCs w:val="26"/>
          <w:rtl/>
        </w:rPr>
        <w:t>15. הַתְאִימוּ תְּמוּנָה לַמִּשְׁפָּט: כִּתְבוּ בָּרִבּוּעַ אֶת מִסְפַּר הַתְּמוּנָה.</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0D7A7C"/>
                <w:sz w:val="24"/>
                <w:szCs w:val="24"/>
                <w:rtl/>
              </w:rPr>
              <w:t>1</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0D7A7C"/>
                <w:sz w:val="24"/>
                <w:szCs w:val="24"/>
                <w:rtl/>
              </w:rPr>
              <w:t>2</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0D7A7C"/>
                <w:sz w:val="24"/>
                <w:szCs w:val="24"/>
                <w:rtl/>
              </w:rPr>
              <w:t>3</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b/>
                <w:bCs/>
                <w:color w:val="0D7A7C"/>
                <w:sz w:val="24"/>
                <w:szCs w:val="24"/>
                <w:rtl/>
              </w:rPr>
              <w:t>4</w:t>
            </w:r>
          </w:p>
        </w:tc>
      </w:tr>
      <w:tr>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c>
          <w:tcPr>
            <w:tcW w:type="dxa" w:w="2466"/>
            <w:tcBorders>
              <w:top w:val="single" w:sz="6" w:color="BBBBBB" w:space="0"/>
              <w:left w:val="single" w:sz="6" w:color="BBBBBB" w:space="0"/>
              <w:bottom w:val="single" w:sz="6" w:color="BBBBBB" w:space="0"/>
              <w:right w:val="single" w:sz="6" w:color="BBBBBB" w:space="0"/>
            </w:tcBorders>
          </w:tcPr>
          <w:p>
            <w:pPr>
              <w:bidi/>
              <w:spacing w:before="0" w:after="0"/>
            </w:pPr>
            <w:r>
              <w:rPr>
                <w:rFonts w:ascii="Segoe UI Emoji" w:hAnsi="Segoe UI Emoji" w:cs="Segoe UI Emoji"/>
                <w:sz w:val="56"/>
                <w:szCs w:val="56"/>
                <w:rtl/>
              </w:rPr>
              <w:t>🌳</w:t>
            </w:r>
          </w:p>
        </w:tc>
      </w:tr>
    </w:tbl>
    <w:p>
      <w:pPr>
        <w:bidi/>
        <w:spacing w:before="0" w:after="40"/>
      </w:pPr>
    </w:p>
    <w:p>
      <w:pPr>
        <w:bidi/>
        <w:spacing w:before="0" w:after="60"/>
      </w:pPr>
      <w:r>
        <w:rPr>
          <w:sz w:val="25"/>
          <w:szCs w:val="25"/>
          <w:rtl/>
        </w:rPr>
        <w:t>[      ]   פִּתּוּחַ: בּוֹנִים כְּבִישׁ אוֹ שְׁכוּנָה חֲדָשָׁה.</w:t>
      </w:r>
    </w:p>
    <w:p>
      <w:pPr>
        <w:bidi/>
        <w:spacing w:before="0" w:after="60"/>
      </w:pPr>
      <w:r>
        <w:rPr>
          <w:sz w:val="25"/>
          <w:szCs w:val="25"/>
          <w:rtl/>
        </w:rPr>
        <w:t>[      ]   שׁוֹמְרִים עַל שֶׁטַח פָּתוּחַ יָרֹק.</w:t>
      </w:r>
    </w:p>
    <w:p>
      <w:pPr>
        <w:bidi/>
        <w:spacing w:before="0" w:after="60"/>
      </w:pPr>
      <w:r>
        <w:rPr>
          <w:sz w:val="25"/>
          <w:szCs w:val="25"/>
          <w:rtl/>
        </w:rPr>
        <w:t>[      ]   תִּכְנוּן: מַחֲלִיטִים מָה יִהְיֶה בַּשֶּׁטַח.</w:t>
      </w:r>
    </w:p>
    <w:p>
      <w:pPr>
        <w:bidi/>
        <w:spacing w:before="0" w:after="60"/>
      </w:pPr>
      <w:r>
        <w:rPr>
          <w:sz w:val="25"/>
          <w:szCs w:val="25"/>
          <w:rtl/>
        </w:rPr>
        <w:t>[      ]   שִׁמּוּר: שׁוֹמְרִים עַל בִּנְיָן יָשָׁן וְחָשׁוּב.</w:t>
      </w:r>
    </w:p>
    <w:p>
      <w:pPr>
        <w:bidi/>
        <w:spacing w:before="0" w:after="80"/>
      </w:pPr>
      <w:r>
        <w:br w:type="page"/>
      </w:r>
    </w:p>
    <w:p>
      <w:pPr>
        <w:bidi/>
        <w:spacing w:before="0" w:after="120"/>
      </w:pPr>
      <w:r>
        <w:rPr>
          <w:rFonts w:ascii="Arial" w:hAnsi="Arial" w:cs="Arial"/>
          <w:color w:val="5B6476"/>
          <w:sz w:val="20"/>
          <w:szCs w:val="20"/>
          <w:rtl/>
        </w:rPr>
        <w:t>מוֹלֶדֶת, חֶבְרָה וְאֶזְרָחוּת · כִּתָּה ג'   |   פֶּרֶק 6</w:t>
      </w:r>
    </w:p>
    <w:p>
      <w:pPr>
        <w:bidi/>
        <w:spacing w:before="0" w:after="120"/>
      </w:pPr>
      <w:r>
        <w:rPr>
          <w:rFonts w:ascii="Tahoma" w:hAnsi="Tahoma" w:cs="Tahoma"/>
          <w:b/>
          <w:bCs/>
          <w:color w:val="0D7A7C"/>
          <w:sz w:val="44"/>
          <w:szCs w:val="44"/>
          <w:rtl/>
        </w:rPr>
        <w:t>פֶּרֶק 6: צְרִיכָה וְקַיָּמוֹת בַּיִּשּׁוּב: מַיִם, חַשְׁמַל, מִחְזוּר וְתַחְבּוּרָה</w:t>
      </w:r>
    </w:p>
    <w:p>
      <w:pPr>
        <w:bidi/>
        <w:spacing w:before="0" w:after="80"/>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geo_g3_t06.jpg"/>
                    <pic:cNvPicPr/>
                  </pic:nvPicPr>
                  <pic:blipFill>
                    <a:blip r:embed="rId17"/>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0D7A7C"/>
          <w:sz w:val="28"/>
          <w:szCs w:val="28"/>
          <w:rtl/>
        </w:rPr>
        <w:t>◆ קַיָּמוֹת</w:t>
      </w:r>
    </w:p>
    <w:p>
      <w:pPr>
        <w:bidi/>
        <w:spacing w:before="0" w:after="40"/>
      </w:pPr>
      <w:r>
        <w:rPr>
          <w:rtl/>
        </w:rPr>
        <w:t>מִשְׁתַּמְּשִׁים בַּמַּיִם, בְּחַשְׁמַל וּבְמָזוֹן בְּחָכְמָה, בְּלִי בִּזְבּוּז, כְּדֵי שֶׁיִּשָּׁאֵר גַּם לַדּוֹרוֹת הַבָּאִים.</w:t>
      </w:r>
    </w:p>
    <w:p>
      <w:pPr>
        <w:bidi/>
        <w:spacing w:before="120" w:after="40"/>
      </w:pPr>
      <w:r>
        <w:rPr>
          <w:rFonts w:ascii="Tahoma" w:hAnsi="Tahoma" w:cs="Tahoma"/>
          <w:b/>
          <w:bCs/>
          <w:color w:val="0D7A7C"/>
          <w:sz w:val="28"/>
          <w:szCs w:val="28"/>
          <w:rtl/>
        </w:rPr>
        <w:t>◆ אֵיךְ חוֹסְכִים?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מַשְׁאָב</w:t>
            </w:r>
          </w:p>
        </w:tc>
        <w:tc>
          <w:tcPr>
            <w:tcW w:type="dxa" w:w="4989"/>
            <w:shd w:val="clear" w:color="auto" w:fill="0d7a7c"/>
          </w:tcPr>
          <w:p>
            <w:pPr>
              <w:bidi/>
              <w:spacing w:before="0" w:after="40"/>
            </w:pPr>
            <w:r>
              <w:rPr>
                <w:b/>
                <w:bCs/>
                <w:color w:val="FFFFFF"/>
                <w:rtl/>
              </w:rPr>
              <w:t>דֶּרֶךְ לַחֲסֹךְ</w:t>
            </w:r>
          </w:p>
        </w:tc>
      </w:tr>
      <w:tr>
        <w:tc>
          <w:tcPr>
            <w:tcW w:type="dxa" w:w="4989"/>
          </w:tcPr>
          <w:p>
            <w:pPr>
              <w:bidi/>
              <w:spacing w:before="0" w:after="40"/>
            </w:pPr>
            <w:r>
              <w:rPr>
                <w:rtl/>
              </w:rPr>
              <w:t>מַיִם</w:t>
            </w:r>
          </w:p>
        </w:tc>
        <w:tc>
          <w:tcPr>
            <w:tcW w:type="dxa" w:w="4989"/>
          </w:tcPr>
          <w:p>
            <w:pPr>
              <w:bidi/>
              <w:spacing w:before="0" w:after="40"/>
            </w:pPr>
            <w:r>
              <w:rPr>
                <w:rtl/>
              </w:rPr>
              <w:t>מִקְלַחַת קְצָרָה, סוֹגְרִים אֶת הַבֶּרֶז</w:t>
            </w:r>
          </w:p>
        </w:tc>
      </w:tr>
      <w:tr>
        <w:tc>
          <w:tcPr>
            <w:tcW w:type="dxa" w:w="4989"/>
          </w:tcPr>
          <w:p>
            <w:pPr>
              <w:bidi/>
              <w:spacing w:before="0" w:after="40"/>
            </w:pPr>
            <w:r>
              <w:rPr>
                <w:rtl/>
              </w:rPr>
              <w:t>חַשְׁמַל</w:t>
            </w:r>
          </w:p>
        </w:tc>
        <w:tc>
          <w:tcPr>
            <w:tcW w:type="dxa" w:w="4989"/>
          </w:tcPr>
          <w:p>
            <w:pPr>
              <w:bidi/>
              <w:spacing w:before="0" w:after="40"/>
            </w:pPr>
            <w:r>
              <w:rPr>
                <w:rtl/>
              </w:rPr>
              <w:t>מַכַּבִּים אוֹר וּמַזְגָן, לוּחוֹת סוֹלָארִיִּים</w:t>
            </w:r>
          </w:p>
        </w:tc>
      </w:tr>
      <w:tr>
        <w:tc>
          <w:tcPr>
            <w:tcW w:type="dxa" w:w="4989"/>
          </w:tcPr>
          <w:p>
            <w:pPr>
              <w:bidi/>
              <w:spacing w:before="0" w:after="40"/>
            </w:pPr>
            <w:r>
              <w:rPr>
                <w:rtl/>
              </w:rPr>
              <w:t>מָזוֹן</w:t>
            </w:r>
          </w:p>
        </w:tc>
        <w:tc>
          <w:tcPr>
            <w:tcW w:type="dxa" w:w="4989"/>
          </w:tcPr>
          <w:p>
            <w:pPr>
              <w:bidi/>
              <w:spacing w:before="0" w:after="40"/>
            </w:pPr>
            <w:r>
              <w:rPr>
                <w:rtl/>
              </w:rPr>
              <w:t>קוֹנִים וּמְבַשְּׁלִים רַק מָה שֶׁצָּרִיךְ</w:t>
            </w:r>
          </w:p>
        </w:tc>
      </w:tr>
      <w:tr>
        <w:tc>
          <w:tcPr>
            <w:tcW w:type="dxa" w:w="4989"/>
          </w:tcPr>
          <w:p>
            <w:pPr>
              <w:bidi/>
              <w:spacing w:before="0" w:after="40"/>
            </w:pPr>
            <w:r>
              <w:rPr>
                <w:rtl/>
              </w:rPr>
              <w:t>תַּחְבּוּרָה</w:t>
            </w:r>
          </w:p>
        </w:tc>
        <w:tc>
          <w:tcPr>
            <w:tcW w:type="dxa" w:w="4989"/>
          </w:tcPr>
          <w:p>
            <w:pPr>
              <w:bidi/>
              <w:spacing w:before="0" w:after="40"/>
            </w:pPr>
            <w:r>
              <w:rPr>
                <w:rtl/>
              </w:rPr>
              <w:t>הֲלִיכָה, אוֹפַנַּיִם, אוֹטוֹבּוּס</w:t>
            </w:r>
          </w:p>
        </w:tc>
      </w:tr>
    </w:tbl>
    <w:p>
      <w:pPr>
        <w:bidi/>
        <w:spacing w:before="0" w:after="40"/>
      </w:pPr>
    </w:p>
    <w:p>
      <w:pPr>
        <w:bidi/>
        <w:spacing w:before="120" w:after="40"/>
      </w:pPr>
      <w:r>
        <w:rPr>
          <w:rFonts w:ascii="Tahoma" w:hAnsi="Tahoma" w:cs="Tahoma"/>
          <w:b/>
          <w:bCs/>
          <w:color w:val="0D7A7C"/>
          <w:sz w:val="28"/>
          <w:szCs w:val="28"/>
          <w:rtl/>
        </w:rPr>
        <w:t>◆ פַּחֵי הַמַּחֲזוֹר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פַּח</w:t>
            </w:r>
          </w:p>
        </w:tc>
        <w:tc>
          <w:tcPr>
            <w:tcW w:type="dxa" w:w="4989"/>
            <w:shd w:val="clear" w:color="auto" w:fill="0d7a7c"/>
          </w:tcPr>
          <w:p>
            <w:pPr>
              <w:bidi/>
              <w:spacing w:before="0" w:after="40"/>
            </w:pPr>
            <w:r>
              <w:rPr>
                <w:b/>
                <w:bCs/>
                <w:color w:val="FFFFFF"/>
                <w:rtl/>
              </w:rPr>
              <w:t>מָה זוֹרְקִים בּוֹ?</w:t>
            </w:r>
          </w:p>
        </w:tc>
      </w:tr>
      <w:tr>
        <w:tc>
          <w:tcPr>
            <w:tcW w:type="dxa" w:w="4989"/>
          </w:tcPr>
          <w:p>
            <w:pPr>
              <w:bidi/>
              <w:spacing w:before="0" w:after="40"/>
            </w:pPr>
            <w:r>
              <w:rPr>
                <w:rtl/>
              </w:rPr>
              <w:t>כָּתֹם</w:t>
            </w:r>
          </w:p>
        </w:tc>
        <w:tc>
          <w:tcPr>
            <w:tcW w:type="dxa" w:w="4989"/>
          </w:tcPr>
          <w:p>
            <w:pPr>
              <w:bidi/>
              <w:spacing w:before="0" w:after="40"/>
            </w:pPr>
            <w:r>
              <w:rPr>
                <w:rtl/>
              </w:rPr>
              <w:t>אֲרִיזוֹת: בַּקְבּוּקֵי פְּלַסְטִיק, קֻפְסָאוֹת שִׁמּוּרִים</w:t>
            </w:r>
          </w:p>
        </w:tc>
      </w:tr>
      <w:tr>
        <w:tc>
          <w:tcPr>
            <w:tcW w:type="dxa" w:w="4989"/>
          </w:tcPr>
          <w:p>
            <w:pPr>
              <w:bidi/>
              <w:spacing w:before="0" w:after="40"/>
            </w:pPr>
            <w:r>
              <w:rPr>
                <w:rtl/>
              </w:rPr>
              <w:t>כָּחֹל</w:t>
            </w:r>
          </w:p>
        </w:tc>
        <w:tc>
          <w:tcPr>
            <w:tcW w:type="dxa" w:w="4989"/>
          </w:tcPr>
          <w:p>
            <w:pPr>
              <w:bidi/>
              <w:spacing w:before="0" w:after="40"/>
            </w:pPr>
            <w:r>
              <w:rPr>
                <w:rtl/>
              </w:rPr>
              <w:t>נְיָר: עִתּוֹנִים, מַחְבָּרוֹת יְשָׁנוֹת</w:t>
            </w:r>
          </w:p>
        </w:tc>
      </w:tr>
      <w:tr>
        <w:tc>
          <w:tcPr>
            <w:tcW w:type="dxa" w:w="4989"/>
          </w:tcPr>
          <w:p>
            <w:pPr>
              <w:bidi/>
              <w:spacing w:before="0" w:after="40"/>
            </w:pPr>
            <w:r>
              <w:rPr>
                <w:rtl/>
              </w:rPr>
              <w:t>סָגֹל</w:t>
            </w:r>
          </w:p>
        </w:tc>
        <w:tc>
          <w:tcPr>
            <w:tcW w:type="dxa" w:w="4989"/>
          </w:tcPr>
          <w:p>
            <w:pPr>
              <w:bidi/>
              <w:spacing w:before="0" w:after="40"/>
            </w:pPr>
            <w:r>
              <w:rPr>
                <w:rtl/>
              </w:rPr>
              <w:t>זְכוּכִית: צִנְצָנוֹת וּבַקְבּוּקֵי זְכוּכִית</w:t>
            </w:r>
          </w:p>
        </w:tc>
      </w:tr>
    </w:tbl>
    <w:p>
      <w:pPr>
        <w:bidi/>
        <w:spacing w:before="0" w:after="40"/>
      </w:pPr>
    </w:p>
    <w:p>
      <w:pPr>
        <w:bidi/>
        <w:spacing w:before="160" w:after="60"/>
      </w:pPr>
      <w:r>
        <w:rPr>
          <w:b/>
          <w:bCs/>
          <w:sz w:val="26"/>
          <w:szCs w:val="26"/>
          <w:rtl/>
        </w:rPr>
        <w:t>1. הַשְׁלִימוּ.</w:t>
      </w:r>
    </w:p>
    <w:p>
      <w:pPr>
        <w:bidi/>
        <w:spacing w:before="0" w:after="60"/>
      </w:pPr>
      <w:r>
        <w:rPr>
          <w:rtl/>
        </w:rPr>
        <w:t>א. צִנְצֶנֶת זְכוּכִית זוֹרְקִים לְפַח ה__________.</w:t>
      </w:r>
    </w:p>
    <w:p>
      <w:pPr>
        <w:bidi/>
        <w:spacing w:before="0" w:after="60"/>
      </w:pPr>
      <w:r>
        <w:rPr>
          <w:rtl/>
        </w:rPr>
        <w:t>ב. אֶת הַחַשְׁמַל מְיַצְּרִים בְּתַחֲנוֹת __________.</w:t>
      </w:r>
    </w:p>
    <w:p>
      <w:pPr>
        <w:bidi/>
        <w:spacing w:before="0" w:after="60"/>
      </w:pPr>
      <w:r>
        <w:rPr>
          <w:rtl/>
        </w:rPr>
        <w:t>ג. בְּיִשְׂרָאֵל יוֹרֵד גֶּשֶׁם בְּעִקָּר ב__________.</w:t>
      </w:r>
    </w:p>
    <w:p>
      <w:pPr>
        <w:bidi/>
        <w:spacing w:before="160" w:after="60"/>
      </w:pPr>
      <w:r>
        <w:rPr>
          <w:b/>
          <w:bCs/>
          <w:sz w:val="26"/>
          <w:szCs w:val="26"/>
          <w:rtl/>
        </w:rPr>
        <w:t>2. הַתְאִימוּ כָּל פְּסֹלֶת לַפַּח הַמַּתְאִים.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קַרְטוֹן חָלָב</w:t>
            </w:r>
          </w:p>
        </w:tc>
        <w:tc>
          <w:tcPr>
            <w:tcW w:type="dxa" w:w="4989"/>
          </w:tcPr>
          <w:p>
            <w:pPr>
              <w:bidi/>
              <w:spacing w:before="0" w:after="40"/>
            </w:pPr>
            <w:r>
              <w:rPr>
                <w:rtl/>
              </w:rPr>
              <w:t>[   ] פַּח כָּחֹל</w:t>
            </w:r>
          </w:p>
        </w:tc>
      </w:tr>
      <w:tr>
        <w:tc>
          <w:tcPr>
            <w:tcW w:type="dxa" w:w="4989"/>
          </w:tcPr>
          <w:p>
            <w:pPr>
              <w:bidi/>
              <w:spacing w:before="0" w:after="40"/>
            </w:pPr>
            <w:r>
              <w:rPr>
                <w:rtl/>
              </w:rPr>
              <w:t>2. דַּפֵּי עֲבוֹדָה יְשָׁנִים</w:t>
            </w:r>
          </w:p>
        </w:tc>
        <w:tc>
          <w:tcPr>
            <w:tcW w:type="dxa" w:w="4989"/>
          </w:tcPr>
          <w:p>
            <w:pPr>
              <w:bidi/>
              <w:spacing w:before="0" w:after="40"/>
            </w:pPr>
            <w:r>
              <w:rPr>
                <w:rtl/>
              </w:rPr>
              <w:t>[   ] פַּח כָּתֹם</w:t>
            </w:r>
          </w:p>
        </w:tc>
      </w:tr>
      <w:tr>
        <w:tc>
          <w:tcPr>
            <w:tcW w:type="dxa" w:w="4989"/>
          </w:tcPr>
          <w:p>
            <w:pPr>
              <w:bidi/>
              <w:spacing w:before="0" w:after="40"/>
            </w:pPr>
            <w:r>
              <w:rPr>
                <w:rtl/>
              </w:rPr>
              <w:t>3. בַּקְבּוּק מִיץ מִזְּכוּכִית</w:t>
            </w:r>
          </w:p>
        </w:tc>
        <w:tc>
          <w:tcPr>
            <w:tcW w:type="dxa" w:w="4989"/>
          </w:tcPr>
          <w:p>
            <w:pPr>
              <w:bidi/>
              <w:spacing w:before="0" w:after="40"/>
            </w:pPr>
            <w:r>
              <w:rPr>
                <w:rtl/>
              </w:rPr>
              <w:t>[   ] פַּח סָגֹל</w:t>
            </w:r>
          </w:p>
        </w:tc>
      </w:tr>
      <w:tr>
        <w:tc>
          <w:tcPr>
            <w:tcW w:type="dxa" w:w="4989"/>
          </w:tcPr>
          <w:p>
            <w:pPr>
              <w:bidi/>
              <w:spacing w:before="0" w:after="40"/>
            </w:pPr>
            <w:r>
              <w:rPr>
                <w:rtl/>
              </w:rPr>
              <w:t>4. קֻפְסַת שִׁמּוּרִים שֶׁל תִּירָס</w:t>
            </w:r>
          </w:p>
        </w:tc>
        <w:tc>
          <w:tcPr>
            <w:tcW w:type="dxa" w:w="4989"/>
          </w:tcPr>
          <w:p>
            <w:pPr>
              <w:bidi/>
              <w:spacing w:before="0" w:after="40"/>
            </w:pPr>
            <w:r>
              <w:rPr>
                <w:rtl/>
              </w:rPr>
              <w:t>[   ] פַּח כָּתֹם</w:t>
            </w:r>
          </w:p>
        </w:tc>
      </w:tr>
    </w:tbl>
    <w:p>
      <w:pPr>
        <w:bidi/>
        <w:spacing w:before="0" w:after="40"/>
      </w:pPr>
    </w:p>
    <w:p>
      <w:pPr>
        <w:bidi/>
        <w:spacing w:before="160" w:after="60"/>
      </w:pPr>
      <w:r>
        <w:rPr>
          <w:b/>
          <w:bCs/>
          <w:sz w:val="26"/>
          <w:szCs w:val="26"/>
          <w:rtl/>
        </w:rPr>
        <w:t>3.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לוּחוֹת סוֹלָארִיִּים מְיַצְּרִים חַשְׁמַל מֵאוֹר הַשֶּׁמֶשׁ.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הַתְּפִלָּה הִיא הוֹצָאַת הַמֶּלַח מִמֵּי הַיָּם.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עִתּוֹן יָשָׁן זוֹרְקִים לַפַּח הַסָּגֹל.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קַיָּמוֹת פֵּרוּשָׁהּ לִקְנוֹת כַּמָּה שֶׁיּוֹתֵר.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מַיְּנוּ: דֶּרֶךְ הַגָּעָה שֶׁמְּזַהֶמֶת מְעַט אוֹ דֶּרֶךְ שֶׁמְּזַהֶמֶת יוֹתֵר?</w:t>
      </w:r>
    </w:p>
    <w:p>
      <w:pPr>
        <w:bidi/>
        <w:spacing w:before="0" w:after="80"/>
      </w:pPr>
      <w:r>
        <w:rPr>
          <w:color w:val="0D7A7C"/>
          <w:sz w:val="24"/>
          <w:szCs w:val="24"/>
          <w:rtl/>
        </w:rPr>
        <w:t>הַמִּלִּים: הֲלִיכָה בָּרֶגֶל  |  אוֹפַנַּיִם  |  מְכוֹנִית עִם נוֹסֵעַ אֶחָד  |  אוֹטוֹבּוּס מָלֵא  |  קוֹרְקִינֶט רָגִיל  |  מוֹנִית רֵיקָה שֶׁמְּחַכָּה עִם מָנוֹעַ דּוֹלֵק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מְזַהֶמֶת מְעַט</w:t>
            </w:r>
          </w:p>
        </w:tc>
        <w:tc>
          <w:tcPr>
            <w:tcW w:type="dxa" w:w="4989"/>
            <w:shd w:val="clear" w:color="auto" w:fill="0d7a7c"/>
          </w:tcPr>
          <w:p>
            <w:pPr>
              <w:bidi/>
              <w:spacing w:before="0" w:after="40"/>
            </w:pPr>
            <w:r>
              <w:rPr>
                <w:b/>
                <w:bCs/>
                <w:color w:val="FFFFFF"/>
                <w:rtl/>
              </w:rPr>
              <w:t>מְזַהֶמֶת יוֹתֵר</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מִשְׁפָּחָה דִּמְיוֹנִית רָשְׁמָה כַּמָּה שַׂקִּים שֶׁל פְּסֹלֶת הִיא זוֹרֶקֶת בְּשָׁבוּעַ. הַשְׁלִימוּ אֶת צֶבַע הַפַּח.</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d7a7c"/>
          </w:tcPr>
          <w:p>
            <w:pPr>
              <w:bidi/>
              <w:spacing w:before="0" w:after="40"/>
            </w:pPr>
            <w:r>
              <w:rPr>
                <w:b/>
                <w:bCs/>
                <w:color w:val="FFFFFF"/>
                <w:rtl/>
              </w:rPr>
              <w:t>סוּג הַפְּסֹלֶת</w:t>
            </w:r>
          </w:p>
        </w:tc>
        <w:tc>
          <w:tcPr>
            <w:tcW w:type="dxa" w:w="3326"/>
            <w:shd w:val="clear" w:color="auto" w:fill="0d7a7c"/>
          </w:tcPr>
          <w:p>
            <w:pPr>
              <w:bidi/>
              <w:spacing w:before="0" w:after="40"/>
            </w:pPr>
            <w:r>
              <w:rPr>
                <w:b/>
                <w:bCs/>
                <w:color w:val="FFFFFF"/>
                <w:rtl/>
              </w:rPr>
              <w:t>שַׂקִּים בְּשָׁבוּעַ</w:t>
            </w:r>
          </w:p>
        </w:tc>
        <w:tc>
          <w:tcPr>
            <w:tcW w:type="dxa" w:w="3326"/>
            <w:shd w:val="clear" w:color="auto" w:fill="0d7a7c"/>
          </w:tcPr>
          <w:p>
            <w:pPr>
              <w:bidi/>
              <w:spacing w:before="0" w:after="40"/>
            </w:pPr>
            <w:r>
              <w:rPr>
                <w:b/>
                <w:bCs/>
                <w:color w:val="FFFFFF"/>
                <w:rtl/>
              </w:rPr>
              <w:t>צֶבַע הַפַּח</w:t>
            </w:r>
          </w:p>
        </w:tc>
      </w:tr>
      <w:tr>
        <w:tc>
          <w:tcPr>
            <w:tcW w:type="dxa" w:w="3326"/>
          </w:tcPr>
          <w:p>
            <w:pPr>
              <w:bidi/>
              <w:spacing w:before="0" w:after="40"/>
            </w:pPr>
            <w:r>
              <w:rPr>
                <w:rtl/>
              </w:rPr>
              <w:t>אֲרִיזוֹת פְּלַסְטִיק</w:t>
            </w:r>
          </w:p>
        </w:tc>
        <w:tc>
          <w:tcPr>
            <w:tcW w:type="dxa" w:w="3326"/>
          </w:tcPr>
          <w:p>
            <w:pPr>
              <w:bidi/>
              <w:spacing w:before="0" w:after="40"/>
            </w:pPr>
            <w:r>
              <w:rPr>
                <w:rtl/>
              </w:rPr>
              <w:t>3</w:t>
            </w:r>
          </w:p>
        </w:tc>
        <w:tc>
          <w:tcPr>
            <w:tcW w:type="dxa" w:w="3326"/>
          </w:tcPr>
          <w:p>
            <w:pPr>
              <w:bidi/>
              <w:spacing w:before="0" w:after="40"/>
            </w:pPr>
            <w:r>
              <w:rPr>
                <w:rtl/>
              </w:rPr>
            </w:r>
          </w:p>
        </w:tc>
      </w:tr>
      <w:tr>
        <w:tc>
          <w:tcPr>
            <w:tcW w:type="dxa" w:w="3326"/>
          </w:tcPr>
          <w:p>
            <w:pPr>
              <w:bidi/>
              <w:spacing w:before="0" w:after="40"/>
            </w:pPr>
            <w:r>
              <w:rPr>
                <w:rtl/>
              </w:rPr>
              <w:t>נְיָר</w:t>
            </w:r>
          </w:p>
        </w:tc>
        <w:tc>
          <w:tcPr>
            <w:tcW w:type="dxa" w:w="3326"/>
          </w:tcPr>
          <w:p>
            <w:pPr>
              <w:bidi/>
              <w:spacing w:before="0" w:after="40"/>
            </w:pPr>
            <w:r>
              <w:rPr>
                <w:rtl/>
              </w:rPr>
              <w:t>2</w:t>
            </w:r>
          </w:p>
        </w:tc>
        <w:tc>
          <w:tcPr>
            <w:tcW w:type="dxa" w:w="3326"/>
          </w:tcPr>
          <w:p>
            <w:pPr>
              <w:bidi/>
              <w:spacing w:before="0" w:after="40"/>
            </w:pPr>
            <w:r>
              <w:rPr>
                <w:rtl/>
              </w:rPr>
            </w:r>
          </w:p>
        </w:tc>
      </w:tr>
      <w:tr>
        <w:tc>
          <w:tcPr>
            <w:tcW w:type="dxa" w:w="3326"/>
          </w:tcPr>
          <w:p>
            <w:pPr>
              <w:bidi/>
              <w:spacing w:before="0" w:after="40"/>
            </w:pPr>
            <w:r>
              <w:rPr>
                <w:rtl/>
              </w:rPr>
              <w:t>זְכוּכִית</w:t>
            </w:r>
          </w:p>
        </w:tc>
        <w:tc>
          <w:tcPr>
            <w:tcW w:type="dxa" w:w="3326"/>
          </w:tcPr>
          <w:p>
            <w:pPr>
              <w:bidi/>
              <w:spacing w:before="0" w:after="40"/>
            </w:pPr>
            <w:r>
              <w:rPr>
                <w:rtl/>
              </w:rPr>
              <w:t>1</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6. לְפִי הַטַּבְלָה, בַּחֲרוּ אֶת הַתְּשׁוּבָה הַנְּכוֹנָה.</w:t>
      </w:r>
    </w:p>
    <w:p>
      <w:pPr>
        <w:bidi/>
        <w:spacing w:before="0" w:after="20"/>
      </w:pPr>
      <w:r>
        <w:rPr>
          <w:rtl/>
        </w:rPr>
        <w:t>א. מֵאֵיזֶה סוּג פְּסֹלֶת יֵשׁ לַמִּשְׁפָּחָה הֲכִי הַרְבֵּה?</w:t>
      </w:r>
    </w:p>
    <w:p>
      <w:pPr>
        <w:bidi/>
        <w:spacing w:before="0" w:after="80"/>
      </w:pPr>
      <w:r>
        <w:rPr>
          <w:rtl/>
        </w:rPr>
        <w:t xml:space="preserve">   ○ נְיָר      ○ זְכוּכִית      ○ אֲרִיזוֹת פְּלַסְטִיק</w:t>
      </w:r>
    </w:p>
    <w:p>
      <w:pPr>
        <w:bidi/>
        <w:spacing w:before="0" w:after="20"/>
      </w:pPr>
      <w:r>
        <w:rPr>
          <w:rtl/>
        </w:rPr>
        <w:t>ב. כַּמָּה שַׂקִּים בְּסַךְ הַכֹּל הַמִּשְׁפָּחָה מְמַחְזֶרֶת בְּשָׁבוּעַ?</w:t>
      </w:r>
    </w:p>
    <w:p>
      <w:pPr>
        <w:bidi/>
        <w:spacing w:before="0" w:after="80"/>
      </w:pPr>
      <w:r>
        <w:rPr>
          <w:rtl/>
        </w:rPr>
        <w:t xml:space="preserve">   ○ 6      ○ 5      ○ 3</w:t>
      </w:r>
    </w:p>
    <w:p>
      <w:pPr>
        <w:bidi/>
        <w:spacing w:before="120" w:after="40"/>
      </w:pPr>
      <w:r>
        <w:rPr>
          <w:rFonts w:ascii="Tahoma" w:hAnsi="Tahoma" w:cs="Tahoma"/>
          <w:b/>
          <w:bCs/>
          <w:color w:val="0D7A7C"/>
          <w:sz w:val="30"/>
          <w:szCs w:val="30"/>
          <w:rtl/>
        </w:rPr>
        <w:t>הַגִּנָּה הַקְּהִלָּתִית</w:t>
      </w:r>
    </w:p>
    <w:p>
      <w:pPr>
        <w:bidi/>
        <w:spacing w:before="0" w:after="80"/>
      </w:pPr>
      <w:r>
        <w:rPr>
          <w:rtl/>
        </w:rPr>
        <w:t>בַּשְּׁכוּנָה שֶׁל אַחְמַד הֵקִימוּ הַתּוֹשָׁבִים גִּנָּה קְהִלָּתִית. כָּל מִשְׁפָּחָה מְקַבֶּלֶת עֲרוּגָה קְטַנָּה וּמְגַדֶּלֶת בָּהּ יְרָקוֹת וְתַבְלִינִים. אֶת הַגִּנָּה מַשְׁקִים בְּטַפְטָפוֹת, שֶׁנּוֹתְנוֹת לְכָל צֶמַח רַק אֶת הַמַּיִם שֶׁהוּא צָרִיךְ.</w:t>
      </w:r>
    </w:p>
    <w:p>
      <w:pPr>
        <w:bidi/>
        <w:spacing w:before="0" w:after="80"/>
      </w:pPr>
      <w:r>
        <w:rPr>
          <w:rtl/>
        </w:rPr>
        <w:t>בְּפִנַּת הַגִּנָּה יֵשׁ מִתְקַן קוֹמְפּוֹסְט. הַתּוֹשָׁבִים זוֹרְקִים אֵלָיו קְלִפּוֹת שֶׁל יְרָקוֹת וּפֵרוֹת, וְאַחֲרֵי כַּמָּה חֳדָשִׁים הֵן הוֹפְכוֹת לַאֲדָמָה מְזִינָה לִצְמָחִים. אַחְמַד שָׂמֵחַ: «אֲנַחְנוּ אוֹכְלִים יְרָקוֹת טְרִיִּים, חוֹסְכִים מַיִם, וְגַם זוֹרְקִים פָּחוֹת אַשְׁפָּה».</w:t>
      </w:r>
    </w:p>
    <w:p>
      <w:pPr>
        <w:bidi/>
        <w:spacing w:before="160" w:after="60"/>
      </w:pPr>
      <w:r>
        <w:rPr>
          <w:b/>
          <w:bCs/>
          <w:sz w:val="26"/>
          <w:szCs w:val="26"/>
          <w:rtl/>
        </w:rPr>
        <w:t>7. לְפִי הַקֶּטַע «הַגִּנָּה הַקְּהִלָּתִית»: נָכוֹן אוֹ לֹא נָכוֹן?</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אֶת הַגִּנָּה מַשְׁקִים בְּצִנּוֹר פָּתוּחַ כָּל הַיּוֹם.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בְּמִתְקַן הַקּוֹמְפּוֹסְט קְלִפּוֹת הוֹפְכוֹת לַאֲדָמָה מְזִינָה.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כָּל מִשְׁפָּחָה מְקַבֶּלֶת עֲרוּגָה קְטַנָּה.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8. לְפִי הַקֶּטַע, כִּתְבוּ שְׁנֵי דְּבָרִים שֶׁהַגִּנָּה הַקְּהִלָּתִית תּוֹרֶמֶת לְקַיָּמוֹת.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כִּתְבוּ לְיַד כָּל פְּעֻלָּה אֵיזֶה מַשְׁאָב הִיא חוֹסֶכֶת: מַיִם, חַשְׁמַל, מָזוֹן אוֹ דֶּלֶק.</w:t>
      </w:r>
    </w:p>
    <w:p>
      <w:pPr>
        <w:bidi/>
        <w:spacing w:before="0" w:after="100"/>
      </w:pPr>
      <w:r>
        <w:rPr>
          <w:rtl/>
        </w:rPr>
        <w:t>א. מְכַבִּים אֶת הַמַּחְשֵׁב בְּסוֹף הַיּוֹם.</w:t>
      </w:r>
    </w:p>
    <w:p>
      <w:pPr>
        <w:bidi/>
        <w:spacing w:before="0" w:after="100"/>
      </w:pPr>
      <w:r>
        <w:rPr>
          <w:rtl/>
        </w:rPr>
        <w:t>ב. קוֹנִים בַּסּוּפֶּר רַק מָה שֶׁכָּתוּב בָּרְשִׁימָה.</w:t>
      </w:r>
    </w:p>
    <w:p>
      <w:pPr>
        <w:bidi/>
        <w:spacing w:before="0" w:after="100"/>
      </w:pPr>
      <w:r>
        <w:rPr>
          <w:rtl/>
        </w:rPr>
        <w:t>ג. הוֹלְכִים בָּרֶגֶל לַמַּכֹּלֶת הַקְּרוֹבָה.</w:t>
      </w:r>
    </w:p>
    <w:p>
      <w:pPr>
        <w:bidi/>
        <w:spacing w:before="0" w:after="100"/>
      </w:pPr>
      <w:r>
        <w:rPr>
          <w:rtl/>
        </w:rPr>
        <w:t>ד. מַשְׁקִים אֶת הַגִּנָּה בְּטַפְטָפוֹת.</w:t>
      </w:r>
    </w:p>
    <w:p>
      <w:pPr>
        <w:bidi/>
        <w:spacing w:before="160" w:after="60"/>
      </w:pPr>
      <w:r>
        <w:rPr>
          <w:b/>
          <w:bCs/>
          <w:sz w:val="26"/>
          <w:szCs w:val="26"/>
          <w:rtl/>
        </w:rPr>
        <w:t>10. שַׂרְטְטוּ מַפָּה שֶׁל חֲצַר בֵּית הַסֵּפֶר, וְסַמְּנוּ בָּהּ אֵיפֹה הֱיִיתֶם מַצִּיבִים פַּחֵי מִחְזוּר, לוּחוֹת סוֹלָארִיִּים וַחֲנָיָה לְאוֹפַנַּיִם. 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הַסְבִּירוּ מַדּוּעַ מַחְזוֹר עוֹזֵר לִשְׁמֹר עַל הַסְּבִיבָה.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כִּתְבוּ סִיסְמָה קְצָרָה לַשֶּׁלֶט שֶׁיְּעוֹדֵד אֶת הַתַּלְמִידִים בְּבֵית הַסֵּפֶר לַחֲסֹךְ בְּמַיִם.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יוֹאָב אוֹמֵר: «בַּקְבּוּק אֶחָד שֶׁאֲנִי זוֹרֵק לַפַּח הָרָגִיל לֹא מְשַׁנֶּה כְּלוּם». עֹמֶר עוֹנֶה לוֹ. כִּתְבוּ מָה עֹמֶר יָכוֹל לַעֲנוֹת, עִם נִמּוּק.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0D7A7C"/>
          <w:sz w:val="26"/>
          <w:szCs w:val="26"/>
          <w:rtl/>
        </w:rPr>
        <w:t>14. גִּזְרוּ אֶת כַּרְטִיסֵי הַפְּסֹלֶת, וְהַדְבִּיקוּ כָּל אֶחָד מִתַּחַת לְפַח הַמַּחְזוֹר הַמַּתְאִים. (גִּזְרוּ מֵעַמּוּד 51)</w:t>
      </w:r>
    </w:p>
    <w:tbl>
      <w:tblPr>
        <w:tblW w:type="auto" w:w="0"/>
        <w:tblLook w:firstColumn="1" w:firstRow="1" w:lastColumn="0" w:lastRow="0" w:noHBand="0" w:noVBand="1" w:val="04A0"/>
        <w:bidiVisual/>
        <w:tblLayout w:type="fixed"/>
      </w:tblPr>
      <w:tblGrid>
        <w:gridCol w:w="3326"/>
        <w:gridCol w:w="3326"/>
        <w:gridCol w:w="3326"/>
      </w:tblGrid>
      <w:tr>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הַפַּח הַכָּתֹם – אֲרִיזוֹת</w:t>
            </w:r>
          </w:p>
        </w:tc>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הַפַּח הַכָּחֹל – נְיָר</w:t>
            </w:r>
          </w:p>
        </w:tc>
        <w:tc>
          <w:tcPr>
            <w:tcW w:type="dxa" w:w="3288"/>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הַפַּח הַסָּגֹל – זְכוּכִית</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60" w:hRule="exact"/>
        </w:trPr>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328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3288"/>
          </w:tcPr>
          <w:p>
            <w:pPr>
              <w:bidi/>
              <w:spacing w:before="0" w:after="0"/>
            </w:pPr>
          </w:p>
        </w:tc>
      </w:tr>
    </w:tbl>
    <w:p>
      <w:pPr>
        <w:bidi/>
        <w:spacing w:before="0" w:after="40"/>
      </w:pPr>
    </w:p>
    <w:p>
      <w:pPr>
        <w:bidi/>
        <w:spacing w:before="160" w:after="60"/>
      </w:pPr>
      <w:r>
        <w:rPr>
          <w:b/>
          <w:bCs/>
          <w:color w:val="0D7A7C"/>
          <w:sz w:val="26"/>
          <w:szCs w:val="26"/>
          <w:rtl/>
        </w:rPr>
        <w:t>15. קִרְאוּ אֶת בֵּאוּרֵי הַמִּלִּים.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pPr>
            <w:r>
              <w:rPr>
                <w:b/>
                <w:bCs/>
                <w:color w:val="8A5A00"/>
                <w:sz w:val="26"/>
                <w:szCs w:val="26"/>
                <w:rtl/>
              </w:rPr>
              <w:t>📖 בֵּאוּרֵי מִלִּים</w:t>
            </w:r>
          </w:p>
          <w:p>
            <w:pPr>
              <w:bidi/>
              <w:spacing w:before="0" w:after="40"/>
            </w:pPr>
            <w:r>
              <w:rPr>
                <w:b/>
                <w:bCs/>
                <w:sz w:val="24"/>
                <w:szCs w:val="24"/>
                <w:rtl/>
              </w:rPr>
              <w:t xml:space="preserve">קַיָּמוֹת – </w:t>
            </w:r>
            <w:r>
              <w:rPr>
                <w:sz w:val="24"/>
                <w:szCs w:val="24"/>
                <w:rtl/>
              </w:rPr>
              <w:t>שִׁמּוּשׁ בַּמַּשְׁאַבִּים כָּךְ שֶׁיִּשָּׁאֲרוּ גַּם לַדּוֹרוֹת הַבָּאִים</w:t>
            </w:r>
          </w:p>
          <w:p>
            <w:pPr>
              <w:bidi/>
              <w:spacing w:before="0" w:after="40"/>
            </w:pPr>
            <w:r>
              <w:rPr>
                <w:b/>
                <w:bCs/>
                <w:sz w:val="24"/>
                <w:szCs w:val="24"/>
                <w:rtl/>
              </w:rPr>
              <w:t xml:space="preserve">מַחְזוֹר – </w:t>
            </w:r>
            <w:r>
              <w:rPr>
                <w:sz w:val="24"/>
                <w:szCs w:val="24"/>
                <w:rtl/>
              </w:rPr>
              <w:t>הֲפִיכַת פְּסֹלֶת לְחֹמֶר שֶׁמִּשְׁתַּמְּשִׁים בּוֹ שׁוּב</w:t>
            </w:r>
          </w:p>
          <w:p>
            <w:pPr>
              <w:bidi/>
              <w:spacing w:before="0" w:after="40"/>
            </w:pPr>
            <w:r>
              <w:rPr>
                <w:b/>
                <w:bCs/>
                <w:sz w:val="24"/>
                <w:szCs w:val="24"/>
                <w:rtl/>
              </w:rPr>
              <w:t xml:space="preserve">חִסָּכוֹן – </w:t>
            </w:r>
            <w:r>
              <w:rPr>
                <w:sz w:val="24"/>
                <w:szCs w:val="24"/>
                <w:rtl/>
              </w:rPr>
              <w:t>שִׁמּוּשׁ רַק בְּמָה שֶׁצָּרִיךְ</w:t>
            </w:r>
          </w:p>
          <w:p>
            <w:pPr>
              <w:bidi/>
              <w:spacing w:before="0" w:after="40"/>
            </w:pPr>
            <w:r>
              <w:rPr>
                <w:b/>
                <w:bCs/>
                <w:sz w:val="24"/>
                <w:szCs w:val="24"/>
                <w:rtl/>
              </w:rPr>
              <w:t xml:space="preserve">תַּחְבּוּרָה צִבּוּרִית – </w:t>
            </w:r>
            <w:r>
              <w:rPr>
                <w:sz w:val="24"/>
                <w:szCs w:val="24"/>
                <w:rtl/>
              </w:rPr>
              <w:t>אוֹטוֹבּוּס וְרַכֶּבֶת שֶׁנּוֹסְעִים בָּהֶם הַרְבֵּה אֲנָשִׁים יַחַד</w:t>
            </w:r>
          </w:p>
        </w:tc>
      </w:tr>
    </w:tbl>
    <w:p>
      <w:pPr>
        <w:bidi/>
        <w:spacing w:before="0" w:after="40"/>
      </w:pPr>
    </w:p>
    <w:p>
      <w:pPr>
        <w:bidi/>
        <w:spacing w:before="0" w:after="40"/>
      </w:pPr>
      <w:r>
        <w:rPr>
          <w:b/>
          <w:bCs/>
          <w:sz w:val="25"/>
          <w:szCs w:val="25"/>
          <w:rtl/>
        </w:rPr>
        <w:t>✏️ בַּחֲרוּ שְׁתֵּי מִלִּים מִן הַבֵּאוּרִים, וְכִתְבוּ מִשְׁפָּט עִם כָּל אַחַת מֵהֶן.</w:t>
      </w:r>
    </w:p>
    <w:p>
      <w:pPr>
        <w:bidi/>
        <w:spacing w:before="0" w:after="120"/>
      </w:pPr>
      <w:r>
        <w:rPr>
          <w:color w:val="9AA3B5"/>
          <w:sz w:val="24"/>
          <w:szCs w:val="24"/>
          <w:rtl/>
        </w:rPr>
        <w:t>______________________________________________________________________</w:t>
      </w:r>
    </w:p>
    <w:p>
      <w:pPr>
        <w:bidi/>
        <w:spacing w:before="0" w:after="120"/>
      </w:pPr>
      <w:r>
        <w:rPr>
          <w:color w:val="9AA3B5"/>
          <w:sz w:val="24"/>
          <w:szCs w:val="24"/>
          <w:rtl/>
        </w:rPr>
        <w:t>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מוֹלֶדֶת, חֶבְרָה וְאֶזְרָחוּת · כִּתָּה ג'   |   פֶּרֶק 7</w:t>
      </w:r>
    </w:p>
    <w:p>
      <w:pPr>
        <w:bidi/>
        <w:spacing w:before="0" w:after="120"/>
      </w:pPr>
      <w:r>
        <w:rPr>
          <w:rFonts w:ascii="Tahoma" w:hAnsi="Tahoma" w:cs="Tahoma"/>
          <w:b/>
          <w:bCs/>
          <w:color w:val="0D7A7C"/>
          <w:sz w:val="44"/>
          <w:szCs w:val="44"/>
          <w:rtl/>
        </w:rPr>
        <w:t>פֶּרֶק 7: סוּגֵי יִשּׁוּבִים וְיִשּׁוּבִים בַּסְּבִיבָה: עִיר, מוֹשָׁב, קִבּוּץ וּכְפָר, וּמִגְוַן הָאֻכְלוּסִיּוֹת</w:t>
      </w:r>
    </w:p>
    <w:p>
      <w:pPr>
        <w:bidi/>
        <w:spacing w:before="0" w:after="80"/>
      </w:pPr>
      <w:r>
        <w:drawing>
          <wp:inline xmlns:a="http://schemas.openxmlformats.org/drawingml/2006/main" xmlns:pic="http://schemas.openxmlformats.org/drawingml/2006/picture">
            <wp:extent cx="3240000" cy="2160000"/>
            <wp:docPr id="9" name="Picture 9"/>
            <wp:cNvGraphicFramePr>
              <a:graphicFrameLocks noChangeAspect="1"/>
            </wp:cNvGraphicFramePr>
            <a:graphic>
              <a:graphicData uri="http://schemas.openxmlformats.org/drawingml/2006/picture">
                <pic:pic>
                  <pic:nvPicPr>
                    <pic:cNvPr id="0" name="geo_g3_t07.jpg"/>
                    <pic:cNvPicPr/>
                  </pic:nvPicPr>
                  <pic:blipFill>
                    <a:blip r:embed="rId18"/>
                    <a:stretch>
                      <a:fillRect/>
                    </a:stretch>
                  </pic:blipFill>
                  <pic:spPr>
                    <a:xfrm>
                      <a:off x="0" y="0"/>
                      <a:ext cx="3240000" cy="2160000"/>
                    </a:xfrm>
                    <a:prstGeom prst="rect"/>
                  </pic:spPr>
                </pic:pic>
              </a:graphicData>
            </a:graphic>
          </wp:inline>
        </w:drawing>
      </w:r>
    </w:p>
    <w:p>
      <w:pPr>
        <w:bidi/>
        <w:spacing w:before="120" w:after="40"/>
      </w:pPr>
      <w:r>
        <w:rPr>
          <w:rFonts w:ascii="Tahoma" w:hAnsi="Tahoma" w:cs="Tahoma"/>
          <w:b/>
          <w:bCs/>
          <w:color w:val="0D7A7C"/>
          <w:sz w:val="28"/>
          <w:szCs w:val="28"/>
          <w:rtl/>
        </w:rPr>
        <w:t>◆ סוּגֵי יִשּׁוּבִים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סוּג</w:t>
            </w:r>
          </w:p>
        </w:tc>
        <w:tc>
          <w:tcPr>
            <w:tcW w:type="dxa" w:w="4989"/>
            <w:shd w:val="clear" w:color="auto" w:fill="0d7a7c"/>
          </w:tcPr>
          <w:p>
            <w:pPr>
              <w:bidi/>
              <w:spacing w:before="0" w:after="40"/>
            </w:pPr>
            <w:r>
              <w:rPr>
                <w:b/>
                <w:bCs/>
                <w:color w:val="FFFFFF"/>
                <w:rtl/>
              </w:rPr>
              <w:t>מָה מְיֻחָד בּוֹ?</w:t>
            </w:r>
          </w:p>
        </w:tc>
      </w:tr>
      <w:tr>
        <w:tc>
          <w:tcPr>
            <w:tcW w:type="dxa" w:w="4989"/>
          </w:tcPr>
          <w:p>
            <w:pPr>
              <w:bidi/>
              <w:spacing w:before="0" w:after="40"/>
            </w:pPr>
            <w:r>
              <w:rPr>
                <w:rtl/>
              </w:rPr>
              <w:t>עִיר</w:t>
            </w:r>
          </w:p>
        </w:tc>
        <w:tc>
          <w:tcPr>
            <w:tcW w:type="dxa" w:w="4989"/>
          </w:tcPr>
          <w:p>
            <w:pPr>
              <w:bidi/>
              <w:spacing w:before="0" w:after="40"/>
            </w:pPr>
            <w:r>
              <w:rPr>
                <w:rtl/>
              </w:rPr>
              <w:t>הַרְבֵּה תּוֹשָׁבִים, בִּנְיָנִים, חֲנוּיוֹת וּמְקוֹמוֹת עֲבוֹדָה</w:t>
            </w:r>
          </w:p>
        </w:tc>
      </w:tr>
      <w:tr>
        <w:tc>
          <w:tcPr>
            <w:tcW w:type="dxa" w:w="4989"/>
          </w:tcPr>
          <w:p>
            <w:pPr>
              <w:bidi/>
              <w:spacing w:before="0" w:after="40"/>
            </w:pPr>
            <w:r>
              <w:rPr>
                <w:rtl/>
              </w:rPr>
              <w:t>קִבּוּץ</w:t>
            </w:r>
          </w:p>
        </w:tc>
        <w:tc>
          <w:tcPr>
            <w:tcW w:type="dxa" w:w="4989"/>
          </w:tcPr>
          <w:p>
            <w:pPr>
              <w:bidi/>
              <w:spacing w:before="0" w:after="40"/>
            </w:pPr>
            <w:r>
              <w:rPr>
                <w:rtl/>
              </w:rPr>
              <w:t>הַחֲבֵרִים מְנַהֲלִים יַחַד וּמְשַׁתְּפִים בִּרְכוּשׁ וּבָעֲבוֹדָה</w:t>
            </w:r>
          </w:p>
        </w:tc>
      </w:tr>
      <w:tr>
        <w:tc>
          <w:tcPr>
            <w:tcW w:type="dxa" w:w="4989"/>
          </w:tcPr>
          <w:p>
            <w:pPr>
              <w:bidi/>
              <w:spacing w:before="0" w:after="40"/>
            </w:pPr>
            <w:r>
              <w:rPr>
                <w:rtl/>
              </w:rPr>
              <w:t>מוֹשָׁב</w:t>
            </w:r>
          </w:p>
        </w:tc>
        <w:tc>
          <w:tcPr>
            <w:tcW w:type="dxa" w:w="4989"/>
          </w:tcPr>
          <w:p>
            <w:pPr>
              <w:bidi/>
              <w:spacing w:before="0" w:after="40"/>
            </w:pPr>
            <w:r>
              <w:rPr>
                <w:rtl/>
              </w:rPr>
              <w:t>לְכָל מִשְׁפָּחָה בַּיִת וּמֶשֶׁק מִשֶּׁלָּהּ, וְשִׁתּוּף פְּעֻלָּה</w:t>
            </w:r>
          </w:p>
        </w:tc>
      </w:tr>
      <w:tr>
        <w:tc>
          <w:tcPr>
            <w:tcW w:type="dxa" w:w="4989"/>
          </w:tcPr>
          <w:p>
            <w:pPr>
              <w:bidi/>
              <w:spacing w:before="0" w:after="40"/>
            </w:pPr>
            <w:r>
              <w:rPr>
                <w:rtl/>
              </w:rPr>
              <w:t>כְּפָר</w:t>
            </w:r>
          </w:p>
        </w:tc>
        <w:tc>
          <w:tcPr>
            <w:tcW w:type="dxa" w:w="4989"/>
          </w:tcPr>
          <w:p>
            <w:pPr>
              <w:bidi/>
              <w:spacing w:before="0" w:after="40"/>
            </w:pPr>
            <w:r>
              <w:rPr>
                <w:rtl/>
              </w:rPr>
              <w:t>יִשּׁוּב כַּפְרִי קָטָן, בָּתִּים נְמוּכִים וְשָׂדוֹת מִסָּבִיב</w:t>
            </w:r>
          </w:p>
        </w:tc>
      </w:tr>
    </w:tbl>
    <w:p>
      <w:pPr>
        <w:bidi/>
        <w:spacing w:before="0" w:after="40"/>
      </w:pPr>
    </w:p>
    <w:p>
      <w:pPr>
        <w:bidi/>
        <w:spacing w:before="120" w:after="40"/>
      </w:pPr>
      <w:r>
        <w:rPr>
          <w:rFonts w:ascii="Tahoma" w:hAnsi="Tahoma" w:cs="Tahoma"/>
          <w:b/>
          <w:bCs/>
          <w:color w:val="0D7A7C"/>
          <w:sz w:val="28"/>
          <w:szCs w:val="28"/>
          <w:rtl/>
        </w:rPr>
        <w:t>◆ מִגְוַן הָאֻכְלוּסִיּוֹת</w:t>
      </w:r>
    </w:p>
    <w:p>
      <w:pPr>
        <w:bidi/>
        <w:spacing w:before="0" w:after="20"/>
      </w:pPr>
      <w:r>
        <w:rPr>
          <w:rtl/>
        </w:rPr>
        <w:t>1. יְהוּדִים, עֲרָבִים (מֻסְלְמִים וְנוֹצְרִים), דְּרוּזִים, צֶ'רְקֵסִים וּבְדוֹאִים.</w:t>
      </w:r>
    </w:p>
    <w:p>
      <w:pPr>
        <w:bidi/>
        <w:spacing w:before="0" w:after="20"/>
      </w:pPr>
      <w:r>
        <w:rPr>
          <w:rtl/>
        </w:rPr>
        <w:t>2. לְכָל קְבוּצָה מִנְהָגִים, חַגִּים וּמָסֹרֶת.</w:t>
      </w:r>
    </w:p>
    <w:p>
      <w:pPr>
        <w:bidi/>
        <w:spacing w:before="0" w:after="20"/>
      </w:pPr>
      <w:r>
        <w:rPr>
          <w:rtl/>
        </w:rPr>
        <w:t>3. בְּעָרִים מְעֹרָבוֹת כְּמוֹ חֵיפָה וְעַכּוֹ גָּרִים יַחַד יְהוּדִים וַעֲרָבִים.</w:t>
      </w:r>
    </w:p>
    <w:p>
      <w:pPr>
        <w:bidi/>
        <w:spacing w:before="120" w:after="40"/>
      </w:pPr>
      <w:r>
        <w:rPr>
          <w:rFonts w:ascii="Tahoma" w:hAnsi="Tahoma" w:cs="Tahoma"/>
          <w:b/>
          <w:bCs/>
          <w:color w:val="0D7A7C"/>
          <w:sz w:val="28"/>
          <w:szCs w:val="28"/>
          <w:rtl/>
        </w:rPr>
        <w:t>◆ קְשָׁרִים בֵּין יִשּׁוּבִים</w:t>
      </w:r>
    </w:p>
    <w:p>
      <w:pPr>
        <w:bidi/>
        <w:spacing w:before="0" w:after="40"/>
      </w:pPr>
      <w:r>
        <w:rPr>
          <w:rtl/>
        </w:rPr>
        <w:t>תּוֹשָׁבֵי הַכְּפָר נוֹסְעִים לָעִיר לָעֲבוֹדָה, לִקְנִיּוֹת וּלְבֵית הַחוֹלִים; תּוֹשָׁבֵי הָעִיר מַגִּיעִים לַכְּפָר לְטַיֵּל וְלִקְנוֹת תּוֹצֶרֶת טְרִיָּה.</w:t>
      </w:r>
    </w:p>
    <w:p>
      <w:pPr>
        <w:bidi/>
        <w:spacing w:before="160" w:after="60"/>
      </w:pPr>
      <w:r>
        <w:rPr>
          <w:b/>
          <w:bCs/>
          <w:sz w:val="26"/>
          <w:szCs w:val="26"/>
          <w:rtl/>
        </w:rPr>
        <w:t>1. הַשְׁלִימוּ.</w:t>
      </w:r>
    </w:p>
    <w:p>
      <w:pPr>
        <w:bidi/>
        <w:spacing w:before="0" w:after="60"/>
      </w:pPr>
      <w:r>
        <w:rPr>
          <w:rtl/>
        </w:rPr>
        <w:t>א. בָּעִיר __________ גָּרִים יַחַד יְהוּדִים וַעֲרָבִים.</w:t>
      </w:r>
    </w:p>
    <w:p>
      <w:pPr>
        <w:bidi/>
        <w:spacing w:before="0" w:after="60"/>
      </w:pPr>
      <w:r>
        <w:rPr>
          <w:rtl/>
        </w:rPr>
        <w:t>ב. כְּפָרִים דְּרוּזִיִּים יֵשׁ בַּגָּלִיל וּבְ__________.</w:t>
      </w:r>
    </w:p>
    <w:p>
      <w:pPr>
        <w:bidi/>
        <w:spacing w:before="0" w:after="60"/>
      </w:pPr>
      <w:r>
        <w:rPr>
          <w:rtl/>
        </w:rPr>
        <w:t>ג. רַהַט הִיא עִיר בֵּדוּאִית ב__________.</w:t>
      </w:r>
    </w:p>
    <w:p>
      <w:pPr>
        <w:bidi/>
        <w:spacing w:before="160" w:after="60"/>
      </w:pPr>
      <w:r>
        <w:rPr>
          <w:b/>
          <w:bCs/>
          <w:sz w:val="26"/>
          <w:szCs w:val="26"/>
          <w:rtl/>
        </w:rPr>
        <w:t>2. הַתְאִימוּ כָּל סוּג יִשּׁוּב לַתֵּאוּר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עִיר</w:t>
            </w:r>
          </w:p>
        </w:tc>
        <w:tc>
          <w:tcPr>
            <w:tcW w:type="dxa" w:w="4989"/>
          </w:tcPr>
          <w:p>
            <w:pPr>
              <w:bidi/>
              <w:spacing w:before="0" w:after="40"/>
            </w:pPr>
            <w:r>
              <w:rPr>
                <w:rtl/>
              </w:rPr>
              <w:t>[   ] שִׁתּוּף בִּרְכוּשׁ וּבָעֲבוֹדָה</w:t>
            </w:r>
          </w:p>
        </w:tc>
      </w:tr>
      <w:tr>
        <w:tc>
          <w:tcPr>
            <w:tcW w:type="dxa" w:w="4989"/>
          </w:tcPr>
          <w:p>
            <w:pPr>
              <w:bidi/>
              <w:spacing w:before="0" w:after="40"/>
            </w:pPr>
            <w:r>
              <w:rPr>
                <w:rtl/>
              </w:rPr>
              <w:t>2. קִבּוּץ</w:t>
            </w:r>
          </w:p>
        </w:tc>
        <w:tc>
          <w:tcPr>
            <w:tcW w:type="dxa" w:w="4989"/>
          </w:tcPr>
          <w:p>
            <w:pPr>
              <w:bidi/>
              <w:spacing w:before="0" w:after="40"/>
            </w:pPr>
            <w:r>
              <w:rPr>
                <w:rtl/>
              </w:rPr>
              <w:t>[   ] הַרְבֵּה תּוֹשָׁבִים וּמְקוֹמוֹת עֲבוֹדָה רַבִּים</w:t>
            </w:r>
          </w:p>
        </w:tc>
      </w:tr>
      <w:tr>
        <w:tc>
          <w:tcPr>
            <w:tcW w:type="dxa" w:w="4989"/>
          </w:tcPr>
          <w:p>
            <w:pPr>
              <w:bidi/>
              <w:spacing w:before="0" w:after="40"/>
            </w:pPr>
            <w:r>
              <w:rPr>
                <w:rtl/>
              </w:rPr>
              <w:t>3. מוֹשָׁב</w:t>
            </w:r>
          </w:p>
        </w:tc>
        <w:tc>
          <w:tcPr>
            <w:tcW w:type="dxa" w:w="4989"/>
          </w:tcPr>
          <w:p>
            <w:pPr>
              <w:bidi/>
              <w:spacing w:before="0" w:after="40"/>
            </w:pPr>
            <w:r>
              <w:rPr>
                <w:rtl/>
              </w:rPr>
              <w:t>[   ] לְכָל מִשְׁפָּחָה מֶשֶׁק מִשֶּׁלָּהּ</w:t>
            </w:r>
          </w:p>
        </w:tc>
      </w:tr>
      <w:tr>
        <w:tc>
          <w:tcPr>
            <w:tcW w:type="dxa" w:w="4989"/>
          </w:tcPr>
          <w:p>
            <w:pPr>
              <w:bidi/>
              <w:spacing w:before="0" w:after="40"/>
            </w:pPr>
            <w:r>
              <w:rPr>
                <w:rtl/>
              </w:rPr>
              <w:t>4. כְּפָר</w:t>
            </w:r>
          </w:p>
        </w:tc>
        <w:tc>
          <w:tcPr>
            <w:tcW w:type="dxa" w:w="4989"/>
          </w:tcPr>
          <w:p>
            <w:pPr>
              <w:bidi/>
              <w:spacing w:before="0" w:after="40"/>
            </w:pPr>
            <w:r>
              <w:rPr>
                <w:rtl/>
              </w:rPr>
              <w:t>[   ] יִשּׁוּב כַּפְרִי קָטָן עִם בָּתִּים נְמוּכִים</w:t>
            </w:r>
          </w:p>
        </w:tc>
      </w:tr>
    </w:tbl>
    <w:p>
      <w:pPr>
        <w:bidi/>
        <w:spacing w:before="0" w:after="40"/>
      </w:pPr>
    </w:p>
    <w:p>
      <w:pPr>
        <w:bidi/>
        <w:spacing w:before="160" w:after="60"/>
      </w:pPr>
      <w:r>
        <w:rPr>
          <w:b/>
          <w:bCs/>
          <w:sz w:val="26"/>
          <w:szCs w:val="26"/>
          <w:rtl/>
        </w:rPr>
        <w:t>3.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יְרוּשָׁלַיִם הִיא בִּירַת 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בְּיִשְׂרָאֵל יֵשׁ כְּפָרִים צֶ'רְקֵסִיִּים בַּנֶּגֶב.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בְּיִשּׁוּב כַּפְרִי יֵשׁ בְּדֶרֶךְ כְּלָל יוֹתֵר שְׁטָחִים פְּתוּחִים מֵאֲשֶׁר בָּעִיר.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לְכָל הַקְּבוּצוֹת בְּיִשְׂרָאֵל יֵשׁ אוֹתָם חַגִּים בְּדִיּוּק.</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מַיְּנוּ: אֵיזֶה שֵׁרוּת יֵשׁ בְּדֶרֶךְ כְּלָל גַּם בְּיִשּׁוּב קָטָן, וְאֵיזֶה יֵשׁ בְּדֶרֶךְ כְּלָל רַק בְּעִיר גְּדוֹלָה?</w:t>
      </w:r>
    </w:p>
    <w:p>
      <w:pPr>
        <w:bidi/>
        <w:spacing w:before="0" w:after="80"/>
      </w:pPr>
      <w:r>
        <w:rPr>
          <w:color w:val="0D7A7C"/>
          <w:sz w:val="24"/>
          <w:szCs w:val="24"/>
          <w:rtl/>
        </w:rPr>
        <w:t>הַמִּלִּים: גַּן יְלָדִים  |  בֵּית חוֹלִים גָּדוֹל  |  מַכֹּלֶת  |  אוּנִיבֶרְסִיטָה  |  גִּנָּה צִבּוּרִית  |  תַּחֲנַת רַכֶּבֶת מֶרְכָּזִית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גַּם בְּיִשּׁוּב קָטָן</w:t>
            </w:r>
          </w:p>
        </w:tc>
        <w:tc>
          <w:tcPr>
            <w:tcW w:type="dxa" w:w="4989"/>
            <w:shd w:val="clear" w:color="auto" w:fill="0d7a7c"/>
          </w:tcPr>
          <w:p>
            <w:pPr>
              <w:bidi/>
              <w:spacing w:before="0" w:after="40"/>
            </w:pPr>
            <w:r>
              <w:rPr>
                <w:b/>
                <w:bCs/>
                <w:color w:val="FFFFFF"/>
                <w:rtl/>
              </w:rPr>
              <w:t>בְּדֶרֶךְ כְּלָל בְּעִיר גְּדוֹלָה</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הַשְׁלִימוּ אֶת הַטַּבְלָה: אֵיפֹה גָּרוֹת קְבוּצוֹת הָאֻכְלוּסִיָּה? (הֵעָזְרוּ בִּלְמִידָה.)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קְבוּצָה</w:t>
            </w:r>
          </w:p>
        </w:tc>
        <w:tc>
          <w:tcPr>
            <w:tcW w:type="dxa" w:w="4989"/>
            <w:shd w:val="clear" w:color="auto" w:fill="0d7a7c"/>
          </w:tcPr>
          <w:p>
            <w:pPr>
              <w:bidi/>
              <w:spacing w:before="0" w:after="40"/>
            </w:pPr>
            <w:r>
              <w:rPr>
                <w:b/>
                <w:bCs/>
                <w:color w:val="FFFFFF"/>
                <w:rtl/>
              </w:rPr>
              <w:t>דֻּגְמָה לִמְקוֹם מְגוּרִים</w:t>
            </w:r>
          </w:p>
        </w:tc>
      </w:tr>
      <w:tr>
        <w:tc>
          <w:tcPr>
            <w:tcW w:type="dxa" w:w="4989"/>
          </w:tcPr>
          <w:p>
            <w:pPr>
              <w:bidi/>
              <w:spacing w:before="0" w:after="40"/>
            </w:pPr>
            <w:r>
              <w:rPr>
                <w:rtl/>
              </w:rPr>
              <w:t>בֵּדוּאִים</w:t>
            </w:r>
          </w:p>
        </w:tc>
        <w:tc>
          <w:tcPr>
            <w:tcW w:type="dxa" w:w="4989"/>
          </w:tcPr>
          <w:p>
            <w:pPr>
              <w:bidi/>
              <w:spacing w:before="0" w:after="40"/>
            </w:pPr>
            <w:r>
              <w:rPr>
                <w:rtl/>
              </w:rPr>
            </w:r>
          </w:p>
        </w:tc>
      </w:tr>
      <w:tr>
        <w:tc>
          <w:tcPr>
            <w:tcW w:type="dxa" w:w="4989"/>
          </w:tcPr>
          <w:p>
            <w:pPr>
              <w:bidi/>
              <w:spacing w:before="0" w:after="40"/>
            </w:pPr>
            <w:r>
              <w:rPr>
                <w:rtl/>
              </w:rPr>
              <w:t>דְּרוּזִים</w:t>
            </w:r>
          </w:p>
        </w:tc>
        <w:tc>
          <w:tcPr>
            <w:tcW w:type="dxa" w:w="4989"/>
          </w:tcPr>
          <w:p>
            <w:pPr>
              <w:bidi/>
              <w:spacing w:before="0" w:after="40"/>
            </w:pPr>
            <w:r>
              <w:rPr>
                <w:rtl/>
              </w:rPr>
            </w:r>
          </w:p>
        </w:tc>
      </w:tr>
      <w:tr>
        <w:tc>
          <w:tcPr>
            <w:tcW w:type="dxa" w:w="4989"/>
          </w:tcPr>
          <w:p>
            <w:pPr>
              <w:bidi/>
              <w:spacing w:before="0" w:after="40"/>
            </w:pPr>
            <w:r>
              <w:rPr>
                <w:rtl/>
              </w:rPr>
              <w:t>צֶ'רְקֵסִים</w:t>
            </w:r>
          </w:p>
        </w:tc>
        <w:tc>
          <w:tcPr>
            <w:tcW w:type="dxa" w:w="4989"/>
          </w:tcPr>
          <w:p>
            <w:pPr>
              <w:bidi/>
              <w:spacing w:before="0" w:after="40"/>
            </w:pPr>
            <w:r>
              <w:rPr>
                <w:rtl/>
              </w:rPr>
            </w:r>
          </w:p>
        </w:tc>
      </w:tr>
      <w:tr>
        <w:tc>
          <w:tcPr>
            <w:tcW w:type="dxa" w:w="4989"/>
          </w:tcPr>
          <w:p>
            <w:pPr>
              <w:bidi/>
              <w:spacing w:before="0" w:after="40"/>
            </w:pPr>
            <w:r>
              <w:rPr>
                <w:rtl/>
              </w:rPr>
              <w:t>יְהוּדִים וַעֲרָבִים יַחַד</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תָּמָר גָּרָה בַּיִּשּׁוּב שֶׁבּוֹ הַחֲבֵרִים מַחֲלִיטִים יַחַד עַל כָּל הַדְּבָרִים הַחֲשׁוּבִים. אֵיפֹה הִיא גָּרָה?</w:t>
      </w:r>
    </w:p>
    <w:p>
      <w:pPr>
        <w:bidi/>
        <w:spacing w:before="0" w:after="80"/>
      </w:pPr>
      <w:r>
        <w:rPr>
          <w:rtl/>
        </w:rPr>
        <w:t xml:space="preserve">   ○ בָּעִיר      ○ בַּקִּבּוּץ      ○ בְּמִגְדַּל דִּירוֹת</w:t>
      </w:r>
    </w:p>
    <w:p>
      <w:pPr>
        <w:bidi/>
        <w:spacing w:before="0" w:after="20"/>
      </w:pPr>
      <w:r>
        <w:rPr>
          <w:rtl/>
        </w:rPr>
        <w:t>ב. אֵיזֶה יִשּׁוּב הוּא עִיר?</w:t>
      </w:r>
    </w:p>
    <w:p>
      <w:pPr>
        <w:bidi/>
        <w:spacing w:before="0" w:after="80"/>
      </w:pPr>
      <w:r>
        <w:rPr>
          <w:rtl/>
        </w:rPr>
        <w:t xml:space="preserve">   ○ יְרוּשָׁלַיִם      ○ דְּגַנְיָה      ○ כְּפַר כַּמָא</w:t>
      </w:r>
    </w:p>
    <w:p>
      <w:pPr>
        <w:bidi/>
        <w:spacing w:before="120" w:after="40"/>
      </w:pPr>
      <w:r>
        <w:rPr>
          <w:rFonts w:ascii="Tahoma" w:hAnsi="Tahoma" w:cs="Tahoma"/>
          <w:b/>
          <w:bCs/>
          <w:color w:val="0D7A7C"/>
          <w:sz w:val="30"/>
          <w:szCs w:val="30"/>
          <w:rtl/>
        </w:rPr>
        <w:t>יוֹם שׁוּק בָּעִיר</w:t>
      </w:r>
    </w:p>
    <w:p>
      <w:pPr>
        <w:bidi/>
        <w:spacing w:before="0" w:after="80"/>
      </w:pPr>
      <w:r>
        <w:rPr>
          <w:rtl/>
        </w:rPr>
        <w:t>בְּכָל יוֹם שִׁשִּׁי נִפְתַּח בָּעִיר שֶׁל מִיכַל שׁוּק גָּדוֹל. לַשּׁוּק מַגִּיעִים חַקְלָאִים מֵהַמּוֹשָׁבִים וּמֵהַכְּפָרִים שֶׁבַּסְּבִיבָה. הֵם מוֹכְרִים יְרָקוֹת טְרִיִּים, פֵּרוֹת, בֵּיצִים, דְּבַשׁ וּגְבִינוֹת.</w:t>
      </w:r>
    </w:p>
    <w:p>
      <w:pPr>
        <w:bidi/>
        <w:spacing w:before="0" w:after="80"/>
      </w:pPr>
      <w:r>
        <w:rPr>
          <w:rtl/>
        </w:rPr>
        <w:t>מִיכַל אוֹהֶבֶת לִקְנוֹת תְּאֵנִים מֵאִישׁ מְבֻגָּר מִכְּפַר עֲרָבִי סָמוּךְ, וְעוּגִיּוֹת מֵאִשָּׁה מִמּוֹשָׁב קָרוֹב. אַחֲרֵי הַקְּנִיּוֹת הִיא שָׂמָה לֵב שֶׁבַּשּׁוּק נִשְׁמָעוֹת כַּמָּה שָׂפוֹת: עִבְרִית, עַרְבִית וְרוּסִית. «הַשּׁוּק מְחַבֵּר בֵּין כָּל הַיִּשּׁוּבִים שֶׁל הָאֵזוֹר», אוֹמֶרֶת אִמָּא שֶׁלָּהּ.</w:t>
      </w:r>
    </w:p>
    <w:p>
      <w:pPr>
        <w:bidi/>
        <w:spacing w:before="160" w:after="60"/>
      </w:pPr>
      <w:r>
        <w:rPr>
          <w:b/>
          <w:bCs/>
          <w:sz w:val="26"/>
          <w:szCs w:val="26"/>
          <w:rtl/>
        </w:rPr>
        <w:t>7. לְפִי הַקֶּטַע «יוֹם שׁוּק בָּעִיר», הַשְׁלִימוּ.</w:t>
      </w:r>
    </w:p>
    <w:p>
      <w:pPr>
        <w:bidi/>
        <w:spacing w:before="0" w:after="60"/>
      </w:pPr>
      <w:r>
        <w:rPr>
          <w:rtl/>
        </w:rPr>
        <w:t>א. הַשּׁוּק נִפְתַּח בְּכָל יוֹם __________.</w:t>
      </w:r>
    </w:p>
    <w:p>
      <w:pPr>
        <w:bidi/>
        <w:spacing w:before="0" w:after="60"/>
      </w:pPr>
      <w:r>
        <w:rPr>
          <w:rtl/>
        </w:rPr>
        <w:t>ב. לַשּׁוּק מַגִּיעִים חַקְלָאִים מֵהַמּוֹשָׁבִים וּמָה__________ שֶׁבַּסְּבִיבָה.</w:t>
      </w:r>
    </w:p>
    <w:p>
      <w:pPr>
        <w:bidi/>
        <w:spacing w:before="0" w:after="60"/>
      </w:pPr>
      <w:r>
        <w:rPr>
          <w:rtl/>
        </w:rPr>
        <w:t>ג. מִיכַל קוֹנָה __________ מֵאִישׁ מְבֻגָּר מִכְּפַר עֲרָבִי סָמוּךְ.</w:t>
      </w:r>
    </w:p>
    <w:p>
      <w:pPr>
        <w:bidi/>
        <w:spacing w:before="160" w:after="60"/>
      </w:pPr>
      <w:r>
        <w:rPr>
          <w:b/>
          <w:bCs/>
          <w:sz w:val="26"/>
          <w:szCs w:val="26"/>
          <w:rtl/>
        </w:rPr>
        <w:t>8. לְפִי הַקֶּטַע, מָה הִתְכַּוְּנָה אִמָּא שֶׁל מִיכַל כְּשֶׁאָמְרָה שֶׁ«הַשּׁוּק מְחַבֵּר בֵּין כָּל הַיִּשּׁוּבִים שֶׁל הָאֵזוֹר»?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כִּתְבוּ לְיַד כָּל מִשְׁפָּט: עִיר אוֹ יִשּׁוּב כַּפְרִי.</w:t>
      </w:r>
    </w:p>
    <w:p>
      <w:pPr>
        <w:bidi/>
        <w:spacing w:before="0" w:after="100"/>
      </w:pPr>
      <w:r>
        <w:rPr>
          <w:rtl/>
        </w:rPr>
        <w:t>א. «מֵהַחַלּוֹן אֲנִי רוֹאֶה רֶפֶת וּשְׂדוֹת תִּירָס.»</w:t>
      </w:r>
    </w:p>
    <w:p>
      <w:pPr>
        <w:bidi/>
        <w:spacing w:before="0" w:after="100"/>
      </w:pPr>
      <w:r>
        <w:rPr>
          <w:rtl/>
        </w:rPr>
        <w:t>ב. «בַּדֶּרֶךְ לְבֵית הַסֵּפֶר אֲנִי עוֹבֵר שְׁלוֹשָׁה רַמְזוֹרִים וְתַחֲנַת רַכֶּבֶת.»</w:t>
      </w:r>
    </w:p>
    <w:p>
      <w:pPr>
        <w:bidi/>
        <w:spacing w:before="0" w:after="100"/>
      </w:pPr>
      <w:r>
        <w:rPr>
          <w:rtl/>
        </w:rPr>
        <w:t>ג. «בַּיִּשּׁוּב שֶׁלָּנוּ יֵשׁ רַק מַכֹּלֶת אַחַת וְגַן יְלָדִים.»</w:t>
      </w:r>
    </w:p>
    <w:p>
      <w:pPr>
        <w:bidi/>
        <w:spacing w:before="0" w:after="100"/>
      </w:pPr>
      <w:r>
        <w:rPr>
          <w:rtl/>
        </w:rPr>
        <w:t>ד. «יֵשׁ לָנוּ שְׁלוֹשָׁה קַנְיוֹנִים וּבֵית חוֹלִים גָּדוֹל.»</w:t>
      </w:r>
    </w:p>
    <w:p>
      <w:pPr>
        <w:bidi/>
        <w:spacing w:before="160" w:after="60"/>
      </w:pPr>
      <w:r>
        <w:rPr>
          <w:b/>
          <w:bCs/>
          <w:sz w:val="26"/>
          <w:szCs w:val="26"/>
          <w:rtl/>
        </w:rPr>
        <w:t>10. שַׂרְטְטוּ מַפָּה שֶׁל הַיִּשּׁוּב שֶׁלָּכֶם וְשֶׁל שְׁנֵי יִשּׁוּבִים קְרוֹבִים אֵלָיו. סַמְּנוּ כְּבִישׁ שֶׁמְּחַבֵּר בֵּינֵיהֶם, וְהוֹסִיפוּ מִקְרָא וְחֵץ צָפוֹן.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11. הַסְבִּירוּ מַדּוּעַ טוֹב שֶׁבַּמְּדִינָה אַחַת חַיּוֹת קְבוּצוֹת שׁוֹנוֹת שֶׁמַּכִּירוֹת זוֹ אֶת זוֹ.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כִּתְבוּ עַל יִשּׁוּב אַחֵר שֶׁבִּקַּרְתֶּם בּוֹ: מָה שְׁמוֹ? אֵיזֶה סוּג יִשּׁוּב הוּא? מֶה הָיָה בּוֹ שׁוֹנֶה מֵהַיִּשּׁוּב שֶׁלָּכֶם?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מִשְׁפָּחָה עוֹבֶרֶת מֵהָעִיר לַמּוֹשָׁב. כִּתְבוּ שְׁנֵי דְּבָרִים שֶׁיִּשְׁתַּנּוּ בְּחַיֵּי הַיְּלָדִים בַּמִּשְׁפָּחָה, וְנַמְּקוּ כָּל אֶחָד.</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0D7A7C"/>
          <w:sz w:val="26"/>
          <w:szCs w:val="26"/>
          <w:rtl/>
        </w:rPr>
        <w:t>14. גִּזְרוּ אֶת הַכַּרְטִיסִים, וְהַדְבִּיקוּ לְיַד כָּל תֵּאוּר אֶת סוּג הַיִּשּׁוּב. (גִּזְרוּ מֵעַמּוּד 51)</w:t>
      </w:r>
    </w:p>
    <w:tbl>
      <w:tblPr>
        <w:tblW w:type="auto" w:w="0"/>
        <w:tblLook w:firstColumn="1" w:firstRow="1" w:lastColumn="0" w:lastRow="0" w:noHBand="0" w:noVBand="1" w:val="04A0"/>
        <w:bidiVisual/>
        <w:tblLayout w:type="fixed"/>
      </w:tblPr>
      <w:tblGrid>
        <w:gridCol w:w="3326"/>
        <w:gridCol w:w="3326"/>
        <w:gridCol w:w="3326"/>
      </w:tblGrid>
      <w:tr>
        <w:trPr>
          <w:trHeight w:val="1304" w:hRule="exact"/>
        </w:trPr>
        <w:tc>
          <w:tcPr>
            <w:tcW w:type="dxa" w:w="510"/>
            <w:vAlign w:val="center"/>
          </w:tcPr>
          <w:p>
            <w:pPr>
              <w:bidi/>
              <w:spacing w:before="0" w:after="0"/>
            </w:pPr>
            <w:r>
              <w:rPr>
                <w:b/>
                <w:bCs/>
                <w:sz w:val="25"/>
                <w:szCs w:val="25"/>
                <w:rtl/>
              </w:rPr>
              <w:t>1.</w:t>
            </w:r>
          </w:p>
        </w:tc>
        <w:tc>
          <w:tcPr>
            <w:tcW w:type="dxa" w:w="7257"/>
            <w:vAlign w:val="center"/>
          </w:tcPr>
          <w:p>
            <w:pPr>
              <w:bidi/>
              <w:spacing w:before="0" w:after="0"/>
            </w:pPr>
            <w:r>
              <w:rPr>
                <w:sz w:val="25"/>
                <w:szCs w:val="25"/>
                <w:rtl/>
              </w:rPr>
              <w:t>יִשּׁוּב גָּדוֹל מְאוֹד, עִם בִּנְיָנִים גְּבוֹהִים וְהַרְבֵּה שֵׁרוּתִים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2.</w:t>
            </w:r>
          </w:p>
        </w:tc>
        <w:tc>
          <w:tcPr>
            <w:tcW w:type="dxa" w:w="7257"/>
            <w:vAlign w:val="center"/>
          </w:tcPr>
          <w:p>
            <w:pPr>
              <w:bidi/>
              <w:spacing w:before="0" w:after="0"/>
            </w:pPr>
            <w:r>
              <w:rPr>
                <w:sz w:val="25"/>
                <w:szCs w:val="25"/>
                <w:rtl/>
              </w:rPr>
              <w:t>לְכָל מִשְׁפָּחָה מֶשֶׁק חַקְלָאִי מִשֶּׁלָּהּ</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3.</w:t>
            </w:r>
          </w:p>
        </w:tc>
        <w:tc>
          <w:tcPr>
            <w:tcW w:type="dxa" w:w="7257"/>
            <w:vAlign w:val="center"/>
          </w:tcPr>
          <w:p>
            <w:pPr>
              <w:bidi/>
              <w:spacing w:before="0" w:after="0"/>
            </w:pPr>
            <w:r>
              <w:rPr>
                <w:sz w:val="25"/>
                <w:szCs w:val="25"/>
                <w:rtl/>
              </w:rPr>
              <w:t>הַחֲבֵרִים חַיִּים וְעוֹבְדִים יַחַד וּמַחֲלִיטִים יַחַד</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04" w:hRule="exact"/>
        </w:trPr>
        <w:tc>
          <w:tcPr>
            <w:tcW w:type="dxa" w:w="510"/>
            <w:vAlign w:val="center"/>
          </w:tcPr>
          <w:p>
            <w:pPr>
              <w:bidi/>
              <w:spacing w:before="0" w:after="0"/>
            </w:pPr>
            <w:r>
              <w:rPr>
                <w:b/>
                <w:bCs/>
                <w:sz w:val="25"/>
                <w:szCs w:val="25"/>
                <w:rtl/>
              </w:rPr>
              <w:t>4.</w:t>
            </w:r>
          </w:p>
        </w:tc>
        <w:tc>
          <w:tcPr>
            <w:tcW w:type="dxa" w:w="7257"/>
            <w:vAlign w:val="center"/>
          </w:tcPr>
          <w:p>
            <w:pPr>
              <w:bidi/>
              <w:spacing w:before="0" w:after="0"/>
            </w:pPr>
            <w:r>
              <w:rPr>
                <w:sz w:val="25"/>
                <w:szCs w:val="25"/>
                <w:rtl/>
              </w:rPr>
              <w:t>יִשּׁוּב קָטָן, לָרֹב שֶׁל עֲרָבִים, דְּרוּזִים אוֹ בֵּדוּאִים</w:t>
            </w:r>
          </w:p>
        </w:tc>
        <w:tc>
          <w:tcPr>
            <w:tcW w:type="dxa" w:w="2098"/>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bl>
    <w:p>
      <w:pPr>
        <w:bidi/>
        <w:spacing w:before="0" w:after="40"/>
      </w:pPr>
    </w:p>
    <w:p>
      <w:pPr>
        <w:bidi/>
        <w:spacing w:before="160" w:after="60"/>
      </w:pPr>
      <w:r>
        <w:rPr>
          <w:b/>
          <w:bCs/>
          <w:color w:val="0D7A7C"/>
          <w:sz w:val="26"/>
          <w:szCs w:val="26"/>
          <w:rtl/>
        </w:rPr>
        <w:t>15. מִתְחוּ קַו מִכָּל קֶשֶׁר בֵּין יִשּׁוּבִים אֶל הַדֻּגְמָה שֶׁלּוֹ.</w:t>
      </w:r>
    </w:p>
    <w:tbl>
      <w:tblPr>
        <w:tblW w:type="auto" w:w="0"/>
        <w:tblLook w:firstColumn="1" w:firstRow="1" w:lastColumn="0" w:lastRow="0" w:noHBand="0" w:noVBand="1" w:val="04A0"/>
        <w:bidiVisual/>
        <w:tblLayout w:type="fixed"/>
      </w:tblPr>
      <w:tblGrid>
        <w:gridCol w:w="1996"/>
        <w:gridCol w:w="1996"/>
        <w:gridCol w:w="1996"/>
        <w:gridCol w:w="1996"/>
        <w:gridCol w:w="1996"/>
      </w:tblGrid>
      <w:tr>
        <w:tc>
          <w:tcPr>
            <w:tcW w:type="dxa" w:w="3515"/>
            <w:vAlign w:val="center"/>
          </w:tcPr>
          <w:p>
            <w:pPr>
              <w:bidi/>
              <w:spacing w:before="80" w:after="80"/>
            </w:pPr>
            <w:r>
              <w:rPr>
                <w:sz w:val="25"/>
                <w:szCs w:val="25"/>
                <w:rtl/>
              </w:rPr>
              <w:t>1. קֶשֶׁר שֶׁל עֲבוֹדָה</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א. קוֹנִים בְּקַנְיוֹן בְּיִשּׁוּב אַחֵר</w:t>
            </w:r>
          </w:p>
        </w:tc>
      </w:tr>
      <w:tr>
        <w:tc>
          <w:tcPr>
            <w:tcW w:type="dxa" w:w="3515"/>
            <w:vAlign w:val="center"/>
          </w:tcPr>
          <w:p>
            <w:pPr>
              <w:bidi/>
              <w:spacing w:before="80" w:after="80"/>
            </w:pPr>
            <w:r>
              <w:rPr>
                <w:sz w:val="25"/>
                <w:szCs w:val="25"/>
                <w:rtl/>
              </w:rPr>
              <w:t>2. קֶשֶׁר שֶׁל לִמּוּדִים</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ב. תַּלְמִידִים לוֹמְדִים בְּבֵית סֵפֶר אֲזוֹרִי</w:t>
            </w:r>
          </w:p>
        </w:tc>
      </w:tr>
      <w:tr>
        <w:tc>
          <w:tcPr>
            <w:tcW w:type="dxa" w:w="3515"/>
            <w:vAlign w:val="center"/>
          </w:tcPr>
          <w:p>
            <w:pPr>
              <w:bidi/>
              <w:spacing w:before="80" w:after="80"/>
            </w:pPr>
            <w:r>
              <w:rPr>
                <w:sz w:val="25"/>
                <w:szCs w:val="25"/>
                <w:rtl/>
              </w:rPr>
              <w:t>3. קֶשֶׁר שֶׁל קְנִיּוֹת</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ג. נוֹסְעִים לַעֲבֹד בָּעִיר הַקְּרוֹבָה</w:t>
            </w:r>
          </w:p>
        </w:tc>
      </w:tr>
      <w:tr>
        <w:tc>
          <w:tcPr>
            <w:tcW w:type="dxa" w:w="3515"/>
            <w:vAlign w:val="center"/>
          </w:tcPr>
          <w:p>
            <w:pPr>
              <w:bidi/>
              <w:spacing w:before="80" w:after="80"/>
            </w:pPr>
            <w:r>
              <w:rPr>
                <w:sz w:val="25"/>
                <w:szCs w:val="25"/>
                <w:rtl/>
              </w:rPr>
              <w:t>4. קֶשֶׁר שֶׁל בְּרִיאוּת</w:t>
            </w:r>
          </w:p>
        </w:tc>
        <w:tc>
          <w:tcPr>
            <w:tcW w:type="dxa" w:w="397"/>
            <w:vAlign w:val="center"/>
          </w:tcPr>
          <w:p>
            <w:pPr>
              <w:bidi/>
              <w:spacing w:before="80" w:after="80"/>
            </w:pPr>
            <w:r>
              <w:rPr>
                <w:sz w:val="26"/>
                <w:szCs w:val="26"/>
                <w:rtl/>
              </w:rPr>
              <w:t>●</w:t>
            </w:r>
          </w:p>
        </w:tc>
        <w:tc>
          <w:tcPr>
            <w:tcW w:type="dxa" w:w="2041"/>
            <w:vAlign w:val="center"/>
          </w:tcPr>
          <w:p>
            <w:pPr>
              <w:bidi/>
              <w:spacing w:before="80" w:after="80"/>
            </w:pPr>
          </w:p>
        </w:tc>
        <w:tc>
          <w:tcPr>
            <w:tcW w:type="dxa" w:w="397"/>
            <w:vAlign w:val="center"/>
          </w:tcPr>
          <w:p>
            <w:pPr>
              <w:bidi/>
              <w:spacing w:before="80" w:after="80"/>
            </w:pPr>
            <w:r>
              <w:rPr>
                <w:sz w:val="26"/>
                <w:szCs w:val="26"/>
                <w:rtl/>
              </w:rPr>
              <w:t>●</w:t>
            </w:r>
          </w:p>
        </w:tc>
        <w:tc>
          <w:tcPr>
            <w:tcW w:type="dxa" w:w="3515"/>
            <w:vAlign w:val="center"/>
          </w:tcPr>
          <w:p>
            <w:pPr>
              <w:bidi/>
              <w:spacing w:before="80" w:after="80"/>
            </w:pPr>
            <w:r>
              <w:rPr>
                <w:sz w:val="25"/>
                <w:szCs w:val="25"/>
                <w:rtl/>
              </w:rPr>
              <w:t>ד. הוֹלְכִים לְבֵית חוֹלִים בָּעִיר</w:t>
            </w:r>
          </w:p>
        </w:tc>
      </w:tr>
    </w:tbl>
    <w:p>
      <w:pPr>
        <w:bidi/>
        <w:spacing w:before="0" w:after="40"/>
      </w:pPr>
    </w:p>
    <w:p>
      <w:pPr>
        <w:bidi/>
        <w:spacing w:before="0" w:after="80"/>
      </w:pPr>
      <w:r>
        <w:br w:type="page"/>
      </w:r>
    </w:p>
    <w:p>
      <w:pPr>
        <w:bidi/>
        <w:spacing w:before="0" w:after="120"/>
      </w:pPr>
      <w:r>
        <w:rPr>
          <w:rFonts w:ascii="Tahoma" w:hAnsi="Tahoma" w:cs="Tahoma"/>
          <w:b/>
          <w:bCs/>
          <w:color w:val="0D7A7C"/>
          <w:sz w:val="44"/>
          <w:szCs w:val="44"/>
          <w:rtl/>
        </w:rPr>
        <w:t>חֲזָרָה – מָה לָמַדְנוּ?</w:t>
      </w:r>
    </w:p>
    <w:p>
      <w:pPr>
        <w:bidi/>
        <w:spacing w:before="160" w:after="60"/>
      </w:pPr>
      <w:r>
        <w:rPr>
          <w:b/>
          <w:bCs/>
          <w:sz w:val="26"/>
          <w:szCs w:val="26"/>
          <w:rtl/>
        </w:rPr>
        <w:t>1. הַשְׁלִימוּ.</w:t>
      </w:r>
    </w:p>
    <w:p>
      <w:pPr>
        <w:bidi/>
        <w:spacing w:before="0" w:after="60"/>
      </w:pPr>
      <w:r>
        <w:rPr>
          <w:rtl/>
        </w:rPr>
        <w:t>א. בְּרֹב הַמַּפּוֹת הַצָּפוֹן נִמְצָא __________.</w:t>
      </w:r>
    </w:p>
    <w:p>
      <w:pPr>
        <w:bidi/>
        <w:spacing w:before="0" w:after="60"/>
      </w:pPr>
      <w:r>
        <w:rPr>
          <w:rtl/>
        </w:rPr>
        <w:t>ב. שֶׁטַח נָמוּךְ בֵּין הָרִים נִקְרָא __________.</w:t>
      </w:r>
    </w:p>
    <w:p>
      <w:pPr>
        <w:bidi/>
        <w:spacing w:before="0" w:after="60"/>
      </w:pPr>
      <w:r>
        <w:rPr>
          <w:rtl/>
        </w:rPr>
        <w:t>ג. אֵזוֹר עִם מִפְעָלִים הוּא שִׁמּוּשׁ קַרְקַע שֶׁל __________.</w:t>
      </w:r>
    </w:p>
    <w:p>
      <w:pPr>
        <w:bidi/>
        <w:spacing w:before="0" w:after="60"/>
      </w:pPr>
      <w:r>
        <w:rPr>
          <w:rtl/>
        </w:rPr>
        <w:t>ד. הַתַּשְׁלוּם לָרָשׁוּת הַמְּקוֹמִית עַל הַבַּיִת נִקְרָא __________.</w:t>
      </w:r>
    </w:p>
    <w:p>
      <w:pPr>
        <w:bidi/>
        <w:spacing w:before="0" w:after="60"/>
      </w:pPr>
      <w:r>
        <w:rPr>
          <w:rtl/>
        </w:rPr>
        <w:t>ה. בַּקְבּוּק פְּלַסְטִיק זוֹרְקִים לְפַח ה__________.</w:t>
      </w:r>
    </w:p>
    <w:p>
      <w:pPr>
        <w:bidi/>
        <w:spacing w:before="160" w:after="60"/>
      </w:pPr>
      <w:r>
        <w:rPr>
          <w:b/>
          <w:bCs/>
          <w:sz w:val="26"/>
          <w:szCs w:val="26"/>
          <w:rtl/>
        </w:rPr>
        <w:t>2. מַיְּנוּ: תּוֹפָעָה טִבְעִית אוֹ תּוֹפָעָה אֱנוֹשִׁית?</w:t>
      </w:r>
    </w:p>
    <w:p>
      <w:pPr>
        <w:bidi/>
        <w:spacing w:before="0" w:after="80"/>
      </w:pPr>
      <w:r>
        <w:rPr>
          <w:color w:val="0D7A7C"/>
          <w:sz w:val="24"/>
          <w:szCs w:val="24"/>
          <w:rtl/>
        </w:rPr>
        <w:t>הַמִּלִּים: נַחַל  |  קַנְיוֹן  |  גִּבְעָה  |  גֶּשֶׁר  |  מְעָרָה  |  תַּחֲנַת אוֹטוֹבּוּס</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טִבְעִית</w:t>
            </w:r>
          </w:p>
        </w:tc>
        <w:tc>
          <w:tcPr>
            <w:tcW w:type="dxa" w:w="4989"/>
            <w:shd w:val="clear" w:color="auto" w:fill="0d7a7c"/>
          </w:tcPr>
          <w:p>
            <w:pPr>
              <w:bidi/>
              <w:spacing w:before="0" w:after="40"/>
            </w:pPr>
            <w:r>
              <w:rPr>
                <w:b/>
                <w:bCs/>
                <w:color w:val="FFFFFF"/>
                <w:rtl/>
              </w:rPr>
              <w:t>אֱנוֹשִׁית</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3. הַתְאִימוּ כָּל מֻשָּׂג לַהֶסְבֵּר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d7a7c"/>
          </w:tcPr>
          <w:p>
            <w:pPr>
              <w:bidi/>
              <w:spacing w:before="0" w:after="40"/>
            </w:pPr>
            <w:r>
              <w:rPr>
                <w:b/>
                <w:bCs/>
                <w:color w:val="FFFFFF"/>
                <w:rtl/>
              </w:rPr>
              <w:t>טוּר א</w:t>
            </w:r>
          </w:p>
        </w:tc>
        <w:tc>
          <w:tcPr>
            <w:tcW w:type="dxa" w:w="4989"/>
            <w:shd w:val="clear" w:color="auto" w:fill="0d7a7c"/>
          </w:tcPr>
          <w:p>
            <w:pPr>
              <w:bidi/>
              <w:spacing w:before="0" w:after="40"/>
            </w:pPr>
            <w:r>
              <w:rPr>
                <w:b/>
                <w:bCs/>
                <w:color w:val="FFFFFF"/>
                <w:rtl/>
              </w:rPr>
              <w:t>טוּר ב</w:t>
            </w:r>
          </w:p>
        </w:tc>
      </w:tr>
      <w:tr>
        <w:tc>
          <w:tcPr>
            <w:tcW w:type="dxa" w:w="4989"/>
          </w:tcPr>
          <w:p>
            <w:pPr>
              <w:bidi/>
              <w:spacing w:before="0" w:after="40"/>
            </w:pPr>
            <w:r>
              <w:rPr>
                <w:rtl/>
              </w:rPr>
              <w:t>1. מִקְרָא</w:t>
            </w:r>
          </w:p>
        </w:tc>
        <w:tc>
          <w:tcPr>
            <w:tcW w:type="dxa" w:w="4989"/>
          </w:tcPr>
          <w:p>
            <w:pPr>
              <w:bidi/>
              <w:spacing w:before="0" w:after="40"/>
            </w:pPr>
            <w:r>
              <w:rPr>
                <w:rtl/>
              </w:rPr>
              <w:t>[   ] כָּל אָדָם יָכוֹל לְהַגִּיעַ וּלְהִשְׁתַּמֵּשׁ</w:t>
            </w:r>
          </w:p>
        </w:tc>
      </w:tr>
      <w:tr>
        <w:tc>
          <w:tcPr>
            <w:tcW w:type="dxa" w:w="4989"/>
          </w:tcPr>
          <w:p>
            <w:pPr>
              <w:bidi/>
              <w:spacing w:before="0" w:after="40"/>
            </w:pPr>
            <w:r>
              <w:rPr>
                <w:rtl/>
              </w:rPr>
              <w:t>2. שִׁמּוּר</w:t>
            </w:r>
          </w:p>
        </w:tc>
        <w:tc>
          <w:tcPr>
            <w:tcW w:type="dxa" w:w="4989"/>
          </w:tcPr>
          <w:p>
            <w:pPr>
              <w:bidi/>
              <w:spacing w:before="0" w:after="40"/>
            </w:pPr>
            <w:r>
              <w:rPr>
                <w:rtl/>
              </w:rPr>
              <w:t>[   ] שִׁמּוּשׁ חָכָם בַּמַּשְׁאַבִּים</w:t>
            </w:r>
          </w:p>
        </w:tc>
      </w:tr>
      <w:tr>
        <w:tc>
          <w:tcPr>
            <w:tcW w:type="dxa" w:w="4989"/>
          </w:tcPr>
          <w:p>
            <w:pPr>
              <w:bidi/>
              <w:spacing w:before="0" w:after="40"/>
            </w:pPr>
            <w:r>
              <w:rPr>
                <w:rtl/>
              </w:rPr>
              <w:t>3. נְגִישׁוּת</w:t>
            </w:r>
          </w:p>
        </w:tc>
        <w:tc>
          <w:tcPr>
            <w:tcW w:type="dxa" w:w="4989"/>
          </w:tcPr>
          <w:p>
            <w:pPr>
              <w:bidi/>
              <w:spacing w:before="0" w:after="40"/>
            </w:pPr>
            <w:r>
              <w:rPr>
                <w:rtl/>
              </w:rPr>
              <w:t>[   ] לְכָל מִשְׁפָּחָה מֶשֶׁק מִשֶּׁלָּהּ</w:t>
            </w:r>
          </w:p>
        </w:tc>
      </w:tr>
      <w:tr>
        <w:tc>
          <w:tcPr>
            <w:tcW w:type="dxa" w:w="4989"/>
          </w:tcPr>
          <w:p>
            <w:pPr>
              <w:bidi/>
              <w:spacing w:before="0" w:after="40"/>
            </w:pPr>
            <w:r>
              <w:rPr>
                <w:rtl/>
              </w:rPr>
              <w:t>4. קַיָּמוֹת</w:t>
            </w:r>
          </w:p>
        </w:tc>
        <w:tc>
          <w:tcPr>
            <w:tcW w:type="dxa" w:w="4989"/>
          </w:tcPr>
          <w:p>
            <w:pPr>
              <w:bidi/>
              <w:spacing w:before="0" w:after="40"/>
            </w:pPr>
            <w:r>
              <w:rPr>
                <w:rtl/>
              </w:rPr>
              <w:t>[   ] שְׁמִירָה עַל מָקוֹם חָשׁוּב</w:t>
            </w:r>
          </w:p>
        </w:tc>
      </w:tr>
      <w:tr>
        <w:tc>
          <w:tcPr>
            <w:tcW w:type="dxa" w:w="4989"/>
          </w:tcPr>
          <w:p>
            <w:pPr>
              <w:bidi/>
              <w:spacing w:before="0" w:after="40"/>
            </w:pPr>
            <w:r>
              <w:rPr>
                <w:rtl/>
              </w:rPr>
              <w:t>5. מוֹשָׁב</w:t>
            </w:r>
          </w:p>
        </w:tc>
        <w:tc>
          <w:tcPr>
            <w:tcW w:type="dxa" w:w="4989"/>
          </w:tcPr>
          <w:p>
            <w:pPr>
              <w:bidi/>
              <w:spacing w:before="0" w:after="40"/>
            </w:pPr>
            <w:r>
              <w:rPr>
                <w:rtl/>
              </w:rPr>
              <w:t>[   ] מַסְבִּיר אֶת הַסְּמָלִים בַּמַּפָּה</w:t>
            </w:r>
          </w:p>
        </w:tc>
      </w:tr>
    </w:tbl>
    <w:p>
      <w:pPr>
        <w:bidi/>
        <w:spacing w:before="0" w:after="40"/>
      </w:pPr>
    </w:p>
    <w:p>
      <w:pPr>
        <w:bidi/>
        <w:spacing w:before="160" w:after="60"/>
      </w:pPr>
      <w:r>
        <w:rPr>
          <w:b/>
          <w:bCs/>
          <w:sz w:val="26"/>
          <w:szCs w:val="26"/>
          <w:rtl/>
        </w:rPr>
        <w:t>4.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0d7a7c"/>
          </w:tcPr>
          <w:p>
            <w:pPr>
              <w:bidi/>
              <w:spacing w:before="0" w:after="40"/>
            </w:pPr>
            <w:r>
              <w:rPr>
                <w:b/>
                <w:bCs/>
                <w:color w:val="FFFFFF"/>
                <w:rtl/>
              </w:rPr>
              <w:t>מִשְׁפָּט</w:t>
            </w:r>
          </w:p>
        </w:tc>
        <w:tc>
          <w:tcPr>
            <w:tcW w:type="dxa" w:w="2494"/>
            <w:shd w:val="clear" w:color="auto" w:fill="0d7a7c"/>
          </w:tcPr>
          <w:p>
            <w:pPr>
              <w:bidi/>
              <w:spacing w:before="0" w:after="40"/>
            </w:pPr>
            <w:r>
              <w:rPr>
                <w:b/>
                <w:bCs/>
                <w:color w:val="FFFFFF"/>
                <w:rtl/>
              </w:rPr>
              <w:t>נָכוֹן</w:t>
            </w:r>
          </w:p>
        </w:tc>
        <w:tc>
          <w:tcPr>
            <w:tcW w:type="dxa" w:w="2494"/>
            <w:shd w:val="clear" w:color="auto" w:fill="0d7a7c"/>
          </w:tcPr>
          <w:p>
            <w:pPr>
              <w:bidi/>
              <w:spacing w:before="0" w:after="40"/>
            </w:pPr>
            <w:r>
              <w:rPr>
                <w:b/>
                <w:bCs/>
                <w:color w:val="FFFFFF"/>
                <w:rtl/>
              </w:rPr>
              <w:t>לֹא נָכוֹן</w:t>
            </w:r>
          </w:p>
        </w:tc>
        <w:tc>
          <w:tcPr>
            <w:tcW w:type="dxa" w:w="2494"/>
            <w:shd w:val="clear" w:color="auto" w:fill="0d7a7c"/>
          </w:tcPr>
          <w:p>
            <w:pPr>
              <w:bidi/>
              <w:spacing w:before="0" w:after="40"/>
            </w:pPr>
            <w:r>
              <w:rPr>
                <w:b/>
                <w:bCs/>
                <w:color w:val="FFFFFF"/>
                <w:rtl/>
              </w:rPr>
              <w:t>תִּקּוּן</w:t>
            </w:r>
          </w:p>
        </w:tc>
      </w:tr>
      <w:tr>
        <w:tc>
          <w:tcPr>
            <w:tcW w:type="dxa" w:w="2494"/>
          </w:tcPr>
          <w:p>
            <w:pPr>
              <w:bidi/>
              <w:spacing w:before="0" w:after="40"/>
            </w:pPr>
            <w:r>
              <w:rPr>
                <w:rtl/>
              </w:rPr>
              <w:t>א. הַשֶּׁמֶשׁ זוֹרַחַת בַּמַּעֲרָב.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בְּנַחַל אַכְזָב זוֹרְמִים מַיִם רַק אַחֲרֵי גְּשָׁמִים.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עֲבוֹדוֹת בַּכְּבִישׁ לְשָׁבוּעַ הֵן שִׁנּוּי לִטְוָח אָרֹךְ.</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בְּחֵיפָה וּבְעַכּוֹ גָּרִים יַחַד יְהוּדִים וַעֲרָבִים.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בַּחֲרוּ אֶת הַתְּשׁוּבָה הַנְּכוֹנָה.</w:t>
      </w:r>
    </w:p>
    <w:p>
      <w:pPr>
        <w:bidi/>
        <w:spacing w:before="0" w:after="20"/>
      </w:pPr>
      <w:r>
        <w:rPr>
          <w:rtl/>
        </w:rPr>
        <w:t>א. אֵיפֹה כְּדַאי לִבְנוֹת מִפְעָל חָדָשׁ?</w:t>
      </w:r>
    </w:p>
    <w:p>
      <w:pPr>
        <w:bidi/>
        <w:spacing w:before="0" w:after="80"/>
      </w:pPr>
      <w:r>
        <w:rPr>
          <w:rtl/>
        </w:rPr>
        <w:t xml:space="preserve">   ○ לְיַד גַּן הַיְּלָדִים      ○ בִּקְצֵה הָעִיר, לְיַד כְּבִישׁ רָאשִׁי      ○ בְּאֶמְצַע הַפַּארְק</w:t>
      </w:r>
    </w:p>
    <w:p>
      <w:pPr>
        <w:bidi/>
        <w:spacing w:before="0" w:after="20"/>
      </w:pPr>
      <w:r>
        <w:rPr>
          <w:rtl/>
        </w:rPr>
        <w:t>ב. מָה עוֹזֵר לְאָדָם בְּכִסֵּא גַּלְגַּלִּים לְהִכָּנֵס לַבִּנְיָן?</w:t>
      </w:r>
    </w:p>
    <w:p>
      <w:pPr>
        <w:bidi/>
        <w:spacing w:before="0" w:after="80"/>
      </w:pPr>
      <w:r>
        <w:rPr>
          <w:rtl/>
        </w:rPr>
        <w:t xml:space="preserve">   ○ רַמְפָּה      ○ מַדְרֵגוֹת      ○ פֶּסֶל בַּכְּנִיסָה</w:t>
      </w:r>
    </w:p>
    <w:p>
      <w:pPr>
        <w:bidi/>
        <w:spacing w:before="160" w:after="60"/>
      </w:pPr>
      <w:r>
        <w:rPr>
          <w:b/>
          <w:bCs/>
          <w:sz w:val="26"/>
          <w:szCs w:val="26"/>
          <w:rtl/>
        </w:rPr>
        <w:t>6. כִּתְבוּ שְׁלוֹשָׁה מִשְׁפָּטִים עַל הַיִּשּׁוּב שֶׁלָּכֶם: אֵיזֶה סוּג יִשּׁוּב הוּא, אֵיזוֹ תּוֹפָעָה טִבְעִית יֵשׁ בּוֹ אוֹ לְיָדוֹ, וְאֵיזֶה מִבְנֵה צִבּוּר חָשׁוּב יֵשׁ בּוֹ.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480" w:after="80"/>
      </w:pPr>
      <w:r>
        <w:rPr>
          <w:rFonts w:ascii="Tahoma" w:hAnsi="Tahoma" w:cs="Tahoma"/>
          <w:b/>
          <w:bCs/>
          <w:color w:val="0D7A7C"/>
          <w:sz w:val="60"/>
          <w:szCs w:val="60"/>
          <w:rtl/>
        </w:rPr>
        <w:t>כָּל הַכָּבוֹד!</w:t>
      </w:r>
    </w:p>
    <w:p>
      <w:pPr>
        <w:bidi/>
        <w:spacing w:before="0" w:after="80"/>
      </w:pPr>
      <w:r>
        <w:rPr>
          <w:sz w:val="32"/>
          <w:szCs w:val="32"/>
          <w:rtl/>
        </w:rPr>
        <w:t>סִיַּמְתִּי אֶת חוֹבֶרֶת הָעֲבוֹדָה בְּמוֹלֶדֶת, חֶבְרָה וְאֶזְרָחוּת לְכִתָּה ג'.</w:t>
      </w:r>
    </w:p>
    <w:p>
      <w:pPr>
        <w:bidi/>
        <w:spacing w:before="0" w:after="80"/>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pPr>
            <w:r>
              <w:rPr>
                <w:b/>
                <w:bCs/>
                <w:color w:val="FFFFFF"/>
                <w:sz w:val="34"/>
                <w:szCs w:val="34"/>
                <w:rtl/>
              </w:rPr>
              <w:t>✂ דַּף גְּזִירָה</w:t>
            </w:r>
          </w:p>
        </w:tc>
      </w:tr>
    </w:tbl>
    <w:p>
      <w:pPr>
        <w:bidi/>
        <w:spacing w:before="0" w:after="40"/>
      </w:pPr>
    </w:p>
    <w:p>
      <w:pPr>
        <w:bidi/>
        <w:spacing w:before="200" w:after="40"/>
      </w:pPr>
      <w:r>
        <w:rPr>
          <w:b/>
          <w:bCs/>
          <w:color w:val="0D7A7C"/>
          <w:sz w:val="27"/>
          <w:szCs w:val="27"/>
          <w:rtl/>
        </w:rPr>
        <w:t>פֶּרֶק 1: הַמַּפָּה שֶׁל הַסְּבִיבָה שֶׁלִּי: כִּוּוּנֵי רוּחַ, סְמָלִים, מִקְרָא וְתַצְלוּם אֲוִיר</w:t>
      </w:r>
    </w:p>
    <w:p>
      <w:pPr>
        <w:bidi/>
        <w:spacing w:before="120" w:after="60"/>
      </w:pPr>
      <w:r>
        <w:rPr>
          <w:b/>
          <w:bCs/>
          <w:sz w:val="25"/>
          <w:szCs w:val="25"/>
          <w:rtl/>
        </w:rPr>
        <w:t>✂ גִּזְרוּ אֶת הַכַּרְטִיסִים לְאֹרֶךְ הַקַּו הַמְּקֻוְקָו וְהַדְבִּיקוּ בְּעַמּוּד 9, מְשִׂימָה 14.</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tc>
        <w:tc>
          <w:tcPr>
            <w:tcW w:type="dxa" w:w="2466"/>
            <w:vAlign w:val="center"/>
          </w:tcPr>
          <w:p>
            <w:pPr>
              <w:bidi/>
              <w:spacing w:before="0" w:after="0"/>
            </w:pPr>
          </w:p>
        </w:tc>
        <w:tc>
          <w:tcPr>
            <w:tcW w:type="dxa" w:w="2466"/>
            <w:vAlign w:val="center"/>
          </w:tcPr>
          <w:p>
            <w:pPr>
              <w:bidi/>
              <w:spacing w:before="0" w:after="0"/>
            </w:pPr>
          </w:p>
        </w:tc>
        <w:tc>
          <w:tcPr>
            <w:tcW w:type="dxa" w:w="2466"/>
            <w:vAlign w:val="center"/>
          </w:tcPr>
          <w:p>
            <w:pPr>
              <w:bidi/>
              <w:spacing w:before="0" w:after="0"/>
            </w:pPr>
          </w:p>
        </w:tc>
      </w:tr>
    </w:tbl>
    <w:p>
      <w:pPr>
        <w:bidi/>
        <w:spacing w:before="0" w:after="120"/>
      </w:pPr>
    </w:p>
    <w:p>
      <w:pPr>
        <w:bidi/>
        <w:spacing w:before="200" w:after="40"/>
      </w:pPr>
      <w:r>
        <w:rPr>
          <w:b/>
          <w:bCs/>
          <w:color w:val="0D7A7C"/>
          <w:sz w:val="27"/>
          <w:szCs w:val="27"/>
          <w:rtl/>
        </w:rPr>
        <w:t>פֶּרֶק 2: תּוֹפָעוֹת טִבְעִיּוֹת בַּיִּשּׁוּב וּבִסְבִיבָתוֹ: הָרִים וּגְבָעוֹת, מִישׁוֹרִים, עֲמָקִים וּנְחָלִים</w:t>
      </w:r>
    </w:p>
    <w:p>
      <w:pPr>
        <w:bidi/>
        <w:spacing w:before="120" w:after="60"/>
      </w:pPr>
      <w:r>
        <w:rPr>
          <w:b/>
          <w:bCs/>
          <w:sz w:val="25"/>
          <w:szCs w:val="25"/>
          <w:rtl/>
        </w:rPr>
        <w:t>✂ גִּזְרוּ אֶת הַכַּרְטִיסִים לְאֹרֶךְ הַקַּו הַמְּקֻוְקָו וְהַדְבִּיקוּ בְּעַמּוּד 15, מְשִׂימָה 14.</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כְּבִישׁ</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מִדְבָּר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מִפְעָל</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הַר</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גֶּשֶׁר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שְׁכוּנָה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נַחַל</w:t>
            </w:r>
          </w:p>
        </w:tc>
      </w:tr>
    </w:tbl>
    <w:p>
      <w:pPr>
        <w:bidi/>
        <w:spacing w:before="0" w:after="120"/>
      </w:pPr>
    </w:p>
    <w:p>
      <w:pPr>
        <w:bidi/>
        <w:spacing w:before="200" w:after="40"/>
      </w:pPr>
      <w:r>
        <w:rPr>
          <w:b/>
          <w:bCs/>
          <w:color w:val="0D7A7C"/>
          <w:sz w:val="27"/>
          <w:szCs w:val="27"/>
          <w:rtl/>
        </w:rPr>
        <w:t>פֶּרֶק 3: תּוֹפָעוֹת אֱנוֹשִׁיּוֹת וְשִׁמּוּשִׁי קַרְקַע: מְגוּרִים, מִסְחָר, תַּעֲשִׂיָּה, שֵׁרוּתִים וּשְׁטָחִים פְּתוּחִים</w:t>
      </w:r>
    </w:p>
    <w:p>
      <w:pPr>
        <w:bidi/>
        <w:spacing w:before="120" w:after="60"/>
      </w:pPr>
      <w:r>
        <w:rPr>
          <w:b/>
          <w:bCs/>
          <w:sz w:val="25"/>
          <w:szCs w:val="25"/>
          <w:rtl/>
        </w:rPr>
        <w:t>✂ גִּזְרוּ אֶת הַכַּרְטִיסִים לְאֹרֶךְ הַקַּו הַמְּקֻוְקָו וְהַדְבִּיקוּ בְּעַמּוּד 21, מְשִׂימָה 14.</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בַּיִת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סוּפֶּרְמַרְקֶט</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בִּנְיַן דִּירוֹת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קַנְיוֹן</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מוּסָךְ</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פַּארְק</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שָׂדֶה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מִפְעָל</w:t>
            </w:r>
          </w:p>
        </w:tc>
      </w:tr>
    </w:tbl>
    <w:p>
      <w:pPr>
        <w:bidi/>
        <w:spacing w:before="0" w:after="120"/>
      </w:pPr>
    </w:p>
    <w:p>
      <w:pPr>
        <w:bidi/>
        <w:spacing w:before="200" w:after="40"/>
      </w:pPr>
      <w:r>
        <w:rPr>
          <w:b/>
          <w:bCs/>
          <w:color w:val="0D7A7C"/>
          <w:sz w:val="27"/>
          <w:szCs w:val="27"/>
          <w:rtl/>
        </w:rPr>
        <w:t>פֶּרֶק 4: אִרְגּוּן הַמֶּרְחָב בַּיִּשּׁוּב: מִבְנֵי צִבּוּר, שֵׁרוּתֵי הָרָשׁוּת הַמְּקוֹמִית וּנְגִישׁוּת</w:t>
      </w:r>
    </w:p>
    <w:p>
      <w:pPr>
        <w:bidi/>
        <w:spacing w:before="120" w:after="60"/>
      </w:pPr>
      <w:r>
        <w:rPr>
          <w:b/>
          <w:bCs/>
          <w:sz w:val="25"/>
          <w:szCs w:val="25"/>
          <w:rtl/>
        </w:rPr>
        <w:t>✂ גִּזְרוּ אֶת הַכַּרְטִיסִים לְאֹרֶךְ הַקַּו הַמְּקֻוְקָו וְהַדְבִּיקוּ בְּעַמּוּד 28, מְשִׂימָה 14.</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בֵּית סֵפֶר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סִפְרִיָּה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מִרְפָּאָה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דֹּאַר</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מִגְרַשׁ סְפּוֹרְט</w:t>
            </w:r>
          </w:p>
        </w:tc>
        <w:tc>
          <w:tcPr>
            <w:tcW w:type="dxa" w:w="2466"/>
            <w:vAlign w:val="center"/>
          </w:tcPr>
          <w:p>
            <w:pPr>
              <w:bidi/>
              <w:spacing w:before="0" w:after="0"/>
            </w:pPr>
          </w:p>
        </w:tc>
        <w:tc>
          <w:tcPr>
            <w:tcW w:type="dxa" w:w="2466"/>
            <w:vAlign w:val="center"/>
          </w:tcPr>
          <w:p>
            <w:pPr>
              <w:bidi/>
              <w:spacing w:before="0" w:after="0"/>
            </w:pPr>
          </w:p>
        </w:tc>
        <w:tc>
          <w:tcPr>
            <w:tcW w:type="dxa" w:w="2466"/>
            <w:vAlign w:val="center"/>
          </w:tcPr>
          <w:p>
            <w:pPr>
              <w:bidi/>
              <w:spacing w:before="0" w:after="0"/>
            </w:pPr>
          </w:p>
        </w:tc>
      </w:tr>
    </w:tbl>
    <w:p>
      <w:pPr>
        <w:bidi/>
        <w:spacing w:before="0" w:after="120"/>
      </w:pPr>
    </w:p>
    <w:p>
      <w:pPr>
        <w:bidi/>
        <w:spacing w:before="200" w:after="40"/>
      </w:pPr>
      <w:r>
        <w:rPr>
          <w:b/>
          <w:bCs/>
          <w:color w:val="0D7A7C"/>
          <w:sz w:val="27"/>
          <w:szCs w:val="27"/>
          <w:rtl/>
        </w:rPr>
        <w:t>פֶּרֶק 5: שִׁנּוּיִים בַּיִּשּׁוּב וּבַמֶּרְחָב: תִּכְנוּן, פִּתּוּחַ וְשִׁמּוּר</w:t>
      </w:r>
    </w:p>
    <w:p>
      <w:pPr>
        <w:bidi/>
        <w:spacing w:before="120" w:after="60"/>
      </w:pPr>
      <w:r>
        <w:rPr>
          <w:b/>
          <w:bCs/>
          <w:sz w:val="25"/>
          <w:szCs w:val="25"/>
          <w:rtl/>
        </w:rPr>
        <w:t>✂ גִּזְרוּ אֶת הַכַּרְטִיסִים לְאֹרֶךְ הַקַּו הַמְּקֻוְקָו וְהַדְבִּיקוּ בְּעַמּוּד 34, מְשִׂימָה 14.</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שֶׁטַח רֵיק בִּקְצֵה הַיִּשּׁוּב</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מְתַכְנְנִים וּמַחֲלִיטִים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שְׁכוּנָה חֲדָשָׁה מוּכָנָה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בּוֹנִים וּמְפַתְּחִים</w:t>
            </w:r>
          </w:p>
        </w:tc>
      </w:tr>
    </w:tbl>
    <w:p>
      <w:pPr>
        <w:bidi/>
        <w:spacing w:before="0" w:after="120"/>
      </w:pPr>
    </w:p>
    <w:p>
      <w:pPr>
        <w:bidi/>
        <w:spacing w:before="200" w:after="40"/>
      </w:pPr>
      <w:r>
        <w:rPr>
          <w:b/>
          <w:bCs/>
          <w:color w:val="0D7A7C"/>
          <w:sz w:val="27"/>
          <w:szCs w:val="27"/>
          <w:rtl/>
        </w:rPr>
        <w:t>פֶּרֶק 6: צְרִיכָה וְקַיָּמוֹת בַּיִּשּׁוּב: מַיִם, חַשְׁמַל, מִחְזוּר וְתַחְבּוּרָה</w:t>
      </w:r>
    </w:p>
    <w:p>
      <w:pPr>
        <w:bidi/>
        <w:spacing w:before="120" w:after="60"/>
      </w:pPr>
      <w:r>
        <w:rPr>
          <w:b/>
          <w:bCs/>
          <w:sz w:val="25"/>
          <w:szCs w:val="25"/>
          <w:rtl/>
        </w:rPr>
        <w:t>✂ גִּזְרוּ אֶת הַכַּרְטִיסִים לְאֹרֶךְ הַקַּו הַמְּקֻוְקָו וְהַדְבִּיקוּ בְּעַמּוּד 40, מְשִׂימָה 14.</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צִנְצֶנֶת זְכוּכִית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מַחְבֶּרֶת יְשָׁנָה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דַּף נְיָר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עִתּוֹן</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קֻפְסַת שִׁמּוּרִים</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קַרְטוֹן מַשְׁקֶה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בַּקְבּוּק פְּלַסְטִיק</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בַּקְבּוּק זְכוּכִית</w:t>
            </w:r>
          </w:p>
        </w:tc>
      </w:tr>
    </w:tbl>
    <w:p>
      <w:pPr>
        <w:bidi/>
        <w:spacing w:before="0" w:after="120"/>
      </w:pPr>
    </w:p>
    <w:p>
      <w:pPr>
        <w:bidi/>
        <w:spacing w:before="200" w:after="40"/>
      </w:pPr>
      <w:r>
        <w:rPr>
          <w:b/>
          <w:bCs/>
          <w:color w:val="0D7A7C"/>
          <w:sz w:val="27"/>
          <w:szCs w:val="27"/>
          <w:rtl/>
        </w:rPr>
        <w:t>פֶּרֶק 7: סוּגֵי יִשּׁוּבִים וְיִשּׁוּבִים בַּסְּבִיבָה: עִיר, מוֹשָׁב, קִבּוּץ וּכְפָר, וּמִגְוַן הָאֻכְלוּסִיּוֹת</w:t>
      </w:r>
    </w:p>
    <w:p>
      <w:pPr>
        <w:bidi/>
        <w:spacing w:before="120" w:after="60"/>
      </w:pPr>
      <w:r>
        <w:rPr>
          <w:b/>
          <w:bCs/>
          <w:sz w:val="25"/>
          <w:szCs w:val="25"/>
          <w:rtl/>
        </w:rPr>
        <w:t>✂ גִּזְרוּ אֶת הַכַּרְטִיסִים לְאֹרֶךְ הַקַּו הַמְּקֻוְקָו וְהַדְבִּיקוּ בְּעַמּוּד 46, מְשִׂימָה 14.</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מוֹשָׁב</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כְּפָר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עִיר</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קִבּוּץ</w:t>
            </w:r>
          </w:p>
        </w:tc>
      </w:tr>
    </w:tbl>
    <w:p>
      <w:pPr>
        <w:bidi/>
        <w:spacing w:before="0" w:after="120"/>
      </w:pPr>
    </w:p>
    <w:sectPr w:rsidR="00FC693F" w:rsidRPr="0006063C" w:rsidSect="00034616">
      <w:footerReference w:type="default" r:id="rId9"/>
      <w:pgSz w:w="11906" w:h="16838"/>
      <w:pgMar w:top="850" w:right="964" w:bottom="907" w:left="964" w:header="720" w:footer="720" w:gutter="0"/>
      <w:pgBorders w:offsetFrom="page">
        <w:top w:val="single" w:sz="18" w:space="22" w:color="0F8B8D"/>
        <w:left w:val="single" w:sz="18" w:space="22" w:color="0F8B8D"/>
        <w:bottom w:val="single" w:sz="18" w:space="22" w:color="0F8B8D"/>
        <w:right w:val="single" w:sz="18" w:space="22" w:color="0F8B8D"/>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