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למבחן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29883F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</w:pPr>
      <w:r>
        <w:rPr>
          <w:rFonts w:ascii="Aharoni" w:hAnsi="Aharoni" w:cs="Aharoni"/>
          <w:b/>
          <w:bCs/>
          <w:color w:val="29883F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29883F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</w:pPr>
      <w:r>
        <w:rPr>
          <w:rtl/>
        </w:rPr>
        <w:t>א. מאיזה כיוון נכנס נהר הירדן אל הכנרת?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מצפון</w:t>
      </w:r>
    </w:p>
    <w:p>
      <w:pPr>
        <w:bidi/>
        <w:spacing w:before="0" w:after="20"/>
      </w:pPr>
      <w:r>
        <w:rPr>
          <w:rtl/>
        </w:rPr>
        <w:t>ב. באיזו עונה מקבלת הכנרת את רוב המים?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בחורף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(8 נק')</w:t>
      </w:r>
    </w:p>
    <w:p>
      <w:pPr>
        <w:bidi/>
        <w:spacing w:before="0" w:after="40"/>
      </w:pPr>
      <w:r>
        <w:rPr>
          <w:rtl/>
        </w:rPr>
        <w:t>א. הכנרת היא אגם של מים מתוקים.</w:t>
      </w:r>
    </w:p>
    <w:p>
      <w:pPr>
        <w:bidi/>
        <w:spacing w:before="0" w:after="40"/>
      </w:pPr>
      <w:r>
        <w:rPr>
          <w:rtl/>
        </w:rPr>
        <w:t>ב. השלג של החרמון נמס באביב ומזין את הירדן.</w:t>
      </w:r>
    </w:p>
    <w:p>
      <w:pPr>
        <w:bidi/>
        <w:spacing w:before="0" w:after="40"/>
      </w:pPr>
      <w:r>
        <w:rPr>
          <w:rtl/>
        </w:rPr>
        <w:t>ג. המוביל הארצי העביר מים מן הכנרת אל המרכז ואל הדרום.</w:t>
      </w:r>
    </w:p>
    <w:p>
      <w:pPr>
        <w:bidi/>
        <w:spacing w:before="0" w:after="40"/>
      </w:pPr>
      <w:r>
        <w:rPr>
          <w:rtl/>
        </w:rPr>
        <w:t>ד. בקיץ מים רבים מתאדים מן האגם.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 לפי הטקסט? תקנו את הלא נכון.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הכנרת נמצאת בדרום בקעת הירדן.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הכנרת נמצאת בצפון בקעת הירדן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בשנים שחונות מפלס הכנרת יורד.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כיום אין שום מקור מים בישראל מלבד הכנרת.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כיום חלק גדול ממי השתייה מגיע מהתפלה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פרשנות: הסבירו מדוע בשנים שבהן ירד מעט גשם נראו בכנרת חופים רחבים ויבשים.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כשיורד מעט גשם, מעט מים זורמים לכנרת (2 נק'); בקיץ מים מתאדים וממשיכים לשאוב ממנה (3 נק'); לכן המפלס יורד וחלק מן הקרקעית נחשף כחוף יבש (3 נק').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הסקת מסקנות: לפי הטקסט, איך עוזרת ההתפלה לשמור על הכנרת? כתבו גם דרך אחת שבה אתם יכולים לעזור לשמור עליה.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חלק גדול ממי השתייה מגיע מהתפלה, ולכן שואבים פחות מים מן הכנרת והמפלס נשמר (5 נק'); דרך אישית נכונה – לא להשליך פסולת, לשמור על ניקיון החוף, לחסוך במים (3 נק').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29883F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המושג מן המחסן. (8 נק')</w:t>
      </w:r>
    </w:p>
    <w:p>
      <w:pPr>
        <w:bidi/>
        <w:spacing w:before="0" w:after="40"/>
      </w:pPr>
      <w:r>
        <w:rPr>
          <w:rtl/>
        </w:rPr>
        <w:t>א. מפה בלי שמות נקראת מפה אילמת.</w:t>
      </w:r>
    </w:p>
    <w:p>
      <w:pPr>
        <w:bidi/>
        <w:spacing w:before="0" w:after="40"/>
      </w:pPr>
      <w:r>
        <w:rPr>
          <w:rtl/>
        </w:rPr>
        <w:t>ב. הגבעות הנמוכות שממזרח למישור החוף הן השפלה.</w:t>
      </w:r>
    </w:p>
    <w:p>
      <w:pPr>
        <w:bidi/>
        <w:spacing w:before="0" w:after="40"/>
      </w:pPr>
      <w:r>
        <w:rPr>
          <w:rtl/>
        </w:rPr>
        <w:t>ג. מים שנאגרים מתחת לפני הקרקע הם מי תהום.</w:t>
      </w:r>
    </w:p>
    <w:p>
      <w:pPr>
        <w:bidi/>
        <w:spacing w:before="0" w:after="40"/>
      </w:pPr>
      <w:r>
        <w:rPr>
          <w:rtl/>
        </w:rPr>
        <w:t>ד. יישוב כפרי שבו לכל משפחה משק משלה הוא מושב.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ירדן נמצאת ממערב לישראל.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ירדן נמצאת ממזרח לישראל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באקלים ים-תיכוני הקיץ חם ויבש.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מכתש נוצר מהתפרצות של הר געש.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מכתש נוצר כשמים סחפו סלעים רכים במשך זמן רב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הנגב הוא אזור דליל.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המושג להסבר.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מדיני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עמק שחוצה את הארץ ממערב למזרח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עמק רוחב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הוצאת מלח ממי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גבול שנקבע בהסכם בין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נחל איתן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נחל שזורם כל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המקומות לפי הרצועה.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ההר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בקעת הירדן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אביב, אשדוד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הרי 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המלח, הכנרת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</w:pPr>
      <w:r>
        <w:rPr>
          <w:rtl/>
        </w:rPr>
        <w:t>א. איזו מדינה שכנה נמצאת מצפון לישראל?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לבנון</w:t>
      </w:r>
    </w:p>
    <w:p>
      <w:pPr>
        <w:bidi/>
        <w:spacing w:before="0" w:after="20"/>
      </w:pPr>
      <w:r>
        <w:rPr>
          <w:rtl/>
        </w:rPr>
        <w:t>ב. מה מותר לעשות בשמורת טבע?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ללכת בשבילים המסומנים</w:t>
      </w:r>
    </w:p>
    <w:p>
      <w:pPr>
        <w:bidi/>
        <w:spacing w:before="0" w:after="20"/>
      </w:pPr>
      <w:r>
        <w:rPr>
          <w:rtl/>
        </w:rPr>
        <w:t>ג. איפה יורד הכי מעט גשם?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באילת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29883F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סיבה ותוצאה: הסבירו מדוע רוב תושבי ישראל גרים במישור החוף ובמרכז ולא בנגב.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במישור החוף ובמרכז האקלים נוח ויורד יותר גשם (3 נק'); יש בהם עבודה, ערים ושירותים (3 נק'); בנגב האקלים מדברי – חם ויבש, ומעט יישובים (2 נק').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השוואה: השוו בין נחל איתן לנחל אכזב. כתבו הבדל אחד ודוגמה לכל סוג.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נחל איתן זורם כל השנה ומעיינות מזינים אותו; נחל אכזב זורם רק אחרי גשם (4 נק'); דוגמאות: איתן – הירקון, הירדן, נחל דן; אכזב – נחל צין, נחל פארן (2 נק' לכל דוגמה נכונה).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שרטטו מפה פשוטה של ישראל. סמנו חץ צפון, את ארבע המדינות השכנות, את הים התיכון ואת ים המלח, והוסיפו מקרא עם שני סמלים לפחות. (9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חץ צפון (1); לבנון בצפון, סוריה בצפון-מזרח, ירדן במזרח, מצרים בדרום-מערב (4 – נקודה לכל שכנה); הים התיכון במערב (1); ים המלח במזרח (1); מקרא עם שני סמלים לפחות שמופיעים במפה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F9A48"/>
        <w:left w:val="single" w:sz="18" w:space="22" w:color="2F9A48"/>
        <w:bottom w:val="single" w:sz="18" w:space="22" w:color="2F9A48"/>
        <w:right w:val="single" w:sz="18" w:space="22" w:color="2F9A48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