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rial Black" w:hAnsi="Arial Black" w:cs="Arial Black"/>
          <w:b/>
          <w:bCs/>
          <w:color w:val="0D7A7C"/>
          <w:sz w:val="44"/>
          <w:szCs w:val="44"/>
          <w:rtl/>
        </w:rPr>
        <w:t>מפת ישראל: מקרא, מפה אילמת, גבולות ומדינות שכנות</w:t>
      </w:r>
    </w:p>
    <w:p>
      <w:pPr>
        <w:bidi/>
        <w:spacing w:before="160" w:after="60"/>
      </w:pPr>
      <w:r>
        <w:rPr>
          <w:b/>
          <w:bCs/>
          <w:sz w:val="26"/>
          <w:szCs w:val="26"/>
          <w:rtl/>
        </w:rPr>
        <w:t>1. השלימו את המילה החסרה מן המחסן.</w:t>
      </w:r>
    </w:p>
    <w:p>
      <w:pPr>
        <w:bidi/>
        <w:spacing w:before="0" w:after="80"/>
      </w:pPr>
      <w:r>
        <w:rPr>
          <w:color w:val="0D7A7C"/>
          <w:sz w:val="24"/>
          <w:szCs w:val="24"/>
          <w:rtl/>
        </w:rPr>
        <w:t>מחסן מילים: מקרא  |  צפון  |  אילמת  |  גבול  |  דרום</w:t>
      </w:r>
    </w:p>
    <w:p>
      <w:pPr>
        <w:bidi/>
        <w:spacing w:before="0" w:after="60"/>
      </w:pPr>
      <w:r>
        <w:rPr>
          <w:rtl/>
        </w:rPr>
        <w:t>א. ה__________ מסביר מה פירוש הסמלים והצבעים במפה.</w:t>
      </w:r>
    </w:p>
    <w:p>
      <w:pPr>
        <w:bidi/>
        <w:spacing w:before="0" w:after="60"/>
      </w:pPr>
      <w:r>
        <w:rPr>
          <w:rtl/>
        </w:rPr>
        <w:t>ב. ברוב המפות ה__________ נמצא בחלק העליון.</w:t>
      </w:r>
    </w:p>
    <w:p>
      <w:pPr>
        <w:bidi/>
        <w:spacing w:before="0" w:after="60"/>
      </w:pPr>
      <w:r>
        <w:rPr>
          <w:rtl/>
        </w:rPr>
        <w:t>ג. מפה __________ היא מפה בלי שמות.</w:t>
      </w:r>
    </w:p>
    <w:p>
      <w:pPr>
        <w:bidi/>
        <w:spacing w:before="0" w:after="60"/>
      </w:pPr>
      <w:r>
        <w:rPr>
          <w:rtl/>
        </w:rPr>
        <w:t>ד. קו שמפריד בין שתי מדינות נקרא __________.</w:t>
      </w:r>
    </w:p>
    <w:p>
      <w:pPr>
        <w:bidi/>
        <w:spacing w:before="160" w:after="60"/>
      </w:pPr>
      <w:r>
        <w:rPr>
          <w:b/>
          <w:bCs/>
          <w:sz w:val="26"/>
          <w:szCs w:val="26"/>
          <w:rtl/>
        </w:rPr>
        <w:t>2. התאימו לכל צבע או סמל במקרא את פירושו.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כחול</w:t>
            </w:r>
          </w:p>
        </w:tc>
        <w:tc>
          <w:tcPr>
            <w:tcW w:type="dxa" w:w="4989"/>
          </w:tcPr>
          <w:p>
            <w:pPr>
              <w:bidi/>
              <w:spacing w:before="0" w:after="40"/>
            </w:pPr>
            <w:r>
              <w:rPr>
                <w:rtl/>
              </w:rPr>
              <w:t>[   ] אזור הררי וגבוה</w:t>
            </w:r>
          </w:p>
        </w:tc>
      </w:tr>
      <w:tr>
        <w:tc>
          <w:tcPr>
            <w:tcW w:type="dxa" w:w="4989"/>
          </w:tcPr>
          <w:p>
            <w:pPr>
              <w:bidi/>
              <w:spacing w:before="0" w:after="40"/>
            </w:pPr>
            <w:r>
              <w:rPr>
                <w:rtl/>
              </w:rPr>
              <w:t>2. ירוק</w:t>
            </w:r>
          </w:p>
        </w:tc>
        <w:tc>
          <w:tcPr>
            <w:tcW w:type="dxa" w:w="4989"/>
          </w:tcPr>
          <w:p>
            <w:pPr>
              <w:bidi/>
              <w:spacing w:before="0" w:after="40"/>
            </w:pPr>
            <w:r>
              <w:rPr>
                <w:rtl/>
              </w:rPr>
              <w:t>[   ] עיר</w:t>
            </w:r>
          </w:p>
        </w:tc>
      </w:tr>
      <w:tr>
        <w:tc>
          <w:tcPr>
            <w:tcW w:type="dxa" w:w="4989"/>
          </w:tcPr>
          <w:p>
            <w:pPr>
              <w:bidi/>
              <w:spacing w:before="0" w:after="40"/>
            </w:pPr>
            <w:r>
              <w:rPr>
                <w:rtl/>
              </w:rPr>
              <w:t>3. חום</w:t>
            </w:r>
          </w:p>
        </w:tc>
        <w:tc>
          <w:tcPr>
            <w:tcW w:type="dxa" w:w="4989"/>
          </w:tcPr>
          <w:p>
            <w:pPr>
              <w:bidi/>
              <w:spacing w:before="0" w:after="40"/>
            </w:pPr>
            <w:r>
              <w:rPr>
                <w:rtl/>
              </w:rPr>
              <w:t>[   ] אזור נמוך</w:t>
            </w:r>
          </w:p>
        </w:tc>
      </w:tr>
      <w:tr>
        <w:tc>
          <w:tcPr>
            <w:tcW w:type="dxa" w:w="4989"/>
          </w:tcPr>
          <w:p>
            <w:pPr>
              <w:bidi/>
              <w:spacing w:before="0" w:after="40"/>
            </w:pPr>
            <w:r>
              <w:rPr>
                <w:rtl/>
              </w:rPr>
              <w:t>4. נקודה שחורה</w:t>
            </w:r>
          </w:p>
        </w:tc>
        <w:tc>
          <w:tcPr>
            <w:tcW w:type="dxa" w:w="4989"/>
          </w:tcPr>
          <w:p>
            <w:pPr>
              <w:bidi/>
              <w:spacing w:before="0" w:after="40"/>
            </w:pPr>
            <w:r>
              <w:rPr>
                <w:rtl/>
              </w:rPr>
              <w:t>[   ] גבול</w:t>
            </w:r>
          </w:p>
        </w:tc>
      </w:tr>
      <w:tr>
        <w:tc>
          <w:tcPr>
            <w:tcW w:type="dxa" w:w="4989"/>
          </w:tcPr>
          <w:p>
            <w:pPr>
              <w:bidi/>
              <w:spacing w:before="0" w:after="40"/>
            </w:pPr>
            <w:r>
              <w:rPr>
                <w:rtl/>
              </w:rPr>
              <w:t>5. קו מקווקו</w:t>
            </w:r>
          </w:p>
        </w:tc>
        <w:tc>
          <w:tcPr>
            <w:tcW w:type="dxa" w:w="4989"/>
          </w:tcPr>
          <w:p>
            <w:pPr>
              <w:bidi/>
              <w:spacing w:before="0" w:after="40"/>
            </w:pPr>
            <w:r>
              <w:rPr>
                <w:rtl/>
              </w:rPr>
              <w:t>[   ] ים, אגם או נחל</w:t>
            </w:r>
          </w:p>
        </w:tc>
      </w:tr>
    </w:tbl>
    <w:p>
      <w:pPr>
        <w:bidi/>
        <w:spacing w:before="0" w:after="40"/>
      </w:pPr>
    </w:p>
    <w:p>
      <w:pPr>
        <w:bidi/>
        <w:spacing w:before="160" w:after="60"/>
      </w:pPr>
      <w:r>
        <w:rPr>
          <w:b/>
          <w:bCs/>
          <w:sz w:val="26"/>
          <w:szCs w:val="26"/>
          <w:rtl/>
        </w:rPr>
        <w:t>3. השלימו את הכיוון: צפון, דרום, מזרח או מערב.</w:t>
      </w:r>
    </w:p>
    <w:p>
      <w:pPr>
        <w:bidi/>
        <w:spacing w:before="0" w:after="60"/>
      </w:pPr>
      <w:r>
        <w:rPr>
          <w:rtl/>
        </w:rPr>
        <w:t>א. החלק העליון של המפה הוא ה__________.</w:t>
      </w:r>
    </w:p>
    <w:p>
      <w:pPr>
        <w:bidi/>
        <w:spacing w:before="0" w:after="60"/>
      </w:pPr>
      <w:r>
        <w:rPr>
          <w:rtl/>
        </w:rPr>
        <w:t>ב. החלק התחתון של המפה הוא ה__________.</w:t>
      </w:r>
    </w:p>
    <w:p>
      <w:pPr>
        <w:bidi/>
        <w:spacing w:before="0" w:after="60"/>
      </w:pPr>
      <w:r>
        <w:rPr>
          <w:rtl/>
        </w:rPr>
        <w:t>ג. הצד הימני של המפה הוא ה__________.</w:t>
      </w:r>
    </w:p>
    <w:p>
      <w:pPr>
        <w:bidi/>
        <w:spacing w:before="0" w:after="60"/>
      </w:pPr>
      <w:r>
        <w:rPr>
          <w:rtl/>
        </w:rPr>
        <w:t>ד. הצד השמאלי של המפה הוא ה__________.</w:t>
      </w:r>
    </w:p>
    <w:p>
      <w:pPr>
        <w:bidi/>
        <w:spacing w:before="160" w:after="60"/>
      </w:pPr>
      <w:r>
        <w:rPr>
          <w:b/>
          <w:bCs/>
          <w:sz w:val="26"/>
          <w:szCs w:val="26"/>
          <w:rtl/>
        </w:rPr>
        <w:t>4. השלימו את הטבלה: באיזה כיוון נמצאת כל שכנה של ישראל?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השכנה</w:t>
            </w:r>
          </w:p>
        </w:tc>
        <w:tc>
          <w:tcPr>
            <w:tcW w:type="dxa" w:w="4989"/>
            <w:shd w:val="clear" w:color="auto" w:fill="0d7a7c"/>
          </w:tcPr>
          <w:p>
            <w:pPr>
              <w:bidi/>
              <w:spacing w:before="0" w:after="40"/>
            </w:pPr>
            <w:r>
              <w:rPr>
                <w:b/>
                <w:bCs/>
                <w:color w:val="FFFFFF"/>
                <w:rtl/>
              </w:rPr>
              <w:t>הכיוון ביחס לישראל</w:t>
            </w:r>
          </w:p>
        </w:tc>
      </w:tr>
      <w:tr>
        <w:tc>
          <w:tcPr>
            <w:tcW w:type="dxa" w:w="4989"/>
          </w:tcPr>
          <w:p>
            <w:pPr>
              <w:bidi/>
              <w:spacing w:before="0" w:after="40"/>
            </w:pPr>
            <w:r>
              <w:rPr>
                <w:rtl/>
              </w:rPr>
              <w:t>לבנון</w:t>
            </w:r>
          </w:p>
        </w:tc>
        <w:tc>
          <w:tcPr>
            <w:tcW w:type="dxa" w:w="4989"/>
          </w:tcPr>
          <w:p>
            <w:pPr>
              <w:bidi/>
              <w:spacing w:before="0" w:after="40"/>
            </w:pPr>
            <w:r>
              <w:rPr>
                <w:rtl/>
              </w:rPr>
            </w:r>
          </w:p>
        </w:tc>
      </w:tr>
      <w:tr>
        <w:tc>
          <w:tcPr>
            <w:tcW w:type="dxa" w:w="4989"/>
          </w:tcPr>
          <w:p>
            <w:pPr>
              <w:bidi/>
              <w:spacing w:before="0" w:after="40"/>
            </w:pPr>
            <w:r>
              <w:rPr>
                <w:rtl/>
              </w:rPr>
              <w:t>ירדן</w:t>
            </w:r>
          </w:p>
        </w:tc>
        <w:tc>
          <w:tcPr>
            <w:tcW w:type="dxa" w:w="4989"/>
          </w:tcPr>
          <w:p>
            <w:pPr>
              <w:bidi/>
              <w:spacing w:before="0" w:after="40"/>
            </w:pPr>
            <w:r>
              <w:rPr>
                <w:rtl/>
              </w:rPr>
            </w:r>
          </w:p>
        </w:tc>
      </w:tr>
      <w:tr>
        <w:tc>
          <w:tcPr>
            <w:tcW w:type="dxa" w:w="4989"/>
          </w:tcPr>
          <w:p>
            <w:pPr>
              <w:bidi/>
              <w:spacing w:before="0" w:after="40"/>
            </w:pPr>
            <w:r>
              <w:rPr>
                <w:rtl/>
              </w:rPr>
              <w:t>מצרים</w:t>
            </w:r>
          </w:p>
        </w:tc>
        <w:tc>
          <w:tcPr>
            <w:tcW w:type="dxa" w:w="4989"/>
          </w:tcPr>
          <w:p>
            <w:pPr>
              <w:bidi/>
              <w:spacing w:before="0" w:after="40"/>
            </w:pPr>
            <w:r>
              <w:rPr>
                <w:rtl/>
              </w:rPr>
            </w:r>
          </w:p>
        </w:tc>
      </w:tr>
      <w:tr>
        <w:tc>
          <w:tcPr>
            <w:tcW w:type="dxa" w:w="4989"/>
          </w:tcPr>
          <w:p>
            <w:pPr>
              <w:bidi/>
              <w:spacing w:before="0" w:after="40"/>
            </w:pPr>
            <w:r>
              <w:rPr>
                <w:rtl/>
              </w:rPr>
              <w:t>הים התיכון</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5.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תיקון</w:t>
            </w:r>
          </w:p>
        </w:tc>
      </w:tr>
      <w:tr>
        <w:tc>
          <w:tcPr>
            <w:tcW w:type="dxa" w:w="2494"/>
          </w:tcPr>
          <w:p>
            <w:pPr>
              <w:bidi/>
              <w:spacing w:before="0" w:after="40"/>
            </w:pPr>
            <w:r>
              <w:rPr>
                <w:rtl/>
              </w:rPr>
              <w:t>א. במקרא כתוב מה פירוש כל סמל במפה.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במפה אילמת כתובים שמות כל הערים.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סוריה נמצאת בדרום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הים התיכון נמצא במערב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מיינו: גבול טבעי או גבול מדיני?</w:t>
      </w:r>
    </w:p>
    <w:p>
      <w:pPr>
        <w:bidi/>
        <w:spacing w:before="0" w:after="80"/>
      </w:pPr>
      <w:r>
        <w:rPr>
          <w:color w:val="0D7A7C"/>
          <w:sz w:val="24"/>
          <w:szCs w:val="24"/>
          <w:rtl/>
        </w:rPr>
        <w:t>המילים: הים התיכון  |  נהר הירדן  |  קו ישר במדבר שנקבע בהסכם  |  קו שסומן על פי החלטה של שתי מדינות  |  חוף של 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גבול טבעי</w:t>
            </w:r>
          </w:p>
        </w:tc>
        <w:tc>
          <w:tcPr>
            <w:tcW w:type="dxa" w:w="4989"/>
            <w:shd w:val="clear" w:color="auto" w:fill="0d7a7c"/>
          </w:tcPr>
          <w:p>
            <w:pPr>
              <w:bidi/>
              <w:spacing w:before="0" w:after="40"/>
            </w:pPr>
            <w:r>
              <w:rPr>
                <w:b/>
                <w:bCs/>
                <w:color w:val="FFFFFF"/>
                <w:rtl/>
              </w:rPr>
              <w:t>גבול מדיני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7. בחרו את התשובה הנכונה.</w:t>
      </w:r>
    </w:p>
    <w:p>
      <w:pPr>
        <w:bidi/>
        <w:spacing w:before="0" w:after="20"/>
      </w:pPr>
      <w:r>
        <w:rPr>
          <w:rtl/>
        </w:rPr>
        <w:t>א. מה מראה חץ הצפון במפה?</w:t>
      </w:r>
    </w:p>
    <w:p>
      <w:pPr>
        <w:bidi/>
        <w:spacing w:before="0" w:after="80"/>
      </w:pPr>
      <w:r>
        <w:rPr>
          <w:rtl/>
        </w:rPr>
        <w:t xml:space="preserve">   ○ את הכיוונים      ○ את הגובה      ○ את שם המפה</w:t>
      </w:r>
    </w:p>
    <w:p>
      <w:pPr>
        <w:bidi/>
        <w:spacing w:before="0" w:after="20"/>
      </w:pPr>
      <w:r>
        <w:rPr>
          <w:rtl/>
        </w:rPr>
        <w:t>ב. איזו מדינה שכנה לישראל בצפון?</w:t>
      </w:r>
    </w:p>
    <w:p>
      <w:pPr>
        <w:bidi/>
        <w:spacing w:before="0" w:after="80"/>
      </w:pPr>
      <w:r>
        <w:rPr>
          <w:rtl/>
        </w:rPr>
        <w:t xml:space="preserve">   ○ מצרים      ○ לבנון      ○ ירדן</w:t>
      </w:r>
    </w:p>
    <w:p>
      <w:pPr>
        <w:bidi/>
        <w:spacing w:before="0" w:after="20"/>
      </w:pPr>
      <w:r>
        <w:rPr>
          <w:rtl/>
        </w:rPr>
        <w:t>ג. באיזה צבע מסמנים בדרך כלל אזור הררי?</w:t>
      </w:r>
    </w:p>
    <w:p>
      <w:pPr>
        <w:bidi/>
        <w:spacing w:before="0" w:after="80"/>
      </w:pPr>
      <w:r>
        <w:rPr>
          <w:rtl/>
        </w:rPr>
        <w:t xml:space="preserve">   ○ כחול      ○ ירוק      ○ חום</w:t>
      </w:r>
    </w:p>
    <w:p>
      <w:pPr>
        <w:bidi/>
        <w:spacing w:before="160" w:after="60"/>
      </w:pPr>
      <w:r>
        <w:rPr>
          <w:b/>
          <w:bCs/>
          <w:sz w:val="26"/>
          <w:szCs w:val="26"/>
          <w:rtl/>
        </w:rPr>
        <w:t>8. הסבירו במילים שלכם מדוע לכל מפה צריך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Arial Black" w:hAnsi="Arial Black" w:cs="Arial Black"/>
          <w:b/>
          <w:bCs/>
          <w:color w:val="0D7A7C"/>
          <w:sz w:val="30"/>
          <w:szCs w:val="30"/>
          <w:rtl/>
        </w:rPr>
        <w:t>מפה בלי מילים</w:t>
      </w:r>
    </w:p>
    <w:p>
      <w:pPr>
        <w:bidi/>
        <w:spacing w:before="0" w:after="80"/>
      </w:pPr>
      <w:r>
        <w:rPr>
          <w:rtl/>
        </w:rPr>
        <w:t>בשיעור גאוגרפיה חילקה המורה לכל תלמיד מפה של ישראל. המפה הייתה צבעונית, אבל לא היה עליה אף שם. «זו מפה אילמת», הסבירה המורה, «היא לא מדברת – אתם תדברו בשבילה».</w:t>
      </w:r>
    </w:p>
    <w:p>
      <w:pPr>
        <w:bidi/>
        <w:spacing w:before="0" w:after="80"/>
      </w:pPr>
      <w:r>
        <w:rPr>
          <w:rtl/>
        </w:rPr>
        <w:t>נועם מצא מיד את הים התיכון, כי זה החלק הכחול הגדול בצד שמאל. עומר זיהה את הכנרת, אגם קטן בצפון-מזרח. מיכל התלבטה איפה לכתוב «ירדן». אז נזכרה שירדן נמצאת במזרח, מעבר לנהר הירדן, וכתבה את השם בצד הימני של המפה. בסוף השיעור הייתה המפה מלאה בשמות, והתלמידים גילו שהם מכירים את הארץ טוב יותר משחשבו.</w:t>
      </w:r>
    </w:p>
    <w:p>
      <w:pPr>
        <w:bidi/>
        <w:spacing w:before="160" w:after="60"/>
      </w:pPr>
      <w:r>
        <w:rPr>
          <w:b/>
          <w:bCs/>
          <w:sz w:val="26"/>
          <w:szCs w:val="26"/>
          <w:rtl/>
        </w:rPr>
        <w:t>10. השלימו לפי הטקסט «מפה בלי מילים».</w:t>
      </w:r>
    </w:p>
    <w:p>
      <w:pPr>
        <w:bidi/>
        <w:spacing w:before="0" w:after="60"/>
      </w:pPr>
      <w:r>
        <w:rPr>
          <w:rtl/>
        </w:rPr>
        <w:t>א. מפה בלי שמות נקראת מפה __________.</w:t>
      </w:r>
    </w:p>
    <w:p>
      <w:pPr>
        <w:bidi/>
        <w:spacing w:before="0" w:after="60"/>
      </w:pPr>
      <w:r>
        <w:rPr>
          <w:rtl/>
        </w:rPr>
        <w:t>ב. נועם זיהה את הים התיכון לפי הצבע ה__________.</w:t>
      </w:r>
    </w:p>
    <w:p>
      <w:pPr>
        <w:bidi/>
        <w:spacing w:before="0" w:after="60"/>
      </w:pPr>
      <w:r>
        <w:rPr>
          <w:rtl/>
        </w:rPr>
        <w:t>ג. מיכל כתבה «ירדן» בצד ה__________ של המפה.</w:t>
      </w:r>
    </w:p>
    <w:p>
      <w:pPr>
        <w:bidi/>
        <w:spacing w:before="160" w:after="60"/>
      </w:pPr>
      <w:r>
        <w:rPr>
          <w:b/>
          <w:bCs/>
          <w:sz w:val="26"/>
          <w:szCs w:val="26"/>
          <w:rtl/>
        </w:rPr>
        <w:t>11. לפי הטקסט: איך עזרה לתלמידים הידיעה של הכיוונים כדי למלא את המפה האילמת? תנו דוגמה.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שרטטו מפה פשוטה של החצר בבית הספר. הוסיפו חץ צפון ומקרא עם שלושה סמלים לפחות (למשל: עץ, ספסל, שער).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במפה דמיונית אחת הים נמצא בצד ימין, ואין חץ צפון. דני אומר: «הים נמצא במזרח». האם הוא בהכרח צודק?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0F8B8D"/>
        <w:left w:val="single" w:sz="18" w:space="22" w:color="0F8B8D"/>
        <w:bottom w:val="single" w:sz="18" w:space="22" w:color="0F8B8D"/>
        <w:right w:val="single" w:sz="18" w:space="22" w:color="0F8B8D"/>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