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כיתה ד'   |   דף עבודה</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Aharoni" w:hAnsi="Aharoni" w:cs="Aharoni"/>
          <w:b/>
          <w:bCs/>
          <w:color w:val="CC4B33"/>
          <w:sz w:val="44"/>
          <w:szCs w:val="44"/>
          <w:rtl/>
        </w:rPr>
        <w:t>רצועות האורך: מישור החוף, השפלה, אזור ההר ובקעת הירדן, ועמקי הרוחב</w:t>
      </w:r>
    </w:p>
    <w:p>
      <w:pPr>
        <w:bidi/>
        <w:spacing w:before="160" w:after="60"/>
      </w:pPr>
      <w:r>
        <w:rPr>
          <w:b/>
          <w:bCs/>
          <w:sz w:val="26"/>
          <w:szCs w:val="26"/>
          <w:rtl/>
        </w:rPr>
        <w:t>1. השלימו מן המחסן.</w:t>
      </w:r>
    </w:p>
    <w:p>
      <w:pPr>
        <w:bidi/>
        <w:spacing w:before="0" w:after="80"/>
      </w:pPr>
      <w:r>
        <w:rPr>
          <w:color w:val="CC4B33"/>
          <w:sz w:val="24"/>
          <w:szCs w:val="24"/>
          <w:rtl/>
        </w:rPr>
        <w:t>מחסן מילים: חוף  |  שפלה  |  הר  |  ירדן  |  נגב</w:t>
      </w:r>
    </w:p>
    <w:p>
      <w:pPr>
        <w:bidi/>
        <w:spacing w:before="0" w:after="60"/>
      </w:pPr>
      <w:r>
        <w:rPr>
          <w:rtl/>
        </w:rPr>
        <w:t>א. הרצועה הנמוכה שלאורך הים היא מישור ה__________.</w:t>
      </w:r>
    </w:p>
    <w:p>
      <w:pPr>
        <w:bidi/>
        <w:spacing w:before="0" w:after="60"/>
      </w:pPr>
      <w:r>
        <w:rPr>
          <w:rtl/>
        </w:rPr>
        <w:t>ב. הגבעות הנמוכות ממזרח למישור החוף הן ה__________.</w:t>
      </w:r>
    </w:p>
    <w:p>
      <w:pPr>
        <w:bidi/>
        <w:spacing w:before="0" w:after="60"/>
      </w:pPr>
      <w:r>
        <w:rPr>
          <w:rtl/>
        </w:rPr>
        <w:t>ג. הרצועה הגבוהה היא אזור ה__________.</w:t>
      </w:r>
    </w:p>
    <w:p>
      <w:pPr>
        <w:bidi/>
        <w:spacing w:before="0" w:after="60"/>
      </w:pPr>
      <w:r>
        <w:rPr>
          <w:rtl/>
        </w:rPr>
        <w:t>ד. הרצועה הנמוכה במזרח היא בקעת ה__________.</w:t>
      </w:r>
    </w:p>
    <w:p>
      <w:pPr>
        <w:bidi/>
        <w:spacing w:before="160" w:after="60"/>
      </w:pPr>
      <w:r>
        <w:rPr>
          <w:b/>
          <w:bCs/>
          <w:sz w:val="26"/>
          <w:szCs w:val="26"/>
          <w:rtl/>
        </w:rPr>
        <w:t>2. סדרו את רצועות האורך ממערב למזרח: השלימו את הטבלה.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c4b33"/>
          </w:tcPr>
          <w:p>
            <w:pPr>
              <w:bidi/>
              <w:spacing w:before="0" w:after="40"/>
            </w:pPr>
            <w:r>
              <w:rPr>
                <w:b/>
                <w:bCs/>
                <w:color w:val="FFFFFF"/>
                <w:rtl/>
              </w:rPr>
              <w:t>מקום (ממערב למזרח)</w:t>
            </w:r>
          </w:p>
        </w:tc>
        <w:tc>
          <w:tcPr>
            <w:tcW w:type="dxa" w:w="4989"/>
            <w:shd w:val="clear" w:color="auto" w:fill="cc4b33"/>
          </w:tcPr>
          <w:p>
            <w:pPr>
              <w:bidi/>
              <w:spacing w:before="0" w:after="40"/>
            </w:pPr>
            <w:r>
              <w:rPr>
                <w:b/>
                <w:bCs/>
                <w:color w:val="FFFFFF"/>
                <w:rtl/>
              </w:rPr>
              <w:t>הרצועה</w:t>
            </w:r>
          </w:p>
        </w:tc>
      </w:tr>
      <w:tr>
        <w:tc>
          <w:tcPr>
            <w:tcW w:type="dxa" w:w="4989"/>
          </w:tcPr>
          <w:p>
            <w:pPr>
              <w:bidi/>
              <w:spacing w:before="0" w:after="40"/>
            </w:pPr>
            <w:r>
              <w:rPr>
                <w:rtl/>
              </w:rPr>
              <w:t>1</w:t>
            </w:r>
          </w:p>
        </w:tc>
        <w:tc>
          <w:tcPr>
            <w:tcW w:type="dxa" w:w="4989"/>
          </w:tcPr>
          <w:p>
            <w:pPr>
              <w:bidi/>
              <w:spacing w:before="0" w:after="40"/>
            </w:pPr>
            <w:r>
              <w:rPr>
                <w:rtl/>
              </w:rPr>
            </w:r>
          </w:p>
        </w:tc>
      </w:tr>
      <w:tr>
        <w:tc>
          <w:tcPr>
            <w:tcW w:type="dxa" w:w="4989"/>
          </w:tcPr>
          <w:p>
            <w:pPr>
              <w:bidi/>
              <w:spacing w:before="0" w:after="40"/>
            </w:pPr>
            <w:r>
              <w:rPr>
                <w:rtl/>
              </w:rPr>
              <w:t>2</w:t>
            </w:r>
          </w:p>
        </w:tc>
        <w:tc>
          <w:tcPr>
            <w:tcW w:type="dxa" w:w="4989"/>
          </w:tcPr>
          <w:p>
            <w:pPr>
              <w:bidi/>
              <w:spacing w:before="0" w:after="40"/>
            </w:pPr>
            <w:r>
              <w:rPr>
                <w:rtl/>
              </w:rPr>
            </w:r>
          </w:p>
        </w:tc>
      </w:tr>
      <w:tr>
        <w:tc>
          <w:tcPr>
            <w:tcW w:type="dxa" w:w="4989"/>
          </w:tcPr>
          <w:p>
            <w:pPr>
              <w:bidi/>
              <w:spacing w:before="0" w:after="40"/>
            </w:pPr>
            <w:r>
              <w:rPr>
                <w:rtl/>
              </w:rPr>
              <w:t>3</w:t>
            </w:r>
          </w:p>
        </w:tc>
        <w:tc>
          <w:tcPr>
            <w:tcW w:type="dxa" w:w="4989"/>
          </w:tcPr>
          <w:p>
            <w:pPr>
              <w:bidi/>
              <w:spacing w:before="0" w:after="40"/>
            </w:pPr>
            <w:r>
              <w:rPr>
                <w:rtl/>
              </w:rPr>
            </w:r>
          </w:p>
        </w:tc>
      </w:tr>
      <w:tr>
        <w:tc>
          <w:tcPr>
            <w:tcW w:type="dxa" w:w="4989"/>
          </w:tcPr>
          <w:p>
            <w:pPr>
              <w:bidi/>
              <w:spacing w:before="0" w:after="40"/>
            </w:pPr>
            <w:r>
              <w:rPr>
                <w:rtl/>
              </w:rPr>
              <w:t>4</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3. התאימו כל מקום לרצועה שבה הוא נמצא.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c4b33"/>
          </w:tcPr>
          <w:p>
            <w:pPr>
              <w:bidi/>
              <w:spacing w:before="0" w:after="40"/>
            </w:pPr>
            <w:r>
              <w:rPr>
                <w:b/>
                <w:bCs/>
                <w:color w:val="FFFFFF"/>
                <w:rtl/>
              </w:rPr>
              <w:t>טור א</w:t>
            </w:r>
          </w:p>
        </w:tc>
        <w:tc>
          <w:tcPr>
            <w:tcW w:type="dxa" w:w="4989"/>
            <w:shd w:val="clear" w:color="auto" w:fill="cc4b33"/>
          </w:tcPr>
          <w:p>
            <w:pPr>
              <w:bidi/>
              <w:spacing w:before="0" w:after="40"/>
            </w:pPr>
            <w:r>
              <w:rPr>
                <w:b/>
                <w:bCs/>
                <w:color w:val="FFFFFF"/>
                <w:rtl/>
              </w:rPr>
              <w:t>טור ב</w:t>
            </w:r>
          </w:p>
        </w:tc>
      </w:tr>
      <w:tr>
        <w:tc>
          <w:tcPr>
            <w:tcW w:type="dxa" w:w="4989"/>
          </w:tcPr>
          <w:p>
            <w:pPr>
              <w:bidi/>
              <w:spacing w:before="0" w:after="40"/>
            </w:pPr>
            <w:r>
              <w:rPr>
                <w:rtl/>
              </w:rPr>
              <w:t>1. תל אביב</w:t>
            </w:r>
          </w:p>
        </w:tc>
        <w:tc>
          <w:tcPr>
            <w:tcW w:type="dxa" w:w="4989"/>
          </w:tcPr>
          <w:p>
            <w:pPr>
              <w:bidi/>
              <w:spacing w:before="0" w:after="40"/>
            </w:pPr>
            <w:r>
              <w:rPr>
                <w:rtl/>
              </w:rPr>
              <w:t>[   ] מישור החוף</w:t>
            </w:r>
          </w:p>
        </w:tc>
      </w:tr>
      <w:tr>
        <w:tc>
          <w:tcPr>
            <w:tcW w:type="dxa" w:w="4989"/>
          </w:tcPr>
          <w:p>
            <w:pPr>
              <w:bidi/>
              <w:spacing w:before="0" w:after="40"/>
            </w:pPr>
            <w:r>
              <w:rPr>
                <w:rtl/>
              </w:rPr>
              <w:t>2. ירושלים</w:t>
            </w:r>
          </w:p>
        </w:tc>
        <w:tc>
          <w:tcPr>
            <w:tcW w:type="dxa" w:w="4989"/>
          </w:tcPr>
          <w:p>
            <w:pPr>
              <w:bidi/>
              <w:spacing w:before="0" w:after="40"/>
            </w:pPr>
            <w:r>
              <w:rPr>
                <w:rtl/>
              </w:rPr>
              <w:t>[   ] השפלה</w:t>
            </w:r>
          </w:p>
        </w:tc>
      </w:tr>
      <w:tr>
        <w:tc>
          <w:tcPr>
            <w:tcW w:type="dxa" w:w="4989"/>
          </w:tcPr>
          <w:p>
            <w:pPr>
              <w:bidi/>
              <w:spacing w:before="0" w:after="40"/>
            </w:pPr>
            <w:r>
              <w:rPr>
                <w:rtl/>
              </w:rPr>
              <w:t>3. הכנרת</w:t>
            </w:r>
          </w:p>
        </w:tc>
        <w:tc>
          <w:tcPr>
            <w:tcW w:type="dxa" w:w="4989"/>
          </w:tcPr>
          <w:p>
            <w:pPr>
              <w:bidi/>
              <w:spacing w:before="0" w:after="40"/>
            </w:pPr>
            <w:r>
              <w:rPr>
                <w:rtl/>
              </w:rPr>
              <w:t>[   ] בקעת הירדן</w:t>
            </w:r>
          </w:p>
        </w:tc>
      </w:tr>
      <w:tr>
        <w:tc>
          <w:tcPr>
            <w:tcW w:type="dxa" w:w="4989"/>
          </w:tcPr>
          <w:p>
            <w:pPr>
              <w:bidi/>
              <w:spacing w:before="0" w:after="40"/>
            </w:pPr>
            <w:r>
              <w:rPr>
                <w:rtl/>
              </w:rPr>
              <w:t>4. גבעות עם כרמים ושדות חיטה</w:t>
            </w:r>
          </w:p>
        </w:tc>
        <w:tc>
          <w:tcPr>
            <w:tcW w:type="dxa" w:w="4989"/>
          </w:tcPr>
          <w:p>
            <w:pPr>
              <w:bidi/>
              <w:spacing w:before="0" w:after="40"/>
            </w:pPr>
            <w:r>
              <w:rPr>
                <w:rtl/>
              </w:rPr>
              <w:t>[   ] אזור ההר</w:t>
            </w:r>
          </w:p>
        </w:tc>
      </w:tr>
    </w:tbl>
    <w:p>
      <w:pPr>
        <w:bidi/>
        <w:spacing w:before="0" w:after="40"/>
      </w:pPr>
    </w:p>
    <w:p>
      <w:pPr>
        <w:bidi/>
        <w:spacing w:before="160" w:after="60"/>
      </w:pPr>
      <w:r>
        <w:rPr>
          <w:b/>
          <w:bCs/>
          <w:sz w:val="26"/>
          <w:szCs w:val="26"/>
          <w:rtl/>
        </w:rPr>
        <w:t>4. מיינו את המקומות: אזור ההר או בקעת הירדן?</w:t>
      </w:r>
    </w:p>
    <w:p>
      <w:pPr>
        <w:bidi/>
        <w:spacing w:before="0" w:after="80"/>
      </w:pPr>
      <w:r>
        <w:rPr>
          <w:color w:val="CC4B33"/>
          <w:sz w:val="24"/>
          <w:szCs w:val="24"/>
          <w:rtl/>
        </w:rPr>
        <w:t>המילים: הרי הגליל  |  ים המלח  |  הכנרת  |  הרי יהודה  |  הכרמל  |  הערבה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c4b33"/>
          </w:tcPr>
          <w:p>
            <w:pPr>
              <w:bidi/>
              <w:spacing w:before="0" w:after="40"/>
            </w:pPr>
            <w:r>
              <w:rPr>
                <w:b/>
                <w:bCs/>
                <w:color w:val="FFFFFF"/>
                <w:rtl/>
              </w:rPr>
              <w:t>אזור ההר</w:t>
            </w:r>
          </w:p>
        </w:tc>
        <w:tc>
          <w:tcPr>
            <w:tcW w:type="dxa" w:w="4989"/>
            <w:shd w:val="clear" w:color="auto" w:fill="cc4b33"/>
          </w:tcPr>
          <w:p>
            <w:pPr>
              <w:bidi/>
              <w:spacing w:before="0" w:after="40"/>
            </w:pPr>
            <w:r>
              <w:rPr>
                <w:b/>
                <w:bCs/>
                <w:color w:val="FFFFFF"/>
                <w:rtl/>
              </w:rPr>
              <w:t>בקעת הירדן</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נכון או לא נכון? תקנו את הלא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c4b33"/>
          </w:tcPr>
          <w:p>
            <w:pPr>
              <w:bidi/>
              <w:spacing w:before="0" w:after="40"/>
            </w:pPr>
            <w:r>
              <w:rPr>
                <w:b/>
                <w:bCs/>
                <w:color w:val="FFFFFF"/>
                <w:rtl/>
              </w:rPr>
              <w:t>משפט</w:t>
            </w:r>
          </w:p>
        </w:tc>
        <w:tc>
          <w:tcPr>
            <w:tcW w:type="dxa" w:w="2494"/>
            <w:shd w:val="clear" w:color="auto" w:fill="cc4b33"/>
          </w:tcPr>
          <w:p>
            <w:pPr>
              <w:bidi/>
              <w:spacing w:before="0" w:after="40"/>
            </w:pPr>
            <w:r>
              <w:rPr>
                <w:b/>
                <w:bCs/>
                <w:color w:val="FFFFFF"/>
                <w:rtl/>
              </w:rPr>
              <w:t>נכון</w:t>
            </w:r>
          </w:p>
        </w:tc>
        <w:tc>
          <w:tcPr>
            <w:tcW w:type="dxa" w:w="2494"/>
            <w:shd w:val="clear" w:color="auto" w:fill="cc4b33"/>
          </w:tcPr>
          <w:p>
            <w:pPr>
              <w:bidi/>
              <w:spacing w:before="0" w:after="40"/>
            </w:pPr>
            <w:r>
              <w:rPr>
                <w:b/>
                <w:bCs/>
                <w:color w:val="FFFFFF"/>
                <w:rtl/>
              </w:rPr>
              <w:t>לא נכון</w:t>
            </w:r>
          </w:p>
        </w:tc>
        <w:tc>
          <w:tcPr>
            <w:tcW w:type="dxa" w:w="2494"/>
            <w:shd w:val="clear" w:color="auto" w:fill="cc4b33"/>
          </w:tcPr>
          <w:p>
            <w:pPr>
              <w:bidi/>
              <w:spacing w:before="0" w:after="40"/>
            </w:pPr>
            <w:r>
              <w:rPr>
                <w:b/>
                <w:bCs/>
                <w:color w:val="FFFFFF"/>
                <w:rtl/>
              </w:rPr>
              <w:t>תיקון</w:t>
            </w:r>
          </w:p>
        </w:tc>
      </w:tr>
      <w:tr>
        <w:tc>
          <w:tcPr>
            <w:tcW w:type="dxa" w:w="2494"/>
          </w:tcPr>
          <w:p>
            <w:pPr>
              <w:bidi/>
              <w:spacing w:before="0" w:after="40"/>
            </w:pPr>
            <w:r>
              <w:rPr>
                <w:rtl/>
              </w:rPr>
              <w:t>א. רצועות האורך עוברות לאורך הארץ, מצפון לדרום.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השפלה היא האזור הגבוה ביותר בארץ.</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עמק יזרעאל הוא עמק רוחב.</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ים המלח נמצא במישור החוף.</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6. בחרו את התשובה הנכונה.</w:t>
      </w:r>
    </w:p>
    <w:p>
      <w:pPr>
        <w:bidi/>
        <w:spacing w:before="0" w:after="20"/>
      </w:pPr>
      <w:r>
        <w:rPr>
          <w:rtl/>
        </w:rPr>
        <w:t>א. מה מאפיין עמק רוחב?</w:t>
      </w:r>
    </w:p>
    <w:p>
      <w:pPr>
        <w:bidi/>
        <w:spacing w:before="0" w:after="80"/>
      </w:pPr>
      <w:r>
        <w:rPr>
          <w:rtl/>
        </w:rPr>
        <w:t xml:space="preserve">   ○ הוא עובר מצפון לדרום      ○ הוא חוצה את הארץ ממערב למזרח      ○ הוא נמצא רק ליד הים</w:t>
      </w:r>
    </w:p>
    <w:p>
      <w:pPr>
        <w:bidi/>
        <w:spacing w:before="0" w:after="20"/>
      </w:pPr>
      <w:r>
        <w:rPr>
          <w:rtl/>
        </w:rPr>
        <w:t>ב. איזו רצועה נמצאת בין השפלה לבקעת הירדן?</w:t>
      </w:r>
    </w:p>
    <w:p>
      <w:pPr>
        <w:bidi/>
        <w:spacing w:before="0" w:after="80"/>
      </w:pPr>
      <w:r>
        <w:rPr>
          <w:rtl/>
        </w:rPr>
        <w:t xml:space="preserve">   ○ מישור החוף      ○ אזור ההר      ○ הערבה</w:t>
      </w:r>
    </w:p>
    <w:p>
      <w:pPr>
        <w:bidi/>
        <w:spacing w:before="160" w:after="60"/>
      </w:pPr>
      <w:r>
        <w:rPr>
          <w:b/>
          <w:bCs/>
          <w:sz w:val="26"/>
          <w:szCs w:val="26"/>
          <w:rtl/>
        </w:rPr>
        <w:t>7. השלימו את שם עמק הרוחב.</w:t>
      </w:r>
    </w:p>
    <w:p>
      <w:pPr>
        <w:bidi/>
        <w:spacing w:before="0" w:after="80"/>
      </w:pPr>
      <w:r>
        <w:rPr>
          <w:color w:val="CC4B33"/>
          <w:sz w:val="24"/>
          <w:szCs w:val="24"/>
          <w:rtl/>
        </w:rPr>
        <w:t>מחסן מילים: יזרעאל  |  זבולון  |  באר שבע</w:t>
      </w:r>
    </w:p>
    <w:p>
      <w:pPr>
        <w:bidi/>
        <w:spacing w:before="0" w:after="60"/>
      </w:pPr>
      <w:r>
        <w:rPr>
          <w:rtl/>
        </w:rPr>
        <w:t>א. עמק __________ נמצא בין הרי הגליל להרי שומרון.</w:t>
      </w:r>
    </w:p>
    <w:p>
      <w:pPr>
        <w:bidi/>
        <w:spacing w:before="0" w:after="60"/>
      </w:pPr>
      <w:r>
        <w:rPr>
          <w:rtl/>
        </w:rPr>
        <w:t>ב. עמק __________ נמצא ליד מפרץ חיפה.</w:t>
      </w:r>
    </w:p>
    <w:p>
      <w:pPr>
        <w:bidi/>
        <w:spacing w:before="0" w:after="60"/>
      </w:pPr>
      <w:r>
        <w:rPr>
          <w:rtl/>
        </w:rPr>
        <w:t>ג. בקעת __________ נמצאת בצפון הנגב.</w:t>
      </w:r>
    </w:p>
    <w:p>
      <w:pPr>
        <w:bidi/>
        <w:spacing w:before="160" w:after="60"/>
      </w:pPr>
      <w:r>
        <w:rPr>
          <w:b/>
          <w:bCs/>
          <w:sz w:val="26"/>
          <w:szCs w:val="26"/>
          <w:rtl/>
        </w:rPr>
        <w:t>8. הסבירו מדוע בעמקי הרוחב יש הרבה חקלאות.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Aharoni" w:hAnsi="Aharoni" w:cs="Aharoni"/>
          <w:b/>
          <w:bCs/>
          <w:color w:val="CC4B33"/>
          <w:sz w:val="30"/>
          <w:szCs w:val="30"/>
          <w:rtl/>
        </w:rPr>
        <w:t>נסיעה ממערב למזרח</w:t>
      </w:r>
    </w:p>
    <w:p>
      <w:pPr>
        <w:bidi/>
        <w:spacing w:before="0" w:after="80"/>
      </w:pPr>
      <w:r>
        <w:rPr>
          <w:rtl/>
        </w:rPr>
        <w:t>אורי ואביו יצאו בבוקר מאשדוד, עיר על חוף הים. בהתחלה הכביש היה ישר, ומשני צדיו נראו בתים, מפעלים ושדות שטוחים. אחרי חצי שעה התחילו גבעות נמוכות, ועליהן כרמים ומטעי זיתים. «אנחנו בשפלה», אמר אבא.</w:t>
      </w:r>
    </w:p>
    <w:p>
      <w:pPr>
        <w:bidi/>
        <w:spacing w:before="0" w:after="80"/>
      </w:pPr>
      <w:r>
        <w:rPr>
          <w:rtl/>
        </w:rPr>
        <w:t>אחר כך הכביש התפתל ועלה בין הרים מיוערים, עד שהגיעו לירושלים. מירושלים המשיכו מזרחה, והדרך ירדה וירדה. הנוף נעשה צהוב ויבש, והאוויר התחמם. לבסוף ראו מים כחולים – ים המלח, בתחתית בקעת הירדן. «בנסיעה אחת עברנו את כל רצועות האורך», אמר אורי בהתלהבות.</w:t>
      </w:r>
    </w:p>
    <w:p>
      <w:pPr>
        <w:bidi/>
        <w:spacing w:before="160" w:after="60"/>
      </w:pPr>
      <w:r>
        <w:rPr>
          <w:b/>
          <w:bCs/>
          <w:sz w:val="26"/>
          <w:szCs w:val="26"/>
          <w:rtl/>
        </w:rPr>
        <w:t>10. ליד כל תיאור מן הטקסט «נסיעה ממערב למזרח» כתבו באיזו רצועה היו אורי ואביו.</w:t>
      </w:r>
    </w:p>
    <w:p>
      <w:pPr>
        <w:bidi/>
        <w:spacing w:before="0" w:after="100"/>
      </w:pPr>
      <w:r>
        <w:rPr>
          <w:rtl/>
        </w:rPr>
        <w:t>א. כביש ישר, בתים ושדות שטוחים ליד הים</w:t>
      </w:r>
    </w:p>
    <w:p>
      <w:pPr>
        <w:bidi/>
        <w:spacing w:before="0" w:after="100"/>
      </w:pPr>
      <w:r>
        <w:rPr>
          <w:rtl/>
        </w:rPr>
        <w:t>ב. גבעות נמוכות עם כרמים ומטעי זיתים</w:t>
      </w:r>
    </w:p>
    <w:p>
      <w:pPr>
        <w:bidi/>
        <w:spacing w:before="0" w:after="100"/>
      </w:pPr>
      <w:r>
        <w:rPr>
          <w:rtl/>
        </w:rPr>
        <w:t>ג. הרים מיוערים ודרך מתפתלת</w:t>
      </w:r>
    </w:p>
    <w:p>
      <w:pPr>
        <w:bidi/>
        <w:spacing w:before="0" w:after="100"/>
      </w:pPr>
      <w:r>
        <w:rPr>
          <w:rtl/>
        </w:rPr>
        <w:t>ד. נוף יבש ומים כחולים בתחתית הדרך</w:t>
      </w:r>
    </w:p>
    <w:p>
      <w:pPr>
        <w:bidi/>
        <w:spacing w:before="160" w:after="60"/>
      </w:pPr>
      <w:r>
        <w:rPr>
          <w:b/>
          <w:bCs/>
          <w:sz w:val="26"/>
          <w:szCs w:val="26"/>
          <w:rtl/>
        </w:rPr>
        <w:t>11. לפי הטקסט: מה השתנה בנוף ובאוויר כשירדו מירושלים אל ים המלח? כתבו שני שינויים.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שרטטו «חתך» פשוט של הארץ ממערב למזרח: קו שעולה ויורד. סמנו עליו את ארבע רצועות האורך ואת הים התיכון.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יואב אומר: «עמק יזרעאל הוא רצועת אורך, כי הוא עמק ארוך». האם הוא צודק?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pgBorders w:offsetFrom="page">
        <w:top w:val="single" w:sz="18" w:space="22" w:color="E8553A"/>
        <w:left w:val="single" w:sz="18" w:space="22" w:color="E8553A"/>
        <w:bottom w:val="single" w:sz="18" w:space="22" w:color="E8553A"/>
        <w:right w:val="single" w:sz="18" w:space="22" w:color="E8553A"/>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