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רצועות האורך: מישור החוף, השפלה, אזור ההר ובקעת הירדן, ועמקי הרוחב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הרצועה הנמוכה שלאורך הים היא מישור החוף.</w:t>
      </w:r>
    </w:p>
    <w:p>
      <w:pPr>
        <w:bidi/>
        <w:spacing w:before="0" w:after="40"/>
      </w:pPr>
      <w:r>
        <w:rPr>
          <w:rtl/>
        </w:rPr>
        <w:t>ב. הגבעות הנמוכות ממזרח למישור החוף הן השפלה.</w:t>
      </w:r>
    </w:p>
    <w:p>
      <w:pPr>
        <w:bidi/>
        <w:spacing w:before="0" w:after="40"/>
      </w:pPr>
      <w:r>
        <w:rPr>
          <w:rtl/>
        </w:rPr>
        <w:t>ג. הרצועה הגבוהה היא אזור הר.</w:t>
      </w:r>
    </w:p>
    <w:p>
      <w:pPr>
        <w:bidi/>
        <w:spacing w:before="0" w:after="40"/>
      </w:pPr>
      <w:r>
        <w:rPr>
          <w:rtl/>
        </w:rPr>
        <w:t>ד. הרצועה הנמוכה במזרח היא בקעת הירדן.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סדרו את רצועות האורך ממערב למזרח: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(ממערב למזרח)</w:t>
            </w:r>
          </w:p>
        </w:tc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הרצועה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מישור החוף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אזור ההר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בקעת הירדן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כל מקום לרצועה שבה הוא נמצא.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תל 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מישור החוף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בקעת הירדן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גבעות עם כרמים ושדות חיטה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אזור ההר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המקומות: אזור ההר או בקעת הירדן?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ההר</w:t>
            </w:r>
          </w:p>
        </w:tc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בקעת הירדן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הרי הגליל, הרי יהודה, הכרמל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ים המלח, הכנרת, הערבה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רצועות האורך עוברות לאורך הארץ,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השפלה היא האזור הגבוה ביותר בארץ.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השפלה היא אזור של גבעות נמוכות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עמק יזרעאל הוא עמק רוחב.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ים המלח נמצא במישור החוף.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ים המלח נמצא בבקעת הירדן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מה מאפיין עמק רוחב?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הוא חוצה את הארץ ממערב למזרח</w:t>
      </w:r>
    </w:p>
    <w:p>
      <w:pPr>
        <w:bidi/>
        <w:spacing w:before="0" w:after="20"/>
      </w:pPr>
      <w:r>
        <w:rPr>
          <w:rtl/>
        </w:rPr>
        <w:t>ב. איזו רצועה נמצאת בין השפלה לבקעת הירדן?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אזור ההר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 את שם עמק הרוחב.</w:t>
      </w:r>
    </w:p>
    <w:p>
      <w:pPr>
        <w:bidi/>
        <w:spacing w:before="0" w:after="40"/>
      </w:pPr>
      <w:r>
        <w:rPr>
          <w:rtl/>
        </w:rPr>
        <w:t>א. עמק יזרעאל נמצא בין הרי הגליל להרי שומרון.</w:t>
      </w:r>
    </w:p>
    <w:p>
      <w:pPr>
        <w:bidi/>
        <w:spacing w:before="0" w:after="40"/>
      </w:pPr>
      <w:r>
        <w:rPr>
          <w:rtl/>
        </w:rPr>
        <w:t>ב. עמק זבולון נמצא ליד מפרץ חיפה.</w:t>
      </w:r>
    </w:p>
    <w:p>
      <w:pPr>
        <w:bidi/>
        <w:spacing w:before="0" w:after="40"/>
      </w:pPr>
      <w:r>
        <w:rPr>
          <w:rtl/>
        </w:rPr>
        <w:t>ג. בקעת באר שבע נמצאת בצפון הנגב.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בעמקי הרוחב יש הרבה חקלאות.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האדמה בעמקים פורייה, והשטח שטוח ונוח לעיבוד, לחריש ולהשקיה. לכן מגדלים בהם גידולי שדה, ירקות ומטעים.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ליד כל תיאור מן הטקסט «נסיעה ממערב למזרח» כתבו באיזו רצועה היו אורי ואביו.</w:t>
      </w:r>
    </w:p>
    <w:p>
      <w:pPr>
        <w:bidi/>
        <w:spacing w:before="0" w:after="100"/>
      </w:pPr>
      <w:r>
        <w:rPr>
          <w:rtl/>
        </w:rPr>
        <w:t>א. כביש ישר, בתים ושדות שטוחים ליד הים  ← מישור החוף</w:t>
      </w:r>
    </w:p>
    <w:p>
      <w:pPr>
        <w:bidi/>
        <w:spacing w:before="0" w:after="100"/>
      </w:pPr>
      <w:r>
        <w:rPr>
          <w:rtl/>
        </w:rPr>
        <w:t>ב. גבעות נמוכות עם כרמים ומטעי זיתים  ← השפלה</w:t>
      </w:r>
    </w:p>
    <w:p>
      <w:pPr>
        <w:bidi/>
        <w:spacing w:before="0" w:after="100"/>
      </w:pPr>
      <w:r>
        <w:rPr>
          <w:rtl/>
        </w:rPr>
        <w:t>ג. הרים מיוערים ודרך מתפתלת  ← אזור ההר</w:t>
      </w:r>
    </w:p>
    <w:p>
      <w:pPr>
        <w:bidi/>
        <w:spacing w:before="0" w:after="100"/>
      </w:pPr>
      <w:r>
        <w:rPr>
          <w:rtl/>
        </w:rPr>
        <w:t>ד. נוף יבש ומים כחולים בתחתית הדרך  ← בקעת הירדן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מה השתנה בנוף ובאוויר כשירדו מירושלים אל ים המלח? כתבו שני שינויים.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הדרך ירדה והנוף נעשה צהוב ויבש; האוויר התחמם.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«חתך» פשוט של הארץ ממערב למזרח: קו שעולה ויורד. סמנו עליו את ארבע רצועות האורך ואת הים התיכון.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משמאל הים התיכון, אחריו קו נמוך ושטוח (מישור החוף), עלייה קטנה (השפלה), עלייה גבוהה (אזור ההר) וירידה עמוקה (בקעת הירדן).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יואב אומר: «עמק יזרעאל הוא רצועת אורך, כי הוא עמק ארוך». האם הוא צודק?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לא. עמק יזרעאל הוא עמק רוחב: הוא חוצה את הארץ ממערב למזרח ומפריד בין הרי הגליל להרי שומרון. רצועת אורך עוברת מצפון לדרום.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