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מולדת, חברה ואזרחות · כיתה ד'   |   דף עבודה</w:t>
      </w:r>
    </w:p>
    <w:p>
      <w:pPr>
        <w:bidi/>
        <w:spacing w:before="0" w:after="200"/>
      </w:pPr>
      <w:r>
        <w:rPr>
          <w:rFonts w:ascii="Arial" w:hAnsi="Arial" w:cs="Arial"/>
          <w:sz w:val="22"/>
          <w:szCs w:val="22"/>
          <w:rtl/>
        </w:rPr>
        <w:t>שם פרטי: ______________   שם משפחה: ______________   כיתה: ______</w:t>
      </w:r>
    </w:p>
    <w:p>
      <w:pPr>
        <w:bidi/>
        <w:spacing w:before="0" w:after="120"/>
      </w:pPr>
      <w:r>
        <w:rPr>
          <w:rFonts w:ascii="Tahoma" w:hAnsi="Tahoma" w:cs="Tahoma"/>
          <w:b/>
          <w:bCs/>
          <w:color w:val="368838"/>
          <w:sz w:val="44"/>
          <w:szCs w:val="44"/>
          <w:rtl/>
        </w:rPr>
        <w:t>נופים ייחודיים בארץ: ים המלח, המכתשים, החרמון, מפרץ חיפה ואילת</w:t>
      </w:r>
    </w:p>
    <w:p>
      <w:pPr>
        <w:bidi/>
        <w:spacing w:before="160" w:after="60"/>
      </w:pPr>
      <w:r>
        <w:rPr>
          <w:b/>
          <w:bCs/>
          <w:sz w:val="26"/>
          <w:szCs w:val="26"/>
          <w:rtl/>
        </w:rPr>
        <w:t>1. השלימו מן המחסן.</w:t>
      </w:r>
    </w:p>
    <w:p>
      <w:pPr>
        <w:bidi/>
        <w:spacing w:before="0" w:after="80"/>
      </w:pPr>
      <w:r>
        <w:rPr>
          <w:color w:val="368838"/>
          <w:sz w:val="24"/>
          <w:szCs w:val="24"/>
          <w:rtl/>
        </w:rPr>
        <w:t>מחסן מילים: המלח  |  מכתש  |  חרמון  |  אילת  |  חיפה</w:t>
      </w:r>
    </w:p>
    <w:p>
      <w:pPr>
        <w:bidi/>
        <w:spacing w:before="0" w:after="60"/>
      </w:pPr>
      <w:r>
        <w:rPr>
          <w:rtl/>
        </w:rPr>
        <w:t>א. המקום הנמוך ביותר על פני היבשה הוא ים __________.</w:t>
      </w:r>
    </w:p>
    <w:p>
      <w:pPr>
        <w:bidi/>
        <w:spacing w:before="0" w:after="60"/>
      </w:pPr>
      <w:r>
        <w:rPr>
          <w:rtl/>
        </w:rPr>
        <w:t>ב. עמק סגור עם קירות תלולים בנגב נקרא __________.</w:t>
      </w:r>
    </w:p>
    <w:p>
      <w:pPr>
        <w:bidi/>
        <w:spacing w:before="0" w:after="60"/>
      </w:pPr>
      <w:r>
        <w:rPr>
          <w:rtl/>
        </w:rPr>
        <w:t>ג. ההר שיורד עליו שלג בחורף הוא ה__________.</w:t>
      </w:r>
    </w:p>
    <w:p>
      <w:pPr>
        <w:bidi/>
        <w:spacing w:before="0" w:after="60"/>
      </w:pPr>
      <w:r>
        <w:rPr>
          <w:rtl/>
        </w:rPr>
        <w:t>ד. העיר הדרומית ביותר בישראל היא __________.</w:t>
      </w:r>
    </w:p>
    <w:p>
      <w:pPr>
        <w:bidi/>
        <w:spacing w:before="160" w:after="60"/>
      </w:pPr>
      <w:r>
        <w:rPr>
          <w:b/>
          <w:bCs/>
          <w:sz w:val="26"/>
          <w:szCs w:val="26"/>
          <w:rtl/>
        </w:rPr>
        <w:t>2. התאימו כל מקום למה שמיוחד בו.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68838"/>
          </w:tcPr>
          <w:p>
            <w:pPr>
              <w:bidi/>
              <w:spacing w:before="0" w:after="40"/>
            </w:pPr>
            <w:r>
              <w:rPr>
                <w:b/>
                <w:bCs/>
                <w:color w:val="FFFFFF"/>
                <w:rtl/>
              </w:rPr>
              <w:t>טור א</w:t>
            </w:r>
          </w:p>
        </w:tc>
        <w:tc>
          <w:tcPr>
            <w:tcW w:type="dxa" w:w="4989"/>
            <w:shd w:val="clear" w:color="auto" w:fill="368838"/>
          </w:tcPr>
          <w:p>
            <w:pPr>
              <w:bidi/>
              <w:spacing w:before="0" w:after="40"/>
            </w:pPr>
            <w:r>
              <w:rPr>
                <w:b/>
                <w:bCs/>
                <w:color w:val="FFFFFF"/>
                <w:rtl/>
              </w:rPr>
              <w:t>טור ב</w:t>
            </w:r>
          </w:p>
        </w:tc>
      </w:tr>
      <w:tr>
        <w:tc>
          <w:tcPr>
            <w:tcW w:type="dxa" w:w="4989"/>
          </w:tcPr>
          <w:p>
            <w:pPr>
              <w:bidi/>
              <w:spacing w:before="0" w:after="40"/>
            </w:pPr>
            <w:r>
              <w:rPr>
                <w:rtl/>
              </w:rPr>
              <w:t>1. ים המלח</w:t>
            </w:r>
          </w:p>
        </w:tc>
        <w:tc>
          <w:tcPr>
            <w:tcW w:type="dxa" w:w="4989"/>
          </w:tcPr>
          <w:p>
            <w:pPr>
              <w:bidi/>
              <w:spacing w:before="0" w:after="40"/>
            </w:pPr>
            <w:r>
              <w:rPr>
                <w:rtl/>
              </w:rPr>
              <w:t>[   ] המפרץ בחוף הים התיכון, ובו נמל גדול</w:t>
            </w:r>
          </w:p>
        </w:tc>
      </w:tr>
      <w:tr>
        <w:tc>
          <w:tcPr>
            <w:tcW w:type="dxa" w:w="4989"/>
          </w:tcPr>
          <w:p>
            <w:pPr>
              <w:bidi/>
              <w:spacing w:before="0" w:after="40"/>
            </w:pPr>
            <w:r>
              <w:rPr>
                <w:rtl/>
              </w:rPr>
              <w:t>2. מכתש רמון</w:t>
            </w:r>
          </w:p>
        </w:tc>
        <w:tc>
          <w:tcPr>
            <w:tcW w:type="dxa" w:w="4989"/>
          </w:tcPr>
          <w:p>
            <w:pPr>
              <w:bidi/>
              <w:spacing w:before="0" w:after="40"/>
            </w:pPr>
            <w:r>
              <w:rPr>
                <w:rtl/>
              </w:rPr>
              <w:t>[   ] שוניות אלמוגים על חוף ים סוף</w:t>
            </w:r>
          </w:p>
        </w:tc>
      </w:tr>
      <w:tr>
        <w:tc>
          <w:tcPr>
            <w:tcW w:type="dxa" w:w="4989"/>
          </w:tcPr>
          <w:p>
            <w:pPr>
              <w:bidi/>
              <w:spacing w:before="0" w:after="40"/>
            </w:pPr>
            <w:r>
              <w:rPr>
                <w:rtl/>
              </w:rPr>
              <w:t>3. החרמון</w:t>
            </w:r>
          </w:p>
        </w:tc>
        <w:tc>
          <w:tcPr>
            <w:tcW w:type="dxa" w:w="4989"/>
          </w:tcPr>
          <w:p>
            <w:pPr>
              <w:bidi/>
              <w:spacing w:before="0" w:after="40"/>
            </w:pPr>
            <w:r>
              <w:rPr>
                <w:rtl/>
              </w:rPr>
              <w:t>[   ] עמק סגור וגדול בנגב</w:t>
            </w:r>
          </w:p>
        </w:tc>
      </w:tr>
      <w:tr>
        <w:tc>
          <w:tcPr>
            <w:tcW w:type="dxa" w:w="4989"/>
          </w:tcPr>
          <w:p>
            <w:pPr>
              <w:bidi/>
              <w:spacing w:before="0" w:after="40"/>
            </w:pPr>
            <w:r>
              <w:rPr>
                <w:rtl/>
              </w:rPr>
              <w:t>4. מפרץ חיפה</w:t>
            </w:r>
          </w:p>
        </w:tc>
        <w:tc>
          <w:tcPr>
            <w:tcW w:type="dxa" w:w="4989"/>
          </w:tcPr>
          <w:p>
            <w:pPr>
              <w:bidi/>
              <w:spacing w:before="0" w:after="40"/>
            </w:pPr>
            <w:r>
              <w:rPr>
                <w:rtl/>
              </w:rPr>
              <w:t>[   ] שלג ואתר סקי</w:t>
            </w:r>
          </w:p>
        </w:tc>
      </w:tr>
      <w:tr>
        <w:tc>
          <w:tcPr>
            <w:tcW w:type="dxa" w:w="4989"/>
          </w:tcPr>
          <w:p>
            <w:pPr>
              <w:bidi/>
              <w:spacing w:before="0" w:after="40"/>
            </w:pPr>
            <w:r>
              <w:rPr>
                <w:rtl/>
              </w:rPr>
              <w:t>5. אילת</w:t>
            </w:r>
          </w:p>
        </w:tc>
        <w:tc>
          <w:tcPr>
            <w:tcW w:type="dxa" w:w="4989"/>
          </w:tcPr>
          <w:p>
            <w:pPr>
              <w:bidi/>
              <w:spacing w:before="0" w:after="40"/>
            </w:pPr>
            <w:r>
              <w:rPr>
                <w:rtl/>
              </w:rPr>
              <w:t>[   ] מים מלוחים מאוד וצפים בהם</w:t>
            </w:r>
          </w:p>
        </w:tc>
      </w:tr>
    </w:tbl>
    <w:p>
      <w:pPr>
        <w:bidi/>
        <w:spacing w:before="0" w:after="40"/>
      </w:pPr>
    </w:p>
    <w:p>
      <w:pPr>
        <w:bidi/>
        <w:spacing w:before="160" w:after="60"/>
      </w:pPr>
      <w:r>
        <w:rPr>
          <w:b/>
          <w:bCs/>
          <w:sz w:val="26"/>
          <w:szCs w:val="26"/>
          <w:rtl/>
        </w:rPr>
        <w:t>3. נכון או לא נכון? תקנו את הלא נכון.</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368838"/>
          </w:tcPr>
          <w:p>
            <w:pPr>
              <w:bidi/>
              <w:spacing w:before="0" w:after="40"/>
            </w:pPr>
            <w:r>
              <w:rPr>
                <w:b/>
                <w:bCs/>
                <w:color w:val="FFFFFF"/>
                <w:rtl/>
              </w:rPr>
              <w:t>משפט</w:t>
            </w:r>
          </w:p>
        </w:tc>
        <w:tc>
          <w:tcPr>
            <w:tcW w:type="dxa" w:w="2494"/>
            <w:shd w:val="clear" w:color="auto" w:fill="368838"/>
          </w:tcPr>
          <w:p>
            <w:pPr>
              <w:bidi/>
              <w:spacing w:before="0" w:after="40"/>
            </w:pPr>
            <w:r>
              <w:rPr>
                <w:b/>
                <w:bCs/>
                <w:color w:val="FFFFFF"/>
                <w:rtl/>
              </w:rPr>
              <w:t>נכון</w:t>
            </w:r>
          </w:p>
        </w:tc>
        <w:tc>
          <w:tcPr>
            <w:tcW w:type="dxa" w:w="2494"/>
            <w:shd w:val="clear" w:color="auto" w:fill="368838"/>
          </w:tcPr>
          <w:p>
            <w:pPr>
              <w:bidi/>
              <w:spacing w:before="0" w:after="40"/>
            </w:pPr>
            <w:r>
              <w:rPr>
                <w:b/>
                <w:bCs/>
                <w:color w:val="FFFFFF"/>
                <w:rtl/>
              </w:rPr>
              <w:t>לא נכון</w:t>
            </w:r>
          </w:p>
        </w:tc>
        <w:tc>
          <w:tcPr>
            <w:tcW w:type="dxa" w:w="2494"/>
            <w:shd w:val="clear" w:color="auto" w:fill="368838"/>
          </w:tcPr>
          <w:p>
            <w:pPr>
              <w:bidi/>
              <w:spacing w:before="0" w:after="40"/>
            </w:pPr>
            <w:r>
              <w:rPr>
                <w:b/>
                <w:bCs/>
                <w:color w:val="FFFFFF"/>
                <w:rtl/>
              </w:rPr>
              <w:t>תיקון</w:t>
            </w:r>
          </w:p>
        </w:tc>
      </w:tr>
      <w:tr>
        <w:tc>
          <w:tcPr>
            <w:tcW w:type="dxa" w:w="2494"/>
          </w:tcPr>
          <w:p>
            <w:pPr>
              <w:bidi/>
              <w:spacing w:before="0" w:after="40"/>
            </w:pPr>
            <w:r>
              <w:rPr>
                <w:rtl/>
              </w:rPr>
              <w:t>א. בים המלח חיים דגים רבים.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מכתש רמון נמצא בנגב.</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המכתש נוצר מהתפרצות של הר געש.</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באילת יש נמל על חוף ים סוף.</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מיינו: באיזה אזור נמצא כל מקום?</w:t>
      </w:r>
    </w:p>
    <w:p>
      <w:pPr>
        <w:bidi/>
        <w:spacing w:before="0" w:after="80"/>
      </w:pPr>
      <w:r>
        <w:rPr>
          <w:color w:val="368838"/>
          <w:sz w:val="24"/>
          <w:szCs w:val="24"/>
          <w:rtl/>
        </w:rPr>
        <w:t>המילים: החרמון  |  מכתש רמון  |  מפרץ חיפה  |  אילת  |  המכתש הגדול  |  מקורות הירדן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68838"/>
          </w:tcPr>
          <w:p>
            <w:pPr>
              <w:bidi/>
              <w:spacing w:before="0" w:after="40"/>
            </w:pPr>
            <w:r>
              <w:rPr>
                <w:b/>
                <w:bCs/>
                <w:color w:val="FFFFFF"/>
                <w:rtl/>
              </w:rPr>
              <w:t>צפון הארץ</w:t>
            </w:r>
          </w:p>
        </w:tc>
        <w:tc>
          <w:tcPr>
            <w:tcW w:type="dxa" w:w="4989"/>
            <w:shd w:val="clear" w:color="auto" w:fill="368838"/>
          </w:tcPr>
          <w:p>
            <w:pPr>
              <w:bidi/>
              <w:spacing w:before="0" w:after="40"/>
            </w:pPr>
            <w:r>
              <w:rPr>
                <w:b/>
                <w:bCs/>
                <w:color w:val="FFFFFF"/>
                <w:rtl/>
              </w:rPr>
              <w:t>דרום הארץ</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5. בחרו את התשובה הנכונה.</w:t>
      </w:r>
    </w:p>
    <w:p>
      <w:pPr>
        <w:bidi/>
        <w:spacing w:before="0" w:after="20"/>
      </w:pPr>
      <w:r>
        <w:rPr>
          <w:rtl/>
        </w:rPr>
        <w:t>א. מה מיוחד בחוף הים התיכון ליד חיפה?</w:t>
      </w:r>
    </w:p>
    <w:p>
      <w:pPr>
        <w:bidi/>
        <w:spacing w:before="0" w:after="80"/>
      </w:pPr>
      <w:r>
        <w:rPr>
          <w:rtl/>
        </w:rPr>
        <w:t xml:space="preserve">   ○ יש בו מפרץ      ○ הוא הנמוך בעולם      ○ יורד עליו שלג</w:t>
      </w:r>
    </w:p>
    <w:p>
      <w:pPr>
        <w:bidi/>
        <w:spacing w:before="0" w:after="20"/>
      </w:pPr>
      <w:r>
        <w:rPr>
          <w:rtl/>
        </w:rPr>
        <w:t>ב. מאין מגיעים חלק מן המים של נהר הירדן?</w:t>
      </w:r>
    </w:p>
    <w:p>
      <w:pPr>
        <w:bidi/>
        <w:spacing w:before="0" w:after="80"/>
      </w:pPr>
      <w:r>
        <w:rPr>
          <w:rtl/>
        </w:rPr>
        <w:t xml:space="preserve">   ○ מים המלח      ○ מן השלג והגשם של החרמון      ○ ממפרץ אילת</w:t>
      </w:r>
    </w:p>
    <w:p>
      <w:pPr>
        <w:bidi/>
        <w:spacing w:before="160" w:after="60"/>
      </w:pPr>
      <w:r>
        <w:rPr>
          <w:b/>
          <w:bCs/>
          <w:sz w:val="26"/>
          <w:szCs w:val="26"/>
          <w:rtl/>
        </w:rPr>
        <w:t>6. השלימו את הטבלה.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368838"/>
          </w:tcPr>
          <w:p>
            <w:pPr>
              <w:bidi/>
              <w:spacing w:before="0" w:after="40"/>
            </w:pPr>
            <w:r>
              <w:rPr>
                <w:b/>
                <w:bCs/>
                <w:color w:val="FFFFFF"/>
                <w:rtl/>
              </w:rPr>
              <w:t>המקום</w:t>
            </w:r>
          </w:p>
        </w:tc>
        <w:tc>
          <w:tcPr>
            <w:tcW w:type="dxa" w:w="3326"/>
            <w:shd w:val="clear" w:color="auto" w:fill="368838"/>
          </w:tcPr>
          <w:p>
            <w:pPr>
              <w:bidi/>
              <w:spacing w:before="0" w:after="40"/>
            </w:pPr>
            <w:r>
              <w:rPr>
                <w:b/>
                <w:bCs/>
                <w:color w:val="FFFFFF"/>
                <w:rtl/>
              </w:rPr>
              <w:t>באיזה אזור?</w:t>
            </w:r>
          </w:p>
        </w:tc>
        <w:tc>
          <w:tcPr>
            <w:tcW w:type="dxa" w:w="3326"/>
            <w:shd w:val="clear" w:color="auto" w:fill="368838"/>
          </w:tcPr>
          <w:p>
            <w:pPr>
              <w:bidi/>
              <w:spacing w:before="0" w:after="40"/>
            </w:pPr>
            <w:r>
              <w:rPr>
                <w:b/>
                <w:bCs/>
                <w:color w:val="FFFFFF"/>
                <w:rtl/>
              </w:rPr>
              <w:t>פעילות מתאימה לטיול</w:t>
            </w:r>
          </w:p>
        </w:tc>
      </w:tr>
      <w:tr>
        <w:tc>
          <w:tcPr>
            <w:tcW w:type="dxa" w:w="3326"/>
          </w:tcPr>
          <w:p>
            <w:pPr>
              <w:bidi/>
              <w:spacing w:before="0" w:after="40"/>
            </w:pPr>
            <w:r>
              <w:rPr>
                <w:rtl/>
              </w:rPr>
              <w:t>החרמון</w:t>
            </w:r>
          </w:p>
        </w:tc>
        <w:tc>
          <w:tcPr>
            <w:tcW w:type="dxa" w:w="3326"/>
          </w:tcPr>
          <w:p>
            <w:pPr>
              <w:bidi/>
              <w:spacing w:before="0" w:after="40"/>
            </w:pPr>
            <w:r>
              <w:rPr>
                <w:rtl/>
              </w:rPr>
              <w:t>צפון-מזרח</w:t>
            </w:r>
          </w:p>
        </w:tc>
        <w:tc>
          <w:tcPr>
            <w:tcW w:type="dxa" w:w="3326"/>
          </w:tcPr>
          <w:p>
            <w:pPr>
              <w:bidi/>
              <w:spacing w:before="0" w:after="40"/>
            </w:pPr>
            <w:r>
              <w:rPr>
                <w:rtl/>
              </w:rPr>
            </w:r>
          </w:p>
        </w:tc>
      </w:tr>
      <w:tr>
        <w:tc>
          <w:tcPr>
            <w:tcW w:type="dxa" w:w="3326"/>
          </w:tcPr>
          <w:p>
            <w:pPr>
              <w:bidi/>
              <w:spacing w:before="0" w:after="40"/>
            </w:pPr>
            <w:r>
              <w:rPr>
                <w:rtl/>
              </w:rPr>
              <w:t>אילת</w:t>
            </w:r>
          </w:p>
        </w:tc>
        <w:tc>
          <w:tcPr>
            <w:tcW w:type="dxa" w:w="3326"/>
          </w:tcPr>
          <w:p>
            <w:pPr>
              <w:bidi/>
              <w:spacing w:before="0" w:after="40"/>
            </w:pPr>
            <w:r>
              <w:rPr>
                <w:rtl/>
              </w:rPr>
            </w:r>
          </w:p>
        </w:tc>
        <w:tc>
          <w:tcPr>
            <w:tcW w:type="dxa" w:w="3326"/>
          </w:tcPr>
          <w:p>
            <w:pPr>
              <w:bidi/>
              <w:spacing w:before="0" w:after="40"/>
            </w:pPr>
            <w:r>
              <w:rPr>
                <w:rtl/>
              </w:rPr>
              <w:t>צלילה</w:t>
            </w:r>
          </w:p>
        </w:tc>
      </w:tr>
      <w:tr>
        <w:tc>
          <w:tcPr>
            <w:tcW w:type="dxa" w:w="3326"/>
          </w:tcPr>
          <w:p>
            <w:pPr>
              <w:bidi/>
              <w:spacing w:before="0" w:after="40"/>
            </w:pPr>
            <w:r>
              <w:rPr>
                <w:rtl/>
              </w:rPr>
              <w:t>ים המלח</w:t>
            </w:r>
          </w:p>
        </w:tc>
        <w:tc>
          <w:tcPr>
            <w:tcW w:type="dxa" w:w="3326"/>
          </w:tcPr>
          <w:p>
            <w:pPr>
              <w:bidi/>
              <w:spacing w:before="0" w:after="40"/>
            </w:pPr>
            <w:r>
              <w:rPr>
                <w:rtl/>
              </w:rPr>
              <w:t>בקעת הירדן</w:t>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7. השלימו.</w:t>
      </w:r>
    </w:p>
    <w:p>
      <w:pPr>
        <w:bidi/>
        <w:spacing w:before="0" w:after="60"/>
      </w:pPr>
      <w:r>
        <w:rPr>
          <w:rtl/>
        </w:rPr>
        <w:t>א. ים המלח נמצא כ-430 מטר __________ לפני הים.</w:t>
      </w:r>
    </w:p>
    <w:p>
      <w:pPr>
        <w:bidi/>
        <w:spacing w:before="0" w:after="60"/>
      </w:pPr>
      <w:r>
        <w:rPr>
          <w:rtl/>
        </w:rPr>
        <w:t>ב. מכתש נוצר כשמים __________ את הסלעים הרכים.</w:t>
      </w:r>
    </w:p>
    <w:p>
      <w:pPr>
        <w:bidi/>
        <w:spacing w:before="0" w:after="60"/>
      </w:pPr>
      <w:r>
        <w:rPr>
          <w:rtl/>
        </w:rPr>
        <w:t>ג. במפרץ חיפה יש __________ גדול ואזור תעשייה.</w:t>
      </w:r>
    </w:p>
    <w:p>
      <w:pPr>
        <w:bidi/>
        <w:spacing w:before="160" w:after="60"/>
      </w:pPr>
      <w:r>
        <w:rPr>
          <w:b/>
          <w:bCs/>
          <w:sz w:val="26"/>
          <w:szCs w:val="26"/>
          <w:rtl/>
        </w:rPr>
        <w:t>8. הסבירו מדוע אין דגים בים המלח.</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20" w:after="40"/>
      </w:pPr>
      <w:r>
        <w:rPr>
          <w:rFonts w:ascii="Tahoma" w:hAnsi="Tahoma" w:cs="Tahoma"/>
          <w:b/>
          <w:bCs/>
          <w:color w:val="368838"/>
          <w:sz w:val="30"/>
          <w:szCs w:val="30"/>
          <w:rtl/>
        </w:rPr>
        <w:t>בוקר על שפת המכתש</w:t>
      </w:r>
    </w:p>
    <w:p>
      <w:pPr>
        <w:bidi/>
        <w:spacing w:before="0" w:after="80"/>
      </w:pPr>
      <w:r>
        <w:rPr>
          <w:rtl/>
        </w:rPr>
        <w:t>דניאל ומשפחתו לנו במצפה רמון. מוקדם בבוקר יצאו לטיילת שעל שפת המכתש. לפניהם נפתח עמק עצום, וקירות תלולים הקיפו אותו מכל הצדדים. בתוך העמק נראו סלעים בצבעים שונים: אדום, צהוב, סגול ושחור.</w:t>
      </w:r>
    </w:p>
    <w:p>
      <w:pPr>
        <w:bidi/>
        <w:spacing w:before="0" w:after="80"/>
      </w:pPr>
      <w:r>
        <w:rPr>
          <w:rtl/>
        </w:rPr>
        <w:t>«המכתש לא נוצר מהר געש», הסבירה המדריכה. «במשך זמן רב מאוד מים זרמו כאן וסחפו את הסלעים הרכים שהיו בתוך ההר. כך נשאר עמק גדול וסגור». דניאל צילם יעלים שעמדו על קצה הצוק, ושמח שבאו בבוקר, לפני שהשמש של המדבר החלה לחמם.</w:t>
      </w:r>
    </w:p>
    <w:p>
      <w:pPr>
        <w:bidi/>
        <w:spacing w:before="160" w:after="60"/>
      </w:pPr>
      <w:r>
        <w:rPr>
          <w:b/>
          <w:bCs/>
          <w:sz w:val="26"/>
          <w:szCs w:val="26"/>
          <w:rtl/>
        </w:rPr>
        <w:t>10. ענו לפי הטקסט «בוקר על שפת המכתש».</w:t>
      </w:r>
    </w:p>
    <w:p>
      <w:pPr>
        <w:bidi/>
        <w:spacing w:before="0" w:after="20"/>
      </w:pPr>
      <w:r>
        <w:rPr>
          <w:rtl/>
        </w:rPr>
        <w:t>א. איפה לנה המשפחה?</w:t>
      </w:r>
    </w:p>
    <w:p>
      <w:pPr>
        <w:bidi/>
        <w:spacing w:before="0" w:after="80"/>
      </w:pPr>
      <w:r>
        <w:rPr>
          <w:rtl/>
        </w:rPr>
        <w:t xml:space="preserve">   ○ באילת      ○ במצפה רמון      ○ בחיפה</w:t>
      </w:r>
    </w:p>
    <w:p>
      <w:pPr>
        <w:bidi/>
        <w:spacing w:before="0" w:after="20"/>
      </w:pPr>
      <w:r>
        <w:rPr>
          <w:rtl/>
        </w:rPr>
        <w:t>ב. איך נוצר המכתש לפי המדריכה?</w:t>
      </w:r>
    </w:p>
    <w:p>
      <w:pPr>
        <w:bidi/>
        <w:spacing w:before="0" w:after="80"/>
      </w:pPr>
      <w:r>
        <w:rPr>
          <w:rtl/>
        </w:rPr>
        <w:t xml:space="preserve">   ○ מהר געש      ○ מים סחפו סלעים רכים      ○ אנשים חפרו אותו</w:t>
      </w:r>
    </w:p>
    <w:p>
      <w:pPr>
        <w:bidi/>
        <w:spacing w:before="160" w:after="60"/>
      </w:pPr>
      <w:r>
        <w:rPr>
          <w:b/>
          <w:bCs/>
          <w:sz w:val="26"/>
          <w:szCs w:val="26"/>
          <w:rtl/>
        </w:rPr>
        <w:t>11. לפי הטקסט: מדוע שמח דניאל שבאו בבוקר? מה זה מלמד על האקלים בנגב?</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שרטטו מכתש במבט מן הצד: קירות תלולים ועמק בתחתית. סמנו בחץ את המים שסחפו את הסלעים.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אתגר: בחרו שני מקומות ייחודיים מן הפרק והשוו ביניהם: כתבו דבר אחד דומה ודבר אחד שונה.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sectPr w:rsidR="00FC693F" w:rsidRPr="0006063C" w:rsidSect="00034616">
      <w:footerReference w:type="default" r:id="rId9"/>
      <w:pgSz w:w="11906" w:h="16838"/>
      <w:pgMar w:top="850" w:right="964" w:bottom="907" w:left="964" w:header="720" w:footer="720" w:gutter="0"/>
      <w:pgBorders w:offsetFrom="page">
        <w:top w:val="single" w:sz="18" w:space="22" w:color="3D9A40"/>
        <w:left w:val="single" w:sz="18" w:space="22" w:color="3D9A40"/>
        <w:bottom w:val="single" w:sz="18" w:space="22" w:color="3D9A40"/>
        <w:right w:val="single" w:sz="18" w:space="22" w:color="3D9A40"/>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FrankRuehl" w:hAnsi="FrankRuehl" w:cs="FrankRueh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