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מולדת, חברה ואזרחות · כיתה ד'   |   מחוון – דף עבודה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F7A4F"/>
          <w:sz w:val="40"/>
          <w:szCs w:val="40"/>
          <w:rtl/>
        </w:rPr>
        <w:t>🔑 מחוון – נופים ייחודיים בארץ: ים המלח, המכתשים, החרמון, מפרץ חיפה ואילת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מן המחסן.</w:t>
      </w:r>
    </w:p>
    <w:p>
      <w:pPr>
        <w:bidi/>
        <w:spacing w:before="0" w:after="40"/>
      </w:pPr>
      <w:r>
        <w:rPr>
          <w:rtl/>
        </w:rPr>
        <w:t>א. המקום הנמוך ביותר על פני היבשה הוא ים המלח.</w:t>
      </w:r>
    </w:p>
    <w:p>
      <w:pPr>
        <w:bidi/>
        <w:spacing w:before="0" w:after="40"/>
      </w:pPr>
      <w:r>
        <w:rPr>
          <w:rtl/>
        </w:rPr>
        <w:t>ב. עמק סגור עם קירות תלולים בנגב נקרא מכתש.</w:t>
      </w:r>
    </w:p>
    <w:p>
      <w:pPr>
        <w:bidi/>
        <w:spacing w:before="0" w:after="40"/>
      </w:pPr>
      <w:r>
        <w:rPr>
          <w:rtl/>
        </w:rPr>
        <w:t>ג. ההר שיורד עליו שלג בחורף הוא החרמון.</w:t>
      </w:r>
    </w:p>
    <w:p>
      <w:pPr>
        <w:bidi/>
        <w:spacing w:before="0" w:after="40"/>
      </w:pPr>
      <w:r>
        <w:rPr>
          <w:rtl/>
        </w:rPr>
        <w:t>ד. העיר הדרומית ביותר בישראל היא אילת.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כל מקום למה שמיוחד בו.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ים המלח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המפרץ בחוף הים התיכון, ובו נמל גדול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מכתש רמון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שוניות אלמוגים על חוף ים סוף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החרמון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עמק סגור וגדול בנגב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מפרץ חיפה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שלג ואתר סקי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אילת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מים מלוחים מאוד וצפים בהם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בים המלח חיים דגים רבים.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בים המלח אין דגים, כי המים מלוחים מאוד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מכתש רמון נמצא בנגב.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המכתש נוצר מהתפרצות של הר געש.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המכתש נוצר כשמים סחפו סלעים רכים במשך זמן רב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באילת יש נמל על חוף ים סוף.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מיינו: באיזה אזור נמצא כל מקום?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צפון הארץ</w:t>
            </w:r>
          </w:p>
        </w:tc>
        <w:tc>
          <w:tcPr>
            <w:tcW w:type="dxa" w:w="4989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דרום הארץ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החרמון, מפרץ חיפה, מקורות הירדן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מכתש רמון, אילת, המכתש הגדול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 את התשובה הנכונה.</w:t>
      </w:r>
    </w:p>
    <w:p>
      <w:pPr>
        <w:bidi/>
        <w:spacing w:before="0" w:after="20"/>
      </w:pPr>
      <w:r>
        <w:rPr>
          <w:rtl/>
        </w:rPr>
        <w:t>א. מה מיוחד בחוף הים התיכון ליד חיפה?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יש בו מפרץ</w:t>
      </w:r>
    </w:p>
    <w:p>
      <w:pPr>
        <w:bidi/>
        <w:spacing w:before="0" w:after="20"/>
      </w:pPr>
      <w:r>
        <w:rPr>
          <w:rtl/>
        </w:rPr>
        <w:t>ב. מאין מגיעים חלק מן המים של נהר הירדן?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מן השלג והגשם של החרמון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המקום</w:t>
            </w:r>
          </w:p>
        </w:tc>
        <w:tc>
          <w:tcPr>
            <w:tcW w:type="dxa" w:w="3326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באיזה אזור?</w:t>
            </w:r>
          </w:p>
        </w:tc>
        <w:tc>
          <w:tcPr>
            <w:tcW w:type="dxa" w:w="3326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פעילות מתאימה לטיול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החרמון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צפון-מזרח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סקי או משחק בשלג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אילת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הדרום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צלילה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ים המלח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בקעת הירדן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ציפה במים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השלימו.</w:t>
      </w:r>
    </w:p>
    <w:p>
      <w:pPr>
        <w:bidi/>
        <w:spacing w:before="0" w:after="40"/>
      </w:pPr>
      <w:r>
        <w:rPr>
          <w:rtl/>
        </w:rPr>
        <w:t>א. ים המלח נמצא כ-430 מטר מתחת לפני הים.</w:t>
      </w:r>
    </w:p>
    <w:p>
      <w:pPr>
        <w:bidi/>
        <w:spacing w:before="0" w:after="40"/>
      </w:pPr>
      <w:r>
        <w:rPr>
          <w:rtl/>
        </w:rPr>
        <w:t>ב. מכתש נוצר כשמים סחפו את הסלעים הרכים.</w:t>
      </w:r>
    </w:p>
    <w:p>
      <w:pPr>
        <w:bidi/>
        <w:spacing w:before="0" w:after="40"/>
      </w:pPr>
      <w:r>
        <w:rPr>
          <w:rtl/>
        </w:rPr>
        <w:t>ג. במפרץ חיפה יש נמל גדול ואזור תעשייה.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הסבירו מדוע אין דגים בים המלח.</w:t>
      </w:r>
    </w:p>
    <w:p>
      <w:pPr>
        <w:bidi/>
        <w:spacing w:before="0" w:after="80"/>
      </w:pPr>
      <w:r>
        <w:rPr>
          <w:color w:val="0F7A4F"/>
          <w:rtl/>
        </w:rPr>
        <w:t>תשובה אפשרית: המים בים המלח מלוחים מאוד. דגים לא יכולים לחיות במים כל כך מלוחים.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ענו לפי הטקסט «בוקר על שפת המכתש».</w:t>
      </w:r>
    </w:p>
    <w:p>
      <w:pPr>
        <w:bidi/>
        <w:spacing w:before="0" w:after="20"/>
      </w:pPr>
      <w:r>
        <w:rPr>
          <w:rtl/>
        </w:rPr>
        <w:t>א. איפה לנה המשפחה?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במצפה רמון</w:t>
      </w:r>
    </w:p>
    <w:p>
      <w:pPr>
        <w:bidi/>
        <w:spacing w:before="0" w:after="20"/>
      </w:pPr>
      <w:r>
        <w:rPr>
          <w:rtl/>
        </w:rPr>
        <w:t>ב. איך נוצר המכתש לפי המדריכה?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מים סחפו סלעים רכים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לפי הטקסט: מדוע שמח דניאל שבאו בבוקר? מה זה מלמד על האקלים בנגב?</w:t>
      </w:r>
    </w:p>
    <w:p>
      <w:pPr>
        <w:bidi/>
        <w:spacing w:before="0" w:after="80"/>
      </w:pPr>
      <w:r>
        <w:rPr>
          <w:color w:val="0F7A4F"/>
          <w:rtl/>
        </w:rPr>
        <w:t>תשובה אפשרית: כי בבוקר עוד לא חם; השמש במדבר מחממת מאוד בהמשך היום. זה מלמד שבנגב, אזור מדברי, חם מאוד ביום.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שרטטו מכתש במבט מן הצד: קירות תלולים ועמק בתחתית. סמנו בחץ את המים שסחפו את הסלעים.</w:t>
      </w:r>
    </w:p>
    <w:p>
      <w:pPr>
        <w:bidi/>
        <w:spacing w:before="0" w:after="80"/>
      </w:pPr>
      <w:r>
        <w:rPr>
          <w:color w:val="0F7A4F"/>
          <w:rtl/>
        </w:rPr>
        <w:t>תשובה אפשרית: ציור של עמק סגור עם שני קירות תלולים, תחתית רחבה, וחץ שמראה את המים זורמים החוצה וסוחפים סלעים.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בחרו שני מקומות ייחודיים מן הפרק והשוו ביניהם: כתבו דבר אחד דומה ודבר אחד שונה.</w:t>
      </w:r>
    </w:p>
    <w:p>
      <w:pPr>
        <w:bidi/>
        <w:spacing w:before="0" w:after="80"/>
      </w:pPr>
      <w:r>
        <w:rPr>
          <w:color w:val="0F7A4F"/>
          <w:rtl/>
        </w:rPr>
        <w:t>תשובה אפשרית: לדוגמה: ים המלח ואילת – שניהם אתרי תיירות במקום חם מאוד; ים המלח מלוח מאוד ואין בו דגים, ואילו במפרץ אילת יש אלמוגים ודגים רבים.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3D9A40"/>
        <w:left w:val="single" w:sz="18" w:space="22" w:color="3D9A40"/>
        <w:bottom w:val="single" w:sz="18" w:space="22" w:color="3D9A40"/>
        <w:right w:val="single" w:sz="18" w:space="22" w:color="3D9A40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